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E04BD" w14:textId="34E283FF" w:rsidR="005872A5" w:rsidRPr="005872A5" w:rsidRDefault="005872A5">
      <w:pPr>
        <w:jc w:val="center"/>
        <w:rPr>
          <w:rFonts w:ascii="Lexend Light" w:hAnsi="Lexend Light"/>
          <w:b/>
          <w:color w:val="1F4E79"/>
          <w:sz w:val="40"/>
        </w:rPr>
      </w:pPr>
      <w:r w:rsidRPr="005872A5">
        <w:rPr>
          <w:rFonts w:ascii="Lexend Light" w:hAnsi="Lexend Light"/>
          <w:noProof/>
        </w:rPr>
        <w:drawing>
          <wp:anchor distT="0" distB="0" distL="114300" distR="114300" simplePos="0" relativeHeight="251658752" behindDoc="0" locked="0" layoutInCell="1" allowOverlap="1" wp14:anchorId="4124275F" wp14:editId="533F22D4">
            <wp:simplePos x="0" y="0"/>
            <wp:positionH relativeFrom="column">
              <wp:posOffset>3931920</wp:posOffset>
            </wp:positionH>
            <wp:positionV relativeFrom="paragraph">
              <wp:posOffset>-339090</wp:posOffset>
            </wp:positionV>
            <wp:extent cx="1580222" cy="1739900"/>
            <wp:effectExtent l="0" t="0" r="1270" b="0"/>
            <wp:wrapNone/>
            <wp:docPr id="3994782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78225" name="Picture 39947822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80222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CFB247" w14:textId="77777777" w:rsidR="005872A5" w:rsidRPr="005872A5" w:rsidRDefault="005872A5">
      <w:pPr>
        <w:jc w:val="center"/>
        <w:rPr>
          <w:rFonts w:ascii="Lexend Light" w:hAnsi="Lexend Light"/>
          <w:b/>
          <w:color w:val="1F4E79"/>
          <w:sz w:val="40"/>
        </w:rPr>
      </w:pPr>
    </w:p>
    <w:p w14:paraId="74E081B6" w14:textId="77777777" w:rsidR="005872A5" w:rsidRPr="005872A5" w:rsidRDefault="005872A5">
      <w:pPr>
        <w:jc w:val="center"/>
        <w:rPr>
          <w:rFonts w:ascii="Lexend Light" w:hAnsi="Lexend Light"/>
          <w:b/>
          <w:color w:val="1F4E79"/>
          <w:sz w:val="40"/>
        </w:rPr>
      </w:pPr>
    </w:p>
    <w:p w14:paraId="4C167D1D" w14:textId="10F728AF" w:rsidR="002912AF" w:rsidRPr="005872A5" w:rsidRDefault="00000000">
      <w:pPr>
        <w:jc w:val="center"/>
        <w:rPr>
          <w:rFonts w:ascii="Lexend Light" w:hAnsi="Lexend Light"/>
        </w:rPr>
      </w:pPr>
      <w:r w:rsidRPr="005872A5">
        <w:rPr>
          <w:rFonts w:ascii="Lexend Light" w:hAnsi="Lexend Light"/>
          <w:b/>
          <w:color w:val="1F4E79"/>
          <w:sz w:val="40"/>
        </w:rPr>
        <w:t>All Hallows C of E Primary School Geography Retrieval Plan</w:t>
      </w:r>
    </w:p>
    <w:p w14:paraId="672A6659" w14:textId="03E2F520" w:rsidR="002912AF" w:rsidRPr="005872A5" w:rsidRDefault="002912AF">
      <w:pPr>
        <w:rPr>
          <w:rFonts w:ascii="Lexend Light" w:hAnsi="Lexend Ligh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2912AF" w:rsidRPr="005872A5" w14:paraId="51EC1CD8" w14:textId="77777777">
        <w:trPr>
          <w:jc w:val="center"/>
        </w:trPr>
        <w:tc>
          <w:tcPr>
            <w:tcW w:w="15538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1EEE149F" w14:textId="4BFA3FAD" w:rsidR="002912AF" w:rsidRPr="005872A5" w:rsidRDefault="00000000">
            <w:pPr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1F4E79"/>
                <w:sz w:val="20"/>
              </w:rPr>
              <w:t>How teachers should use this plan</w:t>
            </w:r>
          </w:p>
          <w:p w14:paraId="6697ED50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Ask the weekly retrieval question at the start of one Geography lesson each week.</w:t>
            </w:r>
          </w:p>
          <w:p w14:paraId="2FF741FF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Use the core fact / expected answer to give quick feedback and reteach briefly where knowledge is not secure.</w:t>
            </w:r>
          </w:p>
          <w:p w14:paraId="023E082E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Choose the meta-learning prompt when it helps pupils classify, compare, justify, define or explain.</w:t>
            </w:r>
          </w:p>
          <w:p w14:paraId="2DBA7067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Make the schema link explicit: ‘This links to what we already know about…’</w:t>
            </w:r>
          </w:p>
        </w:tc>
      </w:tr>
    </w:tbl>
    <w:p w14:paraId="6C4FB95C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Meta-Learning Prompt Bank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2912AF" w:rsidRPr="005872A5" w14:paraId="6620650A" w14:textId="77777777">
        <w:trPr>
          <w:jc w:val="center"/>
        </w:trPr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EC8DB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Strategy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6690F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Purpose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7616E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use</w:t>
            </w:r>
          </w:p>
        </w:tc>
      </w:tr>
      <w:tr w:rsidR="002912AF" w:rsidRPr="005872A5" w14:paraId="124BAD5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1782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Odd one out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E7F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Classify and justify using geographical vocabulary.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02C6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Odd one out: Gedling, Nottingham, Antarctica. Explain.</w:t>
            </w:r>
          </w:p>
        </w:tc>
      </w:tr>
      <w:tr w:rsidR="002912AF" w:rsidRPr="005872A5" w14:paraId="718FFFBE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62B3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Always, sometimes, never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5B52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Challenge overgeneralisations and develop nuance.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119FC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Cities are always located by rivers. Always, sometimes or never?</w:t>
            </w:r>
          </w:p>
        </w:tc>
      </w:tr>
      <w:tr w:rsidR="002912AF" w:rsidRPr="005872A5" w14:paraId="6638132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4FADF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Double bubble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0B29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Compare places, features or concepts.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D7AD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Double bubble: compare Madagascar and Gedling.</w:t>
            </w:r>
          </w:p>
        </w:tc>
      </w:tr>
      <w:tr w:rsidR="002912AF" w:rsidRPr="005872A5" w14:paraId="1C106D0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FF120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Frayer model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F8F3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Secure vocabulary through definition, features, examples and non-examples.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1D6D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Frayer model for biome, settlement, climate zone or fieldwork.</w:t>
            </w:r>
          </w:p>
        </w:tc>
      </w:tr>
      <w:tr w:rsidR="002912AF" w:rsidRPr="005872A5" w14:paraId="2513FCED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F5C6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True/false/prove it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B782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Recall and justify using evidence.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9DBE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The Equator is an imaginary line around Earth. True or false?</w:t>
            </w:r>
          </w:p>
        </w:tc>
      </w:tr>
      <w:tr w:rsidR="002912AF" w:rsidRPr="005872A5" w14:paraId="23217DB4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40D7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 xml:space="preserve">Because, </w:t>
            </w:r>
            <w:proofErr w:type="gramStart"/>
            <w:r w:rsidRPr="005872A5">
              <w:rPr>
                <w:rFonts w:ascii="Lexend Light" w:hAnsi="Lexend Light"/>
                <w:sz w:val="14"/>
              </w:rPr>
              <w:t>but,</w:t>
            </w:r>
            <w:proofErr w:type="gramEnd"/>
            <w:r w:rsidRPr="005872A5">
              <w:rPr>
                <w:rFonts w:ascii="Lexend Light" w:hAnsi="Lexend Light"/>
                <w:sz w:val="14"/>
              </w:rPr>
              <w:t xml:space="preserve"> so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E304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Build geographical explanation.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96E2A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Settlements developed near rivers because…, but…, so…</w:t>
            </w:r>
          </w:p>
        </w:tc>
      </w:tr>
      <w:tr w:rsidR="002912AF" w:rsidRPr="005872A5" w14:paraId="63F7093C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ABEC9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Connect three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C9413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Build schema by linking ideas.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E358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Connect three: river, settlement, land use.</w:t>
            </w:r>
          </w:p>
        </w:tc>
      </w:tr>
    </w:tbl>
    <w:p w14:paraId="663BD123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lastRenderedPageBreak/>
        <w:t>How This Plan Builds Children’s Geography Schemas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176"/>
        <w:gridCol w:w="5176"/>
        <w:gridCol w:w="5176"/>
      </w:tblGrid>
      <w:tr w:rsidR="002912AF" w:rsidRPr="005872A5" w14:paraId="10B16E99" w14:textId="77777777">
        <w:trPr>
          <w:jc w:val="center"/>
        </w:trPr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2F3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Schema-building feature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2F2DC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How the plan supports it</w:t>
            </w:r>
          </w:p>
        </w:tc>
        <w:tc>
          <w:tcPr>
            <w:tcW w:w="5179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F92D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Intended impact</w:t>
            </w:r>
          </w:p>
        </w:tc>
      </w:tr>
      <w:tr w:rsidR="002912AF" w:rsidRPr="005872A5" w14:paraId="48C7C94A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47D6E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Repeated anchor points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DA5A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Core facts repeatedly return pupils to All Hallows curriculum knowledge such as Gedling, weather, UK countries, continents, Madagascar, volcanoes, rainforests, rivers, climate zones, the Americas and local fieldwork.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CC314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 xml:space="preserve">Pupils have </w:t>
            </w:r>
            <w:proofErr w:type="gramStart"/>
            <w:r w:rsidRPr="005872A5">
              <w:rPr>
                <w:rFonts w:ascii="Lexend Light" w:hAnsi="Lexend Light"/>
                <w:sz w:val="14"/>
              </w:rPr>
              <w:t>secure</w:t>
            </w:r>
            <w:proofErr w:type="gramEnd"/>
            <w:r w:rsidRPr="005872A5">
              <w:rPr>
                <w:rFonts w:ascii="Lexend Light" w:hAnsi="Lexend Light"/>
                <w:sz w:val="14"/>
              </w:rPr>
              <w:t xml:space="preserve"> geographical hooks for new learning.</w:t>
            </w:r>
          </w:p>
        </w:tc>
      </w:tr>
      <w:tr w:rsidR="002912AF" w:rsidRPr="005872A5" w14:paraId="15780BFF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7741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Local to global links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1AF4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The sequence connects school grounds, Gedling, Nottingham and Ouse Dyke to national and global geography.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05EAB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Pupils understand geography at different scales.</w:t>
            </w:r>
          </w:p>
        </w:tc>
      </w:tr>
      <w:tr w:rsidR="002912AF" w:rsidRPr="005872A5" w14:paraId="7C88C0A8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E1946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Locational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5CB1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Retrieval revisits countries, continents, oceans, hemispheres, Tropics, latitude, longitude and the Prime Meridian.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E736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Pupils locate places accurately and understand spatial relationships.</w:t>
            </w:r>
          </w:p>
        </w:tc>
      </w:tr>
      <w:tr w:rsidR="002912AF" w:rsidRPr="005872A5" w14:paraId="52070502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187B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Place knowledge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BA29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Pupils compare Gedling, holiday destinations, Madagascar, Italy/Pompeii and York, UK regions and the Americas.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73D28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Pupils understand that places have distinctive human and physical characteristics.</w:t>
            </w:r>
          </w:p>
        </w:tc>
      </w:tr>
      <w:tr w:rsidR="002912AF" w:rsidRPr="005872A5" w14:paraId="45A6B560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69354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Human and physical geography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AD59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Questions revisit seasons, climate, land use, settlements, rivers, water cycle, volcanoes, earthquakes, biomes, rainforests, trade, ports and natural resources.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20015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Pupils connect processes, places and people.</w:t>
            </w:r>
          </w:p>
        </w:tc>
      </w:tr>
      <w:tr w:rsidR="002912AF" w:rsidRPr="005872A5" w14:paraId="056A5473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DB4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Map and fieldwork skills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FD454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The plan revisits simple maps, aerial photos, compass directions, OS symbols, grid references, digital maps, sketch maps, graphs and fieldwork.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85D67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Pupils develop practical tools for investigating places.</w:t>
            </w:r>
          </w:p>
        </w:tc>
      </w:tr>
      <w:tr w:rsidR="002912AF" w:rsidRPr="005872A5" w14:paraId="142FFA95" w14:textId="77777777">
        <w:trPr>
          <w:jc w:val="center"/>
        </w:trPr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1397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Misconception checking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170E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Always/sometimes/never and true/false/prove it help identify common misconceptions quickly.</w:t>
            </w:r>
          </w:p>
        </w:tc>
        <w:tc>
          <w:tcPr>
            <w:tcW w:w="5179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F5EE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Teachers can take timely action through brief reteaching and planned revisiting.</w:t>
            </w:r>
          </w:p>
        </w:tc>
      </w:tr>
    </w:tbl>
    <w:p w14:paraId="02EB378F" w14:textId="77777777" w:rsidR="002912AF" w:rsidRPr="005872A5" w:rsidRDefault="002912AF">
      <w:pPr>
        <w:rPr>
          <w:rFonts w:ascii="Lexend Light" w:hAnsi="Lexend Light"/>
        </w:rPr>
      </w:pPr>
    </w:p>
    <w:p w14:paraId="5F1BE8E4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Geographical Disciplinary Knowledge Progression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7174621B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1B0C4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Phase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0378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Locational and place knowledge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CD97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Human and physical geography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07A7C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Map and fieldwork skills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5C2C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explanation</w:t>
            </w:r>
          </w:p>
        </w:tc>
      </w:tr>
      <w:tr w:rsidR="002912AF" w:rsidRPr="005872A5" w14:paraId="2811F0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72B9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Reception into 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F90E5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Talk about familiar places, the school, community, country and wider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8C10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Notice seasons, weather, local features and simple similarities and differences.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FFD6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Use simple maps, symbols and positional language such as near, far and next to.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4D2A5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Describe what they observe and explain simple differences.</w:t>
            </w:r>
          </w:p>
        </w:tc>
      </w:tr>
      <w:tr w:rsidR="002912AF" w:rsidRPr="005872A5" w14:paraId="190FA95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80EC6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Years 1 and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C85AA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Name and locate familiar places, UK countries, capital cities, continents, oceans and hot/cold areas.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14428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Identify human and physical features, settlements, climates and contrasting environments.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4EEAC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Use maps, globes, aerial photos, simple route maps, keys and compass directions.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2D87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Compare places using clear geographical vocabulary.</w:t>
            </w:r>
          </w:p>
        </w:tc>
      </w:tr>
      <w:tr w:rsidR="002912AF" w:rsidRPr="005872A5" w14:paraId="7A4B273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E6774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Years 3 and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A02E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Locate European countries, UK cities/counties, major physical regions and key global lines.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0933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Explain volcanoes, earthquakes, mountains, rainforests, rivers, settlements, water cycle and land use.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3CBA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Use eight compass points, atlases, OS symbols, fieldwork, digital mapping and four-figure grid references.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70EFE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Explain similarities, differences, processes and impacts.</w:t>
            </w:r>
          </w:p>
        </w:tc>
      </w:tr>
      <w:tr w:rsidR="002912AF" w:rsidRPr="005872A5" w14:paraId="6D514BF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569E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Years 5 and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07BA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Use latitude, longitude, hemispheres, Tropics, Prime Meridian, time zones and countries in North/South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3981D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Explain climates, vegetation belts, biomes, climate change, trade, ports, natural resources and development.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BB9FE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Use graphs, six-figure grid references, OS maps, sketch maps, field maps and digital technologies.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CBDD2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Explain patterns, interactions and links between places, people and environments.</w:t>
            </w:r>
          </w:p>
        </w:tc>
      </w:tr>
    </w:tbl>
    <w:p w14:paraId="6A05A809" w14:textId="77777777" w:rsidR="002912AF" w:rsidRPr="005872A5" w:rsidRDefault="002912AF">
      <w:pPr>
        <w:rPr>
          <w:rFonts w:ascii="Lexend Light" w:hAnsi="Lexend Light"/>
        </w:rPr>
      </w:pPr>
    </w:p>
    <w:p w14:paraId="5A39BBE3" w14:textId="77777777" w:rsidR="002912AF" w:rsidRPr="005872A5" w:rsidRDefault="00000000">
      <w:pPr>
        <w:rPr>
          <w:rFonts w:ascii="Lexend Light" w:hAnsi="Lexend Light"/>
        </w:rPr>
      </w:pPr>
      <w:r w:rsidRPr="005872A5">
        <w:rPr>
          <w:rFonts w:ascii="Lexend Light" w:hAnsi="Lexend Light"/>
        </w:rPr>
        <w:br w:type="page"/>
      </w:r>
    </w:p>
    <w:p w14:paraId="03933DDA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lastRenderedPageBreak/>
        <w:t>Year 1 Geography Retrieval Plan</w:t>
      </w:r>
    </w:p>
    <w:p w14:paraId="692E5E17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Autumn Term: Our School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60BE6A4A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A1D31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FFF2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543A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4D19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01405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42FB09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9841B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6EA73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What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a season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>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04A6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season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is one of four parts of the year: spring, summer, autumn and winter.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8D581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BCF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classroom, playground, mountain. Explain.</w:t>
            </w:r>
          </w:p>
        </w:tc>
      </w:tr>
      <w:tr w:rsidR="002912AF" w:rsidRPr="005872A5" w14:paraId="198F7B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F999B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D733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season is autumn?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FB128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Autumn is the season when the weather often cools and leaves may fall.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C73A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D38C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Weather is always the same in a season. Always, sometimes or never?</w:t>
            </w:r>
          </w:p>
        </w:tc>
      </w:tr>
      <w:tr w:rsidR="002912AF" w:rsidRPr="005872A5" w14:paraId="78B3F7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CD5EC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2564B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the weather change in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509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In the UK, the weather can change quickly during the day.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6AD30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86BF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the school grounds and a local park.</w:t>
            </w:r>
          </w:p>
        </w:tc>
      </w:tr>
      <w:tr w:rsidR="002912AF" w:rsidRPr="005872A5" w14:paraId="74FCFE1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8DEE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2588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 observation?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829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observation is something we notice carefully by looking, listening or feeling.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FB2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B551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landmark.</w:t>
            </w:r>
          </w:p>
        </w:tc>
      </w:tr>
      <w:tr w:rsidR="002912AF" w:rsidRPr="005872A5" w14:paraId="087A5AA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941E4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22452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temperature?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74D60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Temperature tells us how hot or cold something 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10A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EE3C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map can show our school grounds. True or false? Prove it.</w:t>
            </w:r>
          </w:p>
        </w:tc>
      </w:tr>
      <w:tr w:rsidR="002912AF" w:rsidRPr="005872A5" w14:paraId="07CD73C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B4EA1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548B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a thermometer measure?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ADDDC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thermometer measures temperature.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3CEA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83420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Weather affects what we do because..., but..., so...</w:t>
            </w:r>
          </w:p>
        </w:tc>
      </w:tr>
      <w:tr w:rsidR="002912AF" w:rsidRPr="005872A5" w14:paraId="59156F9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697EE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5614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landmark?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D816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landmark is a feature that helps us recognise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543FB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BECD8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school, map, fieldwork.</w:t>
            </w:r>
          </w:p>
        </w:tc>
      </w:tr>
      <w:tr w:rsidR="002912AF" w:rsidRPr="005872A5" w14:paraId="71B77BD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B0A20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C5AD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D2139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map is a drawing or representation of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13E7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D9A12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classroom, playground, mountain. Explain.</w:t>
            </w:r>
          </w:p>
        </w:tc>
      </w:tr>
      <w:tr w:rsidR="002912AF" w:rsidRPr="005872A5" w14:paraId="582B92B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2B730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7D84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fieldwork?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63BE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Fieldwork is going outside to observe, record and learn about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2C5E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DBB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Weather is always the same in a season. Always, sometimes or never?</w:t>
            </w:r>
          </w:p>
        </w:tc>
      </w:tr>
      <w:tr w:rsidR="002912AF" w:rsidRPr="005872A5" w14:paraId="604071D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36975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1822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human feature in our school?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E79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human feature is made by people, such as a building, path or playground.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6CF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23567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the school grounds and a local park.</w:t>
            </w:r>
          </w:p>
        </w:tc>
      </w:tr>
      <w:tr w:rsidR="002912AF" w:rsidRPr="005872A5" w14:paraId="441559F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37E36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9C3A5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physical feature in our school grounds?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8AE6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physical feature is natural, such as grass, trees or soil.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C5D2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2729B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landmark.</w:t>
            </w:r>
          </w:p>
        </w:tc>
      </w:tr>
      <w:tr w:rsidR="002912AF" w:rsidRPr="005872A5" w14:paraId="684EF39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73E58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DBC9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about our school?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727C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school and grounds can be studied using maps, observations and fieldwork.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88597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C343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map can show our school grounds. True or false? Prove it.</w:t>
            </w:r>
          </w:p>
        </w:tc>
      </w:tr>
    </w:tbl>
    <w:p w14:paraId="41C8F396" w14:textId="77777777" w:rsidR="002912AF" w:rsidRPr="005872A5" w:rsidRDefault="002912AF">
      <w:pPr>
        <w:rPr>
          <w:rFonts w:ascii="Lexend Light" w:hAnsi="Lexend Light"/>
        </w:rPr>
      </w:pPr>
    </w:p>
    <w:p w14:paraId="1F1D911A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Spring Term: My Local Area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0D594F41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C85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19DA3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330C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6B718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C2B16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3B3764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18D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C05C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local area?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D6D4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local area is the place around where we live or go to school.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22163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861D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Gedling, Nottingham, Antarctica. Explain.</w:t>
            </w:r>
          </w:p>
        </w:tc>
      </w:tr>
      <w:tr w:rsidR="002912AF" w:rsidRPr="005872A5" w14:paraId="727DA4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E336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1FC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2FB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Gedling is the local place where All Hallows C of E Primary School is located.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3153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412F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town and a village are always the same. Always, sometimes or never?</w:t>
            </w:r>
          </w:p>
        </w:tc>
      </w:tr>
      <w:tr w:rsidR="002912AF" w:rsidRPr="005872A5" w14:paraId="132C96A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FEC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E86E8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Nottingham?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61B3A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Nottingham is a city near Gedling.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472BC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83F32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 city and a village.</w:t>
            </w:r>
          </w:p>
        </w:tc>
      </w:tr>
      <w:tr w:rsidR="002912AF" w:rsidRPr="005872A5" w14:paraId="3A7367F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B5E79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222F3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route?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CEE4E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route is the way we travel from one place to another.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E2B5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537D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human feature.</w:t>
            </w:r>
          </w:p>
        </w:tc>
      </w:tr>
      <w:tr w:rsidR="002912AF" w:rsidRPr="005872A5" w14:paraId="11A394B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1B77A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CEE9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map route?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D9033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A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map route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shows the path from one place to another.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4693A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B61B7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Aerial photographs can show local landmarks. True or false?</w:t>
            </w:r>
          </w:p>
        </w:tc>
      </w:tr>
      <w:tr w:rsidR="002912AF" w:rsidRPr="005872A5" w14:paraId="45FED1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6D80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757A3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human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AB50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human feature is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made or changed by people.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689E9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ACBA9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use compass directions because..., but..., so...</w:t>
            </w:r>
          </w:p>
        </w:tc>
      </w:tr>
      <w:tr w:rsidR="002912AF" w:rsidRPr="005872A5" w14:paraId="56D1B80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47A63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24934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physical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1270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physical feature is natural.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3516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3A01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Gedling, map, route.</w:t>
            </w:r>
          </w:p>
        </w:tc>
      </w:tr>
      <w:tr w:rsidR="002912AF" w:rsidRPr="005872A5" w14:paraId="1AAA88D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07C9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C89BE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globe?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8F9F2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globe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is a model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10FB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FCCE1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Gedling, Nottingham, Antarctica. Explain.</w:t>
            </w:r>
          </w:p>
        </w:tc>
      </w:tr>
      <w:tr w:rsidR="002912AF" w:rsidRPr="005872A5" w14:paraId="18CA9D4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5682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7C734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 aerial photograph?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A3EA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aerial photograph shows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C1CE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1E62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town and a village are always the same. Always, sometimes or never?</w:t>
            </w:r>
          </w:p>
        </w:tc>
      </w:tr>
      <w:tr w:rsidR="002912AF" w:rsidRPr="005872A5" w14:paraId="6647B35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2641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7C82B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we recognise local landmarks?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FE25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can use fieldwork, maps and aerial photographs to recognise landmarks.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25CE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D4CD1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 city and a village.</w:t>
            </w:r>
          </w:p>
        </w:tc>
      </w:tr>
      <w:tr w:rsidR="002912AF" w:rsidRPr="005872A5" w14:paraId="65EC44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E4F76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C973A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we track our walk?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A07A8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can draw or follow the route on a simple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AD9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D35DD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human feature.</w:t>
            </w:r>
          </w:p>
        </w:tc>
      </w:tr>
      <w:tr w:rsidR="002912AF" w:rsidRPr="005872A5" w14:paraId="64C3294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8EB8E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D71F7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about our local area?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BB46D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Gedling has human and physical features that can be observed and mapped.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BADFF" w14:textId="77777777" w:rsidR="002912AF" w:rsidRPr="005872A5" w:rsidRDefault="00000000">
            <w:pPr>
              <w:spacing w:after="20"/>
              <w:rPr>
                <w:rFonts w:ascii="Lexend Light" w:hAnsi="Lexend Light"/>
                <w:sz w:val="12"/>
                <w:szCs w:val="12"/>
              </w:rPr>
            </w:pPr>
            <w:r w:rsidRPr="005872A5">
              <w:rPr>
                <w:rFonts w:ascii="Lexend Light" w:hAnsi="Lexend Light"/>
                <w:sz w:val="12"/>
                <w:szCs w:val="12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FE0627" w14:textId="3C6BBE25" w:rsidR="002912AF" w:rsidRPr="005872A5" w:rsidRDefault="005872A5">
            <w:pPr>
              <w:spacing w:after="20"/>
              <w:rPr>
                <w:rFonts w:ascii="Lexend Light" w:hAnsi="Lexend Light"/>
                <w:sz w:val="12"/>
                <w:szCs w:val="12"/>
              </w:rPr>
            </w:pPr>
            <w:r w:rsidRPr="005872A5">
              <w:rPr>
                <w:rFonts w:ascii="Lexend Light" w:hAnsi="Lexend Light"/>
                <w:sz w:val="12"/>
                <w:szCs w:val="12"/>
              </w:rPr>
              <w:t>Brain dump</w:t>
            </w:r>
          </w:p>
        </w:tc>
      </w:tr>
    </w:tbl>
    <w:p w14:paraId="72A3D3EC" w14:textId="77777777" w:rsidR="002912AF" w:rsidRPr="005872A5" w:rsidRDefault="002912AF">
      <w:pPr>
        <w:rPr>
          <w:rFonts w:ascii="Lexend Light" w:hAnsi="Lexend Light"/>
        </w:rPr>
      </w:pPr>
    </w:p>
    <w:p w14:paraId="738CC316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Summer Term: A Holiday Destination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164BE4EA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943D3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9B15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0C9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5F0E7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3E6F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68501F3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FDD7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033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United Kingdom?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3CBF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United Kingdom is made up of England, Scotland, Wales and Northern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CC5A1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7B4B3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pier, promenade, mountain. Explain.</w:t>
            </w:r>
          </w:p>
        </w:tc>
      </w:tr>
      <w:tr w:rsidR="002912AF" w:rsidRPr="005872A5" w14:paraId="31ACED3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3465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B8A9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country do we live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98908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live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FB8BC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67F38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resort is always by the sea. Always, sometimes or never?</w:t>
            </w:r>
          </w:p>
        </w:tc>
      </w:tr>
      <w:tr w:rsidR="002912AF" w:rsidRPr="005872A5" w14:paraId="1FB74D4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0AA5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1AB76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What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a capital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4E89B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capital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city is an important city where a country’s government is usually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8CE8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C6A19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 holiday destination and Gedling.</w:t>
            </w:r>
          </w:p>
        </w:tc>
      </w:tr>
      <w:tr w:rsidR="002912AF" w:rsidRPr="005872A5" w14:paraId="5BBB66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393B2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14B03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London?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ADA4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London is the capital city of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634C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15D6A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resort.</w:t>
            </w:r>
          </w:p>
        </w:tc>
      </w:tr>
      <w:tr w:rsidR="002912AF" w:rsidRPr="005872A5" w14:paraId="5374388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34824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4AE38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 island?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2B758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island is land surrounded by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A3B6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296EF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UK is an island. True or false? Prove it.</w:t>
            </w:r>
          </w:p>
        </w:tc>
      </w:tr>
      <w:tr w:rsidR="002912AF" w:rsidRPr="005872A5" w14:paraId="1FD112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897C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D5C6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seas surround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2F9F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three main seas often located around the UK are the North Sea, Irish Sea and English Channel.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F7AC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E0E01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Tourists visit resorts because..., but..., so...</w:t>
            </w:r>
          </w:p>
        </w:tc>
      </w:tr>
      <w:tr w:rsidR="002912AF" w:rsidRPr="005872A5" w14:paraId="1FC01C2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8B330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953EC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address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9E3B4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address tells where someone lives or where a place is.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4DC4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DA583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pier, promenade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, tourist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>.</w:t>
            </w:r>
          </w:p>
        </w:tc>
      </w:tr>
      <w:tr w:rsidR="002912AF" w:rsidRPr="005872A5" w14:paraId="34CE76B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4292C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8AFCD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pier?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9CBC8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pier is a structure built out over the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B835F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18E42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pier, promenade, mountain. Explain.</w:t>
            </w:r>
          </w:p>
        </w:tc>
      </w:tr>
      <w:tr w:rsidR="002912AF" w:rsidRPr="005872A5" w14:paraId="2021736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E58F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6C91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promenade?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74CCC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promenade is a path along the seafront.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434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BB7D1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resort is always by the sea. Always, sometimes or never?</w:t>
            </w:r>
          </w:p>
        </w:tc>
      </w:tr>
      <w:tr w:rsidR="002912AF" w:rsidRPr="005872A5" w14:paraId="075A2EF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8D7E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12FC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resort?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6BDE2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resort is a place people visit for holidays.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B499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A5E4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 holiday destination and Gedling.</w:t>
            </w:r>
          </w:p>
        </w:tc>
      </w:tr>
      <w:tr w:rsidR="002912AF" w:rsidRPr="005872A5" w14:paraId="283C261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C510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8A5E6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tourist?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A6F68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tourist is someone who visits a place for leisure.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453E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816AD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resort.</w:t>
            </w:r>
          </w:p>
        </w:tc>
      </w:tr>
      <w:tr w:rsidR="002912AF" w:rsidRPr="005872A5" w14:paraId="1A02822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B958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933A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we compare a holiday destination with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34C05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can compare human features, physical features, weather, landmarks and land use.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D68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F0FD8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UK is an island. True or false? Prove it.</w:t>
            </w:r>
          </w:p>
        </w:tc>
      </w:tr>
    </w:tbl>
    <w:p w14:paraId="0D0B940D" w14:textId="77777777" w:rsidR="002912AF" w:rsidRPr="005872A5" w:rsidRDefault="002912AF">
      <w:pPr>
        <w:rPr>
          <w:rFonts w:ascii="Lexend Light" w:hAnsi="Lexend Light"/>
        </w:rPr>
      </w:pPr>
    </w:p>
    <w:p w14:paraId="0E27B00A" w14:textId="77777777" w:rsidR="002912AF" w:rsidRPr="005872A5" w:rsidRDefault="00000000">
      <w:pPr>
        <w:rPr>
          <w:rFonts w:ascii="Lexend Light" w:hAnsi="Lexend Light"/>
        </w:rPr>
      </w:pPr>
      <w:r w:rsidRPr="005872A5">
        <w:rPr>
          <w:rFonts w:ascii="Lexend Light" w:hAnsi="Lexend Light"/>
        </w:rPr>
        <w:br w:type="page"/>
      </w:r>
    </w:p>
    <w:p w14:paraId="79D330EC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lastRenderedPageBreak/>
        <w:t>Year 2 Geography Retrieval Plan</w:t>
      </w:r>
    </w:p>
    <w:p w14:paraId="566F7F20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Autumn Term: Explorers: Arctic and Antarctic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5D4785C6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ACC7D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8434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AB4C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34D4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8889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7AB8427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B20A0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36EA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climate?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CF6BA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is the usual weather pattern of a place over a long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5C6C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FD80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Arctic, Antarctica, Sahara. Explain.</w:t>
            </w:r>
          </w:p>
        </w:tc>
      </w:tr>
      <w:tr w:rsidR="002912AF" w:rsidRPr="005872A5" w14:paraId="580E933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44751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28C7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Equator?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0A5D0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1DB8D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95379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Hot and cold places are always near the poles. Always, sometimes or never?</w:t>
            </w:r>
          </w:p>
        </w:tc>
      </w:tr>
      <w:tr w:rsidR="002912AF" w:rsidRPr="005872A5" w14:paraId="4A4BF21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77815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C84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Where is the North Pole?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44588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North Pole is in the Arctic region at the northern end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52E7E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FEA9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the Arctic and Antarctic.</w:t>
            </w:r>
          </w:p>
        </w:tc>
      </w:tr>
      <w:tr w:rsidR="002912AF" w:rsidRPr="005872A5" w14:paraId="6986571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9935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AEFB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Where is the South Pole?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DA556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South Pole is in Antarctica at the southern end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E732E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8F46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climate.</w:t>
            </w:r>
          </w:p>
        </w:tc>
      </w:tr>
      <w:tr w:rsidR="002912AF" w:rsidRPr="005872A5" w14:paraId="18E2D2F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40A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9B0D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Antarctica?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BD27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Antarctica is a cold continent around the South Pole.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5C77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D395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Equator helps us locate hot and cold places. True or false?</w:t>
            </w:r>
          </w:p>
        </w:tc>
      </w:tr>
      <w:tr w:rsidR="002912AF" w:rsidRPr="005872A5" w14:paraId="172652D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87E3D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6981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adapted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749D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Adapted means suited to an environment.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053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FC75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Animals adapt because..., but..., so...</w:t>
            </w:r>
          </w:p>
        </w:tc>
      </w:tr>
      <w:tr w:rsidR="002912AF" w:rsidRPr="005872A5" w14:paraId="49D7FE9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9B848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9829F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continent?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47F4C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continent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is a very large area of 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98F0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F0AE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Equator, North Pole, climate.</w:t>
            </w:r>
          </w:p>
        </w:tc>
      </w:tr>
      <w:tr w:rsidR="002912AF" w:rsidRPr="005872A5" w14:paraId="14DFCD5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5369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F49A2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continent.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36C19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accurate examples such as Europe, Africa, Asia, North America, South America, Antarctica or Oceania.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1B0C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BD14E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Arctic, Antarctica, Sahara. Explain.</w:t>
            </w:r>
          </w:p>
        </w:tc>
      </w:tr>
      <w:tr w:rsidR="002912AF" w:rsidRPr="005872A5" w14:paraId="623D717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9009E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48E2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What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an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ocean?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E7F3E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ocean is a very large body of salt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498E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75E7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Hot and cold places are always near the poles. Always, sometimes or never?</w:t>
            </w:r>
          </w:p>
        </w:tc>
      </w:tr>
      <w:tr w:rsidR="002912AF" w:rsidRPr="005872A5" w14:paraId="6A29781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DE7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AFBD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ocean.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53AC1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Pacific, Atlantic, Indian, Southern or Arctic Ocean.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52EEF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C7592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the Arctic and Antarctic.</w:t>
            </w:r>
          </w:p>
        </w:tc>
      </w:tr>
      <w:tr w:rsidR="002912AF" w:rsidRPr="005872A5" w14:paraId="375F22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5DA4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C8D8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climate affect plants and animals?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B7769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affects which plants can grow and how animals survive.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9258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27EE1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climate.</w:t>
            </w:r>
          </w:p>
        </w:tc>
      </w:tr>
      <w:tr w:rsidR="002912AF" w:rsidRPr="005872A5" w14:paraId="52A017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F98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C081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about hot and cold places?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12D2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Equator and poles help us locate hot and cold areas of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8A97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7BAB73" w14:textId="35946438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Brain dump</w:t>
            </w:r>
          </w:p>
        </w:tc>
      </w:tr>
    </w:tbl>
    <w:p w14:paraId="60061E4C" w14:textId="77777777" w:rsidR="002912AF" w:rsidRPr="005872A5" w:rsidRDefault="002912AF">
      <w:pPr>
        <w:rPr>
          <w:rFonts w:ascii="Lexend Light" w:hAnsi="Lexend Light"/>
        </w:rPr>
      </w:pPr>
    </w:p>
    <w:p w14:paraId="255D137B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Spring Term: Where We Live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53EB9C94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51E79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5851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FFEF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7FD0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9A126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694E819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116D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78F97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78467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city is a large settlement with many people, buildings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7A09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B4C91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Gedling, Nottingham, Antarctica. Explain.</w:t>
            </w:r>
          </w:p>
        </w:tc>
      </w:tr>
      <w:tr w:rsidR="002912AF" w:rsidRPr="005872A5" w14:paraId="4AA5479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95318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98F7D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town?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276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town is a settlement usually smaller than a city but larger than a village.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ED2B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CB96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town and a village are always the same. Always, sometimes or never?</w:t>
            </w:r>
          </w:p>
        </w:tc>
      </w:tr>
      <w:tr w:rsidR="002912AF" w:rsidRPr="005872A5" w14:paraId="335B203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3D4B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1165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village?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FC1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village is a small settlement.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0A895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9828B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 city and a village.</w:t>
            </w:r>
          </w:p>
        </w:tc>
      </w:tr>
      <w:tr w:rsidR="002912AF" w:rsidRPr="005872A5" w14:paraId="575699B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2BF14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6A3D0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countryside?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F73CC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Countryside is land outside towns and cities, often with fields, farms or woodland.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1B7C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44102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human feature.</w:t>
            </w:r>
          </w:p>
        </w:tc>
      </w:tr>
      <w:tr w:rsidR="002912AF" w:rsidRPr="005872A5" w14:paraId="2993EE0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A9612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6FEA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pro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1E71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pro is an advantage.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317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53801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Aerial photographs can show local landmarks. True or false?</w:t>
            </w:r>
          </w:p>
        </w:tc>
      </w:tr>
      <w:tr w:rsidR="002912AF" w:rsidRPr="005872A5" w14:paraId="1499CC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9857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E713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con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5F37D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con is a disadvantage.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977D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1D06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use compass directions because..., but..., so...</w:t>
            </w:r>
          </w:p>
        </w:tc>
      </w:tr>
      <w:tr w:rsidR="002912AF" w:rsidRPr="005872A5" w14:paraId="70D2FC8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14D38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B23B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compass directions?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7719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Compass directions help us describe location and movement.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0612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FE9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Gedling, map, route.</w:t>
            </w:r>
          </w:p>
        </w:tc>
      </w:tr>
      <w:tr w:rsidR="002912AF" w:rsidRPr="005872A5" w14:paraId="2E1845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A4FFC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EFC5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the four main compass directions?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8C42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North, South, East and West are the four main compass directions.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27C81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7D45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Gedling, Nottingham, Antarctica. Explain.</w:t>
            </w:r>
          </w:p>
        </w:tc>
      </w:tr>
      <w:tr w:rsidR="002912AF" w:rsidRPr="005872A5" w14:paraId="0C819D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375A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9FEE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plan?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8EFF9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plan is a simple map or drawing of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68A6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A8F6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town and a village are always the same. Always, sometimes or never?</w:t>
            </w:r>
          </w:p>
        </w:tc>
      </w:tr>
      <w:tr w:rsidR="002912AF" w:rsidRPr="005872A5" w14:paraId="1F92136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81E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A135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map key?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8BFE3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key explains the symbols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F80D9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7EBE1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 city and a village.</w:t>
            </w:r>
          </w:p>
        </w:tc>
      </w:tr>
      <w:tr w:rsidR="002912AF" w:rsidRPr="005872A5" w14:paraId="11D313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E867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F415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Gedling Country Park?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7930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Gedling Country Park is a local place that can be studied through fieldwork.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4FDB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94E49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human feature.</w:t>
            </w:r>
          </w:p>
        </w:tc>
      </w:tr>
      <w:tr w:rsidR="002912AF" w:rsidRPr="005872A5" w14:paraId="1CD1E8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A4FC6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7689E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about where we live?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FB072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can describe Gedling using settlements, routes, maps, compass directions and human and physical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4BDF8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60C97" w14:textId="632B1014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Brain dump</w:t>
            </w:r>
          </w:p>
        </w:tc>
      </w:tr>
    </w:tbl>
    <w:p w14:paraId="44EAFD9C" w14:textId="77777777" w:rsidR="002912AF" w:rsidRPr="005872A5" w:rsidRDefault="002912AF">
      <w:pPr>
        <w:rPr>
          <w:rFonts w:ascii="Lexend Light" w:hAnsi="Lexend Light"/>
        </w:rPr>
      </w:pPr>
    </w:p>
    <w:p w14:paraId="2CDDCA1A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Summer Term: Our Wonderful World: Madagascar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0B4F345E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F4BC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0B270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1596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A3A33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A9281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64ED789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20304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AB147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Where is Madagascar?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A342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Madagascar is an island country off the east coast of Africa.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3158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C256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Madagascar, Gedling, Nottingham. Explain.</w:t>
            </w:r>
          </w:p>
        </w:tc>
      </w:tr>
      <w:tr w:rsidR="002912AF" w:rsidRPr="005872A5" w14:paraId="41E087F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9B61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7A37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tropical climate?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21B0A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tropical climate is usually warm and often wet.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85665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C72E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Countries near the Equator are always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exactly the same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>. Always, sometimes or never?</w:t>
            </w:r>
          </w:p>
        </w:tc>
      </w:tr>
      <w:tr w:rsidR="002912AF" w:rsidRPr="005872A5" w14:paraId="0D38DE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F7804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0BBA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temperate climate?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C7558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temperate climate has moderate seasonal patterns.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569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9FA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Madagascar and Gedling.</w:t>
            </w:r>
          </w:p>
        </w:tc>
      </w:tr>
      <w:tr w:rsidR="002912AF" w:rsidRPr="005872A5" w14:paraId="4F4AD23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76875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3574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 arid climate?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9CAF7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An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arid climate is very dry.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DA1A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6E9D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tropical climate.</w:t>
            </w:r>
          </w:p>
        </w:tc>
      </w:tr>
      <w:tr w:rsidR="002912AF" w:rsidRPr="005872A5" w14:paraId="0EA2F16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FAE0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AFEC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rainforest?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0AB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rainforest is a dense forest, often with high rainfall.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051F9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C593C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Madagascar is a non-European country. True or false?</w:t>
            </w:r>
          </w:p>
        </w:tc>
      </w:tr>
      <w:tr w:rsidR="002912AF" w:rsidRPr="005872A5" w14:paraId="53F635E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DA32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584B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desert?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CB2D2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desert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is a very dry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AF2E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39CCD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affects life because..., but..., so...</w:t>
            </w:r>
          </w:p>
        </w:tc>
      </w:tr>
      <w:tr w:rsidR="002912AF" w:rsidRPr="005872A5" w14:paraId="132E04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182F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431E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physical features can we identify?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1C218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Physical features include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mountain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lake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island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valley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river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cliff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forest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and beach.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8A1A7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F469B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Madagascar, rainforest, island.</w:t>
            </w:r>
          </w:p>
        </w:tc>
      </w:tr>
      <w:tr w:rsidR="002912AF" w:rsidRPr="005872A5" w14:paraId="595DE5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5C49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0723C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we compare Madagascar and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B497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compare climate, human features, physical features, plants, animals and ways of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26CC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546C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Madagascar, Gedling, Nottingham. Explain.</w:t>
            </w:r>
          </w:p>
        </w:tc>
      </w:tr>
      <w:tr w:rsidR="002912AF" w:rsidRPr="005872A5" w14:paraId="579D32E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35D35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849E9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symbol on a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3F75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symbol is a simple sign used to represent a feature.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D6A1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4539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Countries near the Equator are always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exactly the same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>. Always, sometimes or never?</w:t>
            </w:r>
          </w:p>
        </w:tc>
      </w:tr>
      <w:tr w:rsidR="002912AF" w:rsidRPr="005872A5" w14:paraId="12CA1DB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A9D8C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F4A0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do we make a simple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720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draw features from above and use symbols and a key.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02A14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DBC6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Madagascar and Gedling.</w:t>
            </w:r>
          </w:p>
        </w:tc>
      </w:tr>
      <w:tr w:rsidR="002912AF" w:rsidRPr="005872A5" w14:paraId="5F3A1B6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1C684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A34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does location affect climate?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C3F5D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Places near the Equator are often warmer than places near the poles.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4765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E5032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tropical climate.</w:t>
            </w:r>
          </w:p>
        </w:tc>
      </w:tr>
      <w:tr w:rsidR="002912AF" w:rsidRPr="005872A5" w14:paraId="62E5072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3537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EE6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about Madagascar?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970A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Madagascar helps us compare a non-European place with our local area.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31D4A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E2B23" w14:textId="790A8FE4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Brain dump</w:t>
            </w:r>
          </w:p>
        </w:tc>
      </w:tr>
    </w:tbl>
    <w:p w14:paraId="4B94D5A5" w14:textId="77777777" w:rsidR="002912AF" w:rsidRPr="005872A5" w:rsidRDefault="002912AF">
      <w:pPr>
        <w:rPr>
          <w:rFonts w:ascii="Lexend Light" w:hAnsi="Lexend Light"/>
        </w:rPr>
      </w:pPr>
    </w:p>
    <w:p w14:paraId="3DEEC669" w14:textId="77777777" w:rsidR="002912AF" w:rsidRPr="005872A5" w:rsidRDefault="00000000">
      <w:pPr>
        <w:rPr>
          <w:rFonts w:ascii="Lexend Light" w:hAnsi="Lexend Light"/>
        </w:rPr>
      </w:pPr>
      <w:r w:rsidRPr="005872A5">
        <w:rPr>
          <w:rFonts w:ascii="Lexend Light" w:hAnsi="Lexend Light"/>
        </w:rPr>
        <w:br w:type="page"/>
      </w:r>
    </w:p>
    <w:p w14:paraId="385D8546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lastRenderedPageBreak/>
        <w:t>Year 3 Geography Retrieval Plan</w:t>
      </w:r>
    </w:p>
    <w:p w14:paraId="7EF0D709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Autumn Term: Extreme Earth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0B0581DA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0F8D1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97A5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BB657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BE9E0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2FC59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7A4157E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9FAAB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6C8F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volcano?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24648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volcano is an opening in Earth where lava, ash and gases can escape.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DD4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ED33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volcano, earthquake, capital city. Explain.</w:t>
            </w:r>
          </w:p>
        </w:tc>
      </w:tr>
      <w:tr w:rsidR="002912AF" w:rsidRPr="005872A5" w14:paraId="5F29625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E884C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145E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magma?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1B0D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Magma is molten rock beneath Earth’s surface.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539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F81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Volcanoes always have the same impact on people. Always, sometimes or never?</w:t>
            </w:r>
          </w:p>
        </w:tc>
      </w:tr>
      <w:tr w:rsidR="002912AF" w:rsidRPr="005872A5" w14:paraId="2BDDF3F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036E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0C90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magma chamber?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96ACD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magma chamber stores magma beneath a volcano.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FFE22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D52FB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volcano and an earthquake.</w:t>
            </w:r>
          </w:p>
        </w:tc>
      </w:tr>
      <w:tr w:rsidR="002912AF" w:rsidRPr="005872A5" w14:paraId="5F46D25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964D7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B31A7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vent?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0CE48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A vent is a channel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where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magma, gases or ash can escape.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08299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E437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tectonic plates.</w:t>
            </w:r>
          </w:p>
        </w:tc>
      </w:tr>
      <w:tr w:rsidR="002912AF" w:rsidRPr="005872A5" w14:paraId="08BB5D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B90E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B93C8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crater?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4F6B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A crater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the opening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at the top of a volcano.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95996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860E2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volcano has a crater, vent and magma chamber. True or false?</w:t>
            </w:r>
          </w:p>
        </w:tc>
      </w:tr>
      <w:tr w:rsidR="002912AF" w:rsidRPr="005872A5" w14:paraId="02D1278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6A7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67EB9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Earth’s crust?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03A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crust is the outer layer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D196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B1D81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Earthquakes affect people because..., but..., so...</w:t>
            </w:r>
          </w:p>
        </w:tc>
      </w:tr>
      <w:tr w:rsidR="002912AF" w:rsidRPr="005872A5" w14:paraId="3117018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74D8F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2059C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tectonic plates?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324F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Tectonic plates are large pieces of Earth’s crust that move slowly.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7DA4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F174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magma, crater, eruption.</w:t>
            </w:r>
          </w:p>
        </w:tc>
      </w:tr>
      <w:tr w:rsidR="002912AF" w:rsidRPr="005872A5" w14:paraId="591178E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832D1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8EBD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causes an earthquake?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F87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Earthquakes happen when tectonic plates move and energy is released.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257A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F008E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volcano, earthquake, capital city. Explain.</w:t>
            </w:r>
          </w:p>
        </w:tc>
      </w:tr>
      <w:tr w:rsidR="002912AF" w:rsidRPr="005872A5" w14:paraId="7E4C4CB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12456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3E1D1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tsunami?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4DD2E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tsunami is a large sea wave often caused by an earthquake under the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2FC0A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587E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Volcanoes always have the same impact on people. Always, sometimes or never?</w:t>
            </w:r>
          </w:p>
        </w:tc>
      </w:tr>
      <w:tr w:rsidR="002912AF" w:rsidRPr="005872A5" w14:paraId="3C54645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1FE5D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E556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mountain?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9F09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mountain is a high area of land with steep sides.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61DB3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2A51A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volcano and an earthquake.</w:t>
            </w:r>
          </w:p>
        </w:tc>
      </w:tr>
      <w:tr w:rsidR="002912AF" w:rsidRPr="005872A5" w14:paraId="6BC262A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6221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5B23E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altitude?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9853A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Altitude means height above sea level.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AA6A7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46A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tectonic plates.</w:t>
            </w:r>
          </w:p>
        </w:tc>
      </w:tr>
      <w:tr w:rsidR="002912AF" w:rsidRPr="005872A5" w14:paraId="2C65A3D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C502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A72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volcanoes and earthquakes affect people?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5F92F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They can damage homes, change landscapes and affect safety, travel and livelihoods.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AD84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BD1D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volcano has a crater, vent and magma chamber. True or false?</w:t>
            </w:r>
          </w:p>
        </w:tc>
      </w:tr>
    </w:tbl>
    <w:p w14:paraId="3656B9AB" w14:textId="77777777" w:rsidR="002912AF" w:rsidRPr="005872A5" w:rsidRDefault="002912AF">
      <w:pPr>
        <w:rPr>
          <w:rFonts w:ascii="Lexend Light" w:hAnsi="Lexend Light"/>
        </w:rPr>
      </w:pPr>
    </w:p>
    <w:p w14:paraId="16377102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Spring Term: Comparison with a Region in a European Country: Pompeii and York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09530D24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F45E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A0A9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CCDB0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40AD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C82C0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6099824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5384D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A4B33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Which country is Pompeii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00BB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Pompeii is in Italy.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3A3C6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DB497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Pompeii, York, Madagascar. Explain.</w:t>
            </w:r>
          </w:p>
        </w:tc>
      </w:tr>
      <w:tr w:rsidR="002912AF" w:rsidRPr="005872A5" w14:paraId="61C9E4E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2CBC2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FDC04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Which continent is Italy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CE521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Italy is in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2F08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F40A8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European regions are always the same as UK regions. Always, sometimes or never?</w:t>
            </w:r>
          </w:p>
        </w:tc>
      </w:tr>
      <w:tr w:rsidR="002912AF" w:rsidRPr="005872A5" w14:paraId="1B1D8CD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2A823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4E627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York?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8FA79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York is a city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6593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0B79D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Pompeii and York.</w:t>
            </w:r>
          </w:p>
        </w:tc>
      </w:tr>
      <w:tr w:rsidR="002912AF" w:rsidRPr="005872A5" w14:paraId="44570C2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EFE5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54F71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European country?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8EC7A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European country is a country located in Europe.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F93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9FEDB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Mediterranean.</w:t>
            </w:r>
          </w:p>
        </w:tc>
      </w:tr>
      <w:tr w:rsidR="002912AF" w:rsidRPr="005872A5" w14:paraId="47CA589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DF9E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6C0ED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What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a capital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0048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capital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city is an important city where a </w:t>
            </w:r>
            <w:r w:rsidRPr="005872A5">
              <w:rPr>
                <w:rFonts w:ascii="Lexend Light" w:hAnsi="Lexend Light"/>
                <w:sz w:val="13"/>
              </w:rPr>
              <w:lastRenderedPageBreak/>
              <w:t>country’s government is often based.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AD4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7AB9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Italy is in Europe. True or false?</w:t>
            </w:r>
          </w:p>
        </w:tc>
      </w:tr>
      <w:tr w:rsidR="002912AF" w:rsidRPr="005872A5" w14:paraId="60E8EBF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18E51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DD50C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European country.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C785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examples such as Italy, France, Spain, Germany, Greece or Ireland.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E2476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7A0AE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Regions differ because..., but..., so...</w:t>
            </w:r>
          </w:p>
        </w:tc>
      </w:tr>
      <w:tr w:rsidR="002912AF" w:rsidRPr="005872A5" w14:paraId="21568B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5B2BC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051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European capital city.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53A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examples such as Rome, Paris, Madrid, Berlin, Athens or Dublin.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2F05B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7203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Italy, Pompeii, human and physical features.</w:t>
            </w:r>
          </w:p>
        </w:tc>
      </w:tr>
      <w:tr w:rsidR="002912AF" w:rsidRPr="005872A5" w14:paraId="444E64A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A902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60EF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Mediterranean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A504B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Mediterranean describes places around the Mediterranean Sea, often with warm dry summers.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077F4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ABB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Pompeii, York, Madagascar. Explain.</w:t>
            </w:r>
          </w:p>
        </w:tc>
      </w:tr>
      <w:tr w:rsidR="002912AF" w:rsidRPr="005872A5" w14:paraId="11D76BD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63A49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41EE9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human features?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A4E82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features are made or changed by people.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139DC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B0B8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European regions are always the same as UK regions. Always, sometimes or never?</w:t>
            </w:r>
          </w:p>
        </w:tc>
      </w:tr>
      <w:tr w:rsidR="002912AF" w:rsidRPr="005872A5" w14:paraId="32312BB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38BB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AC11A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physical features?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86AE1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features are natural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2212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BFBDB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Pompeii and York.</w:t>
            </w:r>
          </w:p>
        </w:tc>
      </w:tr>
      <w:tr w:rsidR="002912AF" w:rsidRPr="005872A5" w14:paraId="53DC46B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79C8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B787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the eight compass points?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A16C5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N, NE, E, SE, S, SW, W and NW.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FA785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1C85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Mediterranean.</w:t>
            </w:r>
          </w:p>
        </w:tc>
      </w:tr>
      <w:tr w:rsidR="002912AF" w:rsidRPr="005872A5" w14:paraId="2894A32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723FB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B49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we compare Pompeii and York?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E0A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compare location, climate, human features, physical features and evidence.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690E2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46B5A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Italy is in Europe. True or false?</w:t>
            </w:r>
          </w:p>
        </w:tc>
      </w:tr>
    </w:tbl>
    <w:p w14:paraId="45FB0818" w14:textId="77777777" w:rsidR="002912AF" w:rsidRPr="005872A5" w:rsidRDefault="002912AF">
      <w:pPr>
        <w:rPr>
          <w:rFonts w:ascii="Lexend Light" w:hAnsi="Lexend Light"/>
        </w:rPr>
      </w:pPr>
    </w:p>
    <w:p w14:paraId="13D15EF1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Summer Term: Rainforests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355568E6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FA963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CA623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E80BE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594F8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68B78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04EE556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FCDB2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D59C0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biome?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A6F8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biome is a large region with a particular climate,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30EC7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355C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canopy, understory, beach hut. Explain.</w:t>
            </w:r>
          </w:p>
        </w:tc>
      </w:tr>
      <w:tr w:rsidR="002912AF" w:rsidRPr="005872A5" w14:paraId="28C39CE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1397B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E7B71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rainforest?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A41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rainforest is a dense forest with high rainfall and many species.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3CA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3C9B2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Deforestation always has only one cause. Always, sometimes or never?</w:t>
            </w:r>
          </w:p>
        </w:tc>
      </w:tr>
      <w:tr w:rsidR="002912AF" w:rsidRPr="005872A5" w14:paraId="46E0037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DC7B3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2573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deforestation?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9136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Deforestation is clearing or removing forests.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268C7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DF70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rainforest and local woodland.</w:t>
            </w:r>
          </w:p>
        </w:tc>
      </w:tr>
      <w:tr w:rsidR="002912AF" w:rsidRPr="005872A5" w14:paraId="775CCF2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09C67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1483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What does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humid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40A74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Humid means warm and damp.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780BB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4917D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biome.</w:t>
            </w:r>
          </w:p>
        </w:tc>
      </w:tr>
      <w:tr w:rsidR="002912AF" w:rsidRPr="005872A5" w14:paraId="685C7A4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C3DA1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40224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species?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DBE8B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species is a group of living things with similar characteristics.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D191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80FD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Rainforests have layers. True or false?</w:t>
            </w:r>
          </w:p>
        </w:tc>
      </w:tr>
      <w:tr w:rsidR="002912AF" w:rsidRPr="005872A5" w14:paraId="4E43076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E8C38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F8D50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emergent layer?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0345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The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emergent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layer is the highest rainforest layer.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421E9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5EC12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Deforestation affects people and environments because..., but..., so...</w:t>
            </w:r>
          </w:p>
        </w:tc>
      </w:tr>
      <w:tr w:rsidR="002912AF" w:rsidRPr="005872A5" w14:paraId="6751DBE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77E8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5C4A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canopy layer?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8422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canopy is a high layer of tree branches and leaves.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0594F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0C54B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biome, rainforest, deforestation.</w:t>
            </w:r>
          </w:p>
        </w:tc>
      </w:tr>
      <w:tr w:rsidR="002912AF" w:rsidRPr="005872A5" w14:paraId="30E9F91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10EED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55FE7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understory layer?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A866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understory is a darker layer beneath the canopy.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2C514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8E56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canopy, understory, beach hut. Explain.</w:t>
            </w:r>
          </w:p>
        </w:tc>
      </w:tr>
      <w:tr w:rsidR="002912AF" w:rsidRPr="005872A5" w14:paraId="4C5ABE9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1D930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8CBB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forest floor?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232F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forest floor is the lowest rainforest layer.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FE56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9D694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Deforestation always has only one cause. Always, sometimes or never?</w:t>
            </w:r>
          </w:p>
        </w:tc>
      </w:tr>
      <w:tr w:rsidR="002912AF" w:rsidRPr="005872A5" w14:paraId="7F2B7D9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D2EDC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8AAE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import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8D046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Import means goods brought into a country.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6B738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59152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rainforest and local woodland.</w:t>
            </w:r>
          </w:p>
        </w:tc>
      </w:tr>
      <w:tr w:rsidR="002912AF" w:rsidRPr="005872A5" w14:paraId="704C0E6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E3CEE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0DF48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export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FDC83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Export means goods sent to another country.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5941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E9C66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biome.</w:t>
            </w:r>
          </w:p>
        </w:tc>
      </w:tr>
      <w:tr w:rsidR="002912AF" w:rsidRPr="005872A5" w14:paraId="1338DE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47FC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45680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trade links connect to rainforests?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7D882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Rainforest resources and products can be </w:t>
            </w:r>
            <w:r w:rsidRPr="005872A5">
              <w:rPr>
                <w:rFonts w:ascii="Lexend Light" w:hAnsi="Lexend Light"/>
                <w:sz w:val="13"/>
              </w:rPr>
              <w:lastRenderedPageBreak/>
              <w:t>traded through import and export links.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ACA60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629E3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Rainforests have layers. True or false?</w:t>
            </w:r>
          </w:p>
        </w:tc>
      </w:tr>
    </w:tbl>
    <w:p w14:paraId="049F31CB" w14:textId="77777777" w:rsidR="002912AF" w:rsidRPr="005872A5" w:rsidRDefault="002912AF">
      <w:pPr>
        <w:rPr>
          <w:rFonts w:ascii="Lexend Light" w:hAnsi="Lexend Light"/>
        </w:rPr>
      </w:pPr>
    </w:p>
    <w:p w14:paraId="53128261" w14:textId="77777777" w:rsidR="002912AF" w:rsidRPr="005872A5" w:rsidRDefault="00000000">
      <w:pPr>
        <w:rPr>
          <w:rFonts w:ascii="Lexend Light" w:hAnsi="Lexend Light"/>
        </w:rPr>
      </w:pPr>
      <w:r w:rsidRPr="005872A5">
        <w:rPr>
          <w:rFonts w:ascii="Lexend Light" w:hAnsi="Lexend Light"/>
        </w:rPr>
        <w:br w:type="page"/>
      </w:r>
    </w:p>
    <w:p w14:paraId="275FA60B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lastRenderedPageBreak/>
        <w:t>Year 4 Geography Retrieval Plan</w:t>
      </w:r>
    </w:p>
    <w:p w14:paraId="72CFDFE2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Autumn Term: Our Country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12CB40C1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220A4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9C2B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AE214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EFB3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E7B9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0086BAD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F14E3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051D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county?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5DCCF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county is an area used to divide parts of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A6853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FFCC0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county, city, ocean. Explain.</w:t>
            </w:r>
          </w:p>
        </w:tc>
      </w:tr>
      <w:tr w:rsidR="002912AF" w:rsidRPr="005872A5" w14:paraId="32338F4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2F5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46AFF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county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B5545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examples such as Nottinghamshire, Derbyshire, Yorkshire, Kent or Devon.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8DA7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629D6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All UK counties have the same physical features. Always, sometimes or never?</w:t>
            </w:r>
          </w:p>
        </w:tc>
      </w:tr>
      <w:tr w:rsidR="002912AF" w:rsidRPr="005872A5" w14:paraId="56FC0D7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D9363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7FD8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city?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9D673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city is a large settlement with many people, buildings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FB2E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2A1B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county and a city.</w:t>
            </w:r>
          </w:p>
        </w:tc>
      </w:tr>
      <w:tr w:rsidR="002912AF" w:rsidRPr="005872A5" w14:paraId="3628F4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310F6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07DCD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city in England.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ACCF7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examples such as Nottingham, London, Birmingham, Manchester, York or Leeds.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1756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5BCB5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topographical.</w:t>
            </w:r>
          </w:p>
        </w:tc>
      </w:tr>
      <w:tr w:rsidR="002912AF" w:rsidRPr="005872A5" w14:paraId="6BF4942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9DE7E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6D11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topographical feature?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B726D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topographical feature is a physical feature of the land such as hills, rivers, coasts or mountains.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7DC3A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D75C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OS map uses symbols and keys. True or false?</w:t>
            </w:r>
          </w:p>
        </w:tc>
      </w:tr>
      <w:tr w:rsidR="002912AF" w:rsidRPr="005872A5" w14:paraId="2E8943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DB914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003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What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a coast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>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E11CC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A coast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is where land meets the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A886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0D18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Cities grow because..., but..., so...</w:t>
            </w:r>
          </w:p>
        </w:tc>
      </w:tr>
      <w:tr w:rsidR="002912AF" w:rsidRPr="005872A5" w14:paraId="4C54F5B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AF3A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C896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 Ordnance Survey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D13B2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OS map is a detailed map that uses symbols, grids and keys.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1C423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EBAC1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county, city, Ordnance Survey.</w:t>
            </w:r>
          </w:p>
        </w:tc>
      </w:tr>
      <w:tr w:rsidR="002912AF" w:rsidRPr="005872A5" w14:paraId="3FCE7F7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E4F91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D620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symbol on an OS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8CB3A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symbol represents a feature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3595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828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county, city, ocean. Explain.</w:t>
            </w:r>
          </w:p>
        </w:tc>
      </w:tr>
      <w:tr w:rsidR="002912AF" w:rsidRPr="005872A5" w14:paraId="12C933A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BD2DE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FEBF8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grid reference?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E7CD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grid reference helps locate a place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C49D0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4FEA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All UK counties have the same physical features. Always, sometimes or never?</w:t>
            </w:r>
          </w:p>
        </w:tc>
      </w:tr>
      <w:tr w:rsidR="002912AF" w:rsidRPr="005872A5" w14:paraId="03D8873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830E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47938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What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is an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easting?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BC39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Eastings are grid lines that help locate places from west to east.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BC499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C399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county and a city.</w:t>
            </w:r>
          </w:p>
        </w:tc>
      </w:tr>
      <w:tr w:rsidR="002912AF" w:rsidRPr="005872A5" w14:paraId="0B36E4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33503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A151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northing?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E19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Northings are grid lines that help locate places from south to north.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AAE62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965ED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topographical.</w:t>
            </w:r>
          </w:p>
        </w:tc>
      </w:tr>
      <w:tr w:rsidR="002912AF" w:rsidRPr="005872A5" w14:paraId="15F2A70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63D6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825FB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about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E1AD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UK has counties, cities, regions and topographical features that can be studied using maps.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ADD8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FFC22B" w14:textId="3FA7B094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Brain  dump</w:t>
            </w:r>
            <w:proofErr w:type="gramEnd"/>
          </w:p>
        </w:tc>
      </w:tr>
    </w:tbl>
    <w:p w14:paraId="62486C05" w14:textId="77777777" w:rsidR="002912AF" w:rsidRPr="005872A5" w:rsidRDefault="002912AF">
      <w:pPr>
        <w:rPr>
          <w:rFonts w:ascii="Lexend Light" w:hAnsi="Lexend Light"/>
        </w:rPr>
      </w:pPr>
    </w:p>
    <w:p w14:paraId="01B1C3A0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Spring Term: Retrieval and Readiness: UK Maps and Topography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7AE23272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C99BB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D29E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2F5D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D3BEF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4040A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059D4BE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862D8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944AB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rural?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67F2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Rural describes countryside areas.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5A0CF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B082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choose the item that does not fit.</w:t>
            </w:r>
          </w:p>
        </w:tc>
      </w:tr>
      <w:tr w:rsidR="002912AF" w:rsidRPr="005872A5" w14:paraId="03F35E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6873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ADA68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urban?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7FB39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Urban describes towns and cities.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8D1C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0C8D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Always, sometimes or never? Explain using geography.</w:t>
            </w:r>
          </w:p>
        </w:tc>
      </w:tr>
      <w:tr w:rsidR="002912AF" w:rsidRPr="005872A5" w14:paraId="08806A8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150DF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47DC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agriculture?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C4C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Agriculture means farming.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D7A7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B1B88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two places or concepts.</w:t>
            </w:r>
          </w:p>
        </w:tc>
      </w:tr>
      <w:tr w:rsidR="002912AF" w:rsidRPr="005872A5" w14:paraId="12F936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675C0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4985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recreation?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C49EE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Recreation means activities people do for enjoyment.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0EE9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14B8C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a key word.</w:t>
            </w:r>
          </w:p>
        </w:tc>
      </w:tr>
      <w:tr w:rsidR="002912AF" w:rsidRPr="005872A5" w14:paraId="4B287F9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64187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7B7F8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retail?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8FB8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Retail means shops and selling goods.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D6C10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4925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True or false? Prove it.</w:t>
            </w:r>
          </w:p>
        </w:tc>
      </w:tr>
      <w:tr w:rsidR="002912AF" w:rsidRPr="005872A5" w14:paraId="1EE2E7F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34F29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02AC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mountain?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5245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mountain is a high area of land with steep sides.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1448B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F6B2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Complete because,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but,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so.</w:t>
            </w:r>
          </w:p>
        </w:tc>
      </w:tr>
      <w:tr w:rsidR="002912AF" w:rsidRPr="005872A5" w14:paraId="17A998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8C1C6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0E0EA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hill?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957A7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hill is raised land, usually lower than a mountain.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B7F45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241AE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 related ideas.</w:t>
            </w:r>
          </w:p>
        </w:tc>
      </w:tr>
      <w:tr w:rsidR="002912AF" w:rsidRPr="005872A5" w14:paraId="7358465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5474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C195C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river?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6625F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river is a natural flow of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0665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00880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choose the item that does not fit.</w:t>
            </w:r>
          </w:p>
        </w:tc>
      </w:tr>
      <w:tr w:rsidR="002912AF" w:rsidRPr="005872A5" w14:paraId="66EFDF9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7B13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B16C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a digital map help us?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52151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digital map can help us find places, routes and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15A2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6C17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Always, sometimes or never? Explain using geography.</w:t>
            </w:r>
          </w:p>
        </w:tc>
      </w:tr>
      <w:tr w:rsidR="002912AF" w:rsidRPr="005872A5" w14:paraId="132B2F1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28750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AAB8C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do OS symbols help geographers?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977DC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They allow geographers to identify features quickly and accurately.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FAC3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42F38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two places or concepts.</w:t>
            </w:r>
          </w:p>
        </w:tc>
      </w:tr>
      <w:tr w:rsidR="002912AF" w:rsidRPr="005872A5" w14:paraId="43DDF2B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B4CCB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84348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maps build knowledge of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B7FD1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Maps show locations, routes, settlements, regions and physical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1CDF9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FAF3E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a key word.</w:t>
            </w:r>
          </w:p>
        </w:tc>
      </w:tr>
      <w:tr w:rsidR="002912AF" w:rsidRPr="005872A5" w14:paraId="132FBE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64103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4FF61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knowledge will help us study settlements?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66F9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Knowledge of rivers, land use, maps, symbols and the UK will help.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0F012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E95BB4" w14:textId="7C04BB2D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Brain dump</w:t>
            </w:r>
          </w:p>
        </w:tc>
      </w:tr>
    </w:tbl>
    <w:p w14:paraId="4101652C" w14:textId="77777777" w:rsidR="002912AF" w:rsidRPr="005872A5" w:rsidRDefault="002912AF">
      <w:pPr>
        <w:rPr>
          <w:rFonts w:ascii="Lexend Light" w:hAnsi="Lexend Light"/>
        </w:rPr>
      </w:pPr>
    </w:p>
    <w:p w14:paraId="373C46FC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Summer Term: Somewhere to Settle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5961B1A5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4D93B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9BC9A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C4808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DC954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10F4E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068BFA2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7B8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057A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settlement?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9507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settlement is a place where people live.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41585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F50E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source, mouth, motorway. Explain.</w:t>
            </w:r>
          </w:p>
        </w:tc>
      </w:tr>
      <w:tr w:rsidR="002912AF" w:rsidRPr="005872A5" w14:paraId="3E9F0FC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797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2E8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land use?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89ED8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Land use means how land is used, such as housing, farming or industry.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21DA1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6FB1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Cities are always located by rivers. Always, sometimes or never?</w:t>
            </w:r>
          </w:p>
        </w:tc>
      </w:tr>
      <w:tr w:rsidR="002912AF" w:rsidRPr="005872A5" w14:paraId="764B9D4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315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A278F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Why are many cities located by rivers?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E6E9C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Rivers provide water, transport, trade routes, food and fertile 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EC0E6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6F51D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river settlement then and now.</w:t>
            </w:r>
          </w:p>
        </w:tc>
      </w:tr>
      <w:tr w:rsidR="002912AF" w:rsidRPr="005872A5" w14:paraId="3781006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9E3E4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39B5C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main river in the UK.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4A84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Thames, Trent, Mersey, Tyne or Spey.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347A3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A64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settlement.</w:t>
            </w:r>
          </w:p>
        </w:tc>
      </w:tr>
      <w:tr w:rsidR="002912AF" w:rsidRPr="005872A5" w14:paraId="046F56C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1F07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1B90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river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DC021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source is where a river begins.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243D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70E84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River Trent is a UK river. True or false?</w:t>
            </w:r>
          </w:p>
        </w:tc>
      </w:tr>
      <w:tr w:rsidR="002912AF" w:rsidRPr="005872A5" w14:paraId="53698C4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40F8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EE73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river mouth?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177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mouth is where a river flows into the sea, lake or another body of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E563D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7541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Settlements developed near rivers because..., but..., so...</w:t>
            </w:r>
          </w:p>
        </w:tc>
      </w:tr>
      <w:tr w:rsidR="002912AF" w:rsidRPr="005872A5" w14:paraId="0035D0E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9BD7C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A7CB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tributary?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044D9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tributary is a smaller river or stream that joins a larger river.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E49E7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992BB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river, settlement, land use.</w:t>
            </w:r>
          </w:p>
        </w:tc>
      </w:tr>
      <w:tr w:rsidR="002912AF" w:rsidRPr="005872A5" w14:paraId="7243A48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7DDE6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407D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channel?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02C4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river channel is the path the river flows along.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490D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A015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source, mouth, motorway. Explain.</w:t>
            </w:r>
          </w:p>
        </w:tc>
      </w:tr>
      <w:tr w:rsidR="002912AF" w:rsidRPr="005872A5" w14:paraId="01F04DF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EE546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3754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discharge?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D8AB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Discharge is the amount of water flowing in a river.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66A1A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7F52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Cities are always located by rivers. Always, sometimes or never?</w:t>
            </w:r>
          </w:p>
        </w:tc>
      </w:tr>
      <w:tr w:rsidR="002912AF" w:rsidRPr="005872A5" w14:paraId="5E0F53D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8F857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3E060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water cycle?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EEC82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water cycle explains how water moves through evaporation, condensation, precipitation and collection.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1A43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7C0EE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river settlement then and now.</w:t>
            </w:r>
          </w:p>
        </w:tc>
      </w:tr>
      <w:tr w:rsidR="002912AF" w:rsidRPr="005872A5" w14:paraId="049D3A2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7981B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2DE8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Ouse Dyke?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7CD2C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Ouse Dyke is a local watercourse that can support fieldwork.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EFC11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66112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settlement.</w:t>
            </w:r>
          </w:p>
        </w:tc>
      </w:tr>
      <w:tr w:rsidR="002912AF" w:rsidRPr="005872A5" w14:paraId="49CC13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230A3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0621B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has land use changed over time?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F9D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Land use can change as settlements grow, transport changes and people use land </w:t>
            </w:r>
            <w:r w:rsidRPr="005872A5">
              <w:rPr>
                <w:rFonts w:ascii="Lexend Light" w:hAnsi="Lexend Light"/>
                <w:sz w:val="13"/>
              </w:rPr>
              <w:lastRenderedPageBreak/>
              <w:t>differently.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FEFB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B8C1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River Trent is a UK river. True or false?</w:t>
            </w:r>
          </w:p>
        </w:tc>
      </w:tr>
    </w:tbl>
    <w:p w14:paraId="4B99056E" w14:textId="77777777" w:rsidR="002912AF" w:rsidRPr="005872A5" w:rsidRDefault="002912AF">
      <w:pPr>
        <w:rPr>
          <w:rFonts w:ascii="Lexend Light" w:hAnsi="Lexend Light"/>
        </w:rPr>
      </w:pPr>
    </w:p>
    <w:p w14:paraId="1299C43A" w14:textId="77777777" w:rsidR="002912AF" w:rsidRPr="005872A5" w:rsidRDefault="00000000">
      <w:pPr>
        <w:rPr>
          <w:rFonts w:ascii="Lexend Light" w:hAnsi="Lexend Light"/>
        </w:rPr>
      </w:pPr>
      <w:r w:rsidRPr="005872A5">
        <w:rPr>
          <w:rFonts w:ascii="Lexend Light" w:hAnsi="Lexend Light"/>
        </w:rPr>
        <w:br w:type="page"/>
      </w:r>
    </w:p>
    <w:p w14:paraId="55C378B5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lastRenderedPageBreak/>
        <w:t>Year 5 Geography Retrieval Plan</w:t>
      </w:r>
    </w:p>
    <w:p w14:paraId="66927DDB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Autumn Term: Retrieval and Readiness: Our Country and Rivers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2C525939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5B9C9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AE737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D0F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BB7B1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F666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5B66FE7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D241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2C2E1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latitude?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7422D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Latitude lines show how far north or south a place is from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67F2E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C9FA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county, city, ocean. Explain.</w:t>
            </w:r>
          </w:p>
        </w:tc>
      </w:tr>
      <w:tr w:rsidR="002912AF" w:rsidRPr="005872A5" w14:paraId="7D379ED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21B9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C5AA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longitude?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0C9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Longitude lines show how far east or west a place is from the Prime Meridian.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FF217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04CB8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All UK counties have the same physical features. Always, sometimes or never?</w:t>
            </w:r>
          </w:p>
        </w:tc>
      </w:tr>
      <w:tr w:rsidR="002912AF" w:rsidRPr="005872A5" w14:paraId="727723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AB747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46FDD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Equator?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E499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C4A69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9405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county and a city.</w:t>
            </w:r>
          </w:p>
        </w:tc>
      </w:tr>
      <w:tr w:rsidR="002912AF" w:rsidRPr="005872A5" w14:paraId="7C56649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3D75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9402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climate zone?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B08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climate zone is an area with similar long-term weather patterns.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0D693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CBD7C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topographical.</w:t>
            </w:r>
          </w:p>
        </w:tc>
      </w:tr>
      <w:tr w:rsidR="002912AF" w:rsidRPr="005872A5" w14:paraId="042D402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0ADF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33DE3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vegetation belt?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72E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vegetation belt is a large area with similar plant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01D46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19FA7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OS map uses symbols and keys. True or false?</w:t>
            </w:r>
          </w:p>
        </w:tc>
      </w:tr>
      <w:tr w:rsidR="002912AF" w:rsidRPr="005872A5" w14:paraId="39DFE7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9A48C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3E4EE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river 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4940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source is where a river begins.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C3C05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4F8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Cities grow because..., but..., so...</w:t>
            </w:r>
          </w:p>
        </w:tc>
      </w:tr>
      <w:tr w:rsidR="002912AF" w:rsidRPr="005872A5" w14:paraId="014410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335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CDE8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river mouth?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8B422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mouth is where a river ends by flowing into another body of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610E7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7F58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county, city, Ordnance Survey.</w:t>
            </w:r>
          </w:p>
        </w:tc>
      </w:tr>
      <w:tr w:rsidR="002912AF" w:rsidRPr="005872A5" w14:paraId="62BF9D9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D1341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D07F8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four-figure grid reference?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7FD5F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four-figure grid reference identifies a square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3BF3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AFA2B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county, city, ocean. Explain.</w:t>
            </w:r>
          </w:p>
        </w:tc>
      </w:tr>
      <w:tr w:rsidR="002912AF" w:rsidRPr="005872A5" w14:paraId="67C2C3A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DC42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976B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compass direction?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51A35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Compass directions help describe location and route.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24216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CFCE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All UK counties have the same physical features. Always, sometimes or never?</w:t>
            </w:r>
          </w:p>
        </w:tc>
      </w:tr>
      <w:tr w:rsidR="002912AF" w:rsidRPr="005872A5" w14:paraId="0B21FC3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F65F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FCB55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land use?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FE373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Land use describes how land is used.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855C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45CA7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county and a city.</w:t>
            </w:r>
          </w:p>
        </w:tc>
      </w:tr>
      <w:tr w:rsidR="002912AF" w:rsidRPr="005872A5" w14:paraId="75B26D1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4B4EC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AFFE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graphs show geography?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DC55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Graphs can show data such as rainfall or temperature.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F9B09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43233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topographical.</w:t>
            </w:r>
          </w:p>
        </w:tc>
      </w:tr>
      <w:tr w:rsidR="002912AF" w:rsidRPr="005872A5" w14:paraId="5172F64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75B50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8615E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knowledge will help us in Our World?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E4FBF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Knowledge of maps, climate, latitude, longitude, rivers and data will help.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F7C27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3DF6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OS map uses symbols and keys. True or false?</w:t>
            </w:r>
          </w:p>
        </w:tc>
      </w:tr>
    </w:tbl>
    <w:p w14:paraId="4DDBEF00" w14:textId="77777777" w:rsidR="002912AF" w:rsidRPr="005872A5" w:rsidRDefault="002912AF">
      <w:pPr>
        <w:rPr>
          <w:rFonts w:ascii="Lexend Light" w:hAnsi="Lexend Light"/>
        </w:rPr>
      </w:pPr>
    </w:p>
    <w:p w14:paraId="193B32DB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Spring Term: Our World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3A09C22B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13D8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F6B5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A58F5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0F6C0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4E7C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71B40A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218FB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DFF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Northern Hemisphere?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C958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The Northern Hemisphere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the half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of Earth north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CD653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8B3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latitude, longitude, promenade. Explain.</w:t>
            </w:r>
          </w:p>
        </w:tc>
      </w:tr>
      <w:tr w:rsidR="002912AF" w:rsidRPr="005872A5" w14:paraId="0163152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7EE6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AA46C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Southern Hemisphere?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C20A2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The Southern Hemisphere is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the half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of Earth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ADB01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93585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zones are always the same as biomes. Always, sometimes or never?</w:t>
            </w:r>
          </w:p>
        </w:tc>
      </w:tr>
      <w:tr w:rsidR="002912AF" w:rsidRPr="005872A5" w14:paraId="1747F20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BB266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3EDDE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a country in the Northern Hemisphere.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39A04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examples such as the UK, France, Canada, USA, Italy or Japan.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2FFBE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5FCB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temperate and tropical climates.</w:t>
            </w:r>
          </w:p>
        </w:tc>
      </w:tr>
      <w:tr w:rsidR="002912AF" w:rsidRPr="005872A5" w14:paraId="61EA29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9C40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EF7E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a country in the Southern Hemisphere.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29041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examples such as Australia, New Zealand, South Africa, Argentina or Brazil.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D5FC0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9183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latitude.</w:t>
            </w:r>
          </w:p>
        </w:tc>
      </w:tr>
      <w:tr w:rsidR="002912AF" w:rsidRPr="005872A5" w14:paraId="1DE79CD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3E0C4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F7148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latitude?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713CB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Latitude shows how far north or south a place is from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93CE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53A0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Tropic of Cancer is north of the Equator. True or false?</w:t>
            </w:r>
          </w:p>
        </w:tc>
      </w:tr>
      <w:tr w:rsidR="002912AF" w:rsidRPr="005872A5" w14:paraId="40D7669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4C6DB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75DB9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longitude?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C04A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Longitude shows how far east or west a place is from the Prime Meridian.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85A78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DE470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change has impacts because..., but..., so...</w:t>
            </w:r>
          </w:p>
        </w:tc>
      </w:tr>
      <w:tr w:rsidR="002912AF" w:rsidRPr="005872A5" w14:paraId="7514059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E910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FA23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Tropics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FEBBE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Tropics are lines and regions around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05F74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3DB8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latitude, climate zone, rainfall graph.</w:t>
            </w:r>
          </w:p>
        </w:tc>
      </w:tr>
      <w:tr w:rsidR="002912AF" w:rsidRPr="005872A5" w14:paraId="5D1A4F3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B07B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FB5EC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Tropic of Cancer?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77C3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Tropic of Cancer is a line of latitude north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B9E0C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FF118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latitude, longitude, promenade. Explain.</w:t>
            </w:r>
          </w:p>
        </w:tc>
      </w:tr>
      <w:tr w:rsidR="002912AF" w:rsidRPr="005872A5" w14:paraId="0A4D35F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ECE2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5D50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Tropic of Capricorn?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A5D4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Tropic of Capricorn is a line of latitude south of the Equator.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CBDAB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F8FB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zones are always the same as biomes. Always, sometimes or never?</w:t>
            </w:r>
          </w:p>
        </w:tc>
      </w:tr>
      <w:tr w:rsidR="002912AF" w:rsidRPr="005872A5" w14:paraId="775C29D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89F63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BF7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climate change?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18D6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change means long-term change in climate patterns.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9ADC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186B5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Double bubble: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compare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temperate and tropical climates.</w:t>
            </w:r>
          </w:p>
        </w:tc>
      </w:tr>
      <w:tr w:rsidR="002912AF" w:rsidRPr="005872A5" w14:paraId="2CA9775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E4CA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89FB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graphs show rainfall or temperature?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B396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Graphs can record and compare rainfall or temperature across places.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B8146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D91F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latitude.</w:t>
            </w:r>
          </w:p>
        </w:tc>
      </w:tr>
      <w:tr w:rsidR="002912AF" w:rsidRPr="005872A5" w14:paraId="03D1C49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48D5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4DC28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about Our World?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823AD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can locate and compare world countries using latitude, longitude, climate zones, the Tropics and data.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1357F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D4A8D" w14:textId="15AFB43F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Brain dump</w:t>
            </w:r>
          </w:p>
        </w:tc>
      </w:tr>
    </w:tbl>
    <w:p w14:paraId="3461D779" w14:textId="77777777" w:rsidR="002912AF" w:rsidRPr="005872A5" w:rsidRDefault="002912AF">
      <w:pPr>
        <w:rPr>
          <w:rFonts w:ascii="Lexend Light" w:hAnsi="Lexend Light"/>
        </w:rPr>
      </w:pPr>
    </w:p>
    <w:p w14:paraId="645A1645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Summer Term: Retrieval and Readiness: Climate, Tropics and Global Location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13893433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A98A0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3FDC3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675A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52736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580C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0D31A6C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E379B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B830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tropical climate?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8A6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tropical climate is usually warm and often wet.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9E2BD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C825F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choose the item that does not fit.</w:t>
            </w:r>
          </w:p>
        </w:tc>
      </w:tr>
      <w:tr w:rsidR="002912AF" w:rsidRPr="005872A5" w14:paraId="01D3863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0563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E66D9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temperate climate?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67135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temperate climate has moderate seasonal patterns.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234B8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926C3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Always, sometimes or never? Explain using geography.</w:t>
            </w:r>
          </w:p>
        </w:tc>
      </w:tr>
      <w:tr w:rsidR="002912AF" w:rsidRPr="005872A5" w14:paraId="018676E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10C00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39AD4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vegetation belt?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6AE3E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vegetation belt is a large area with similar plant life.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A46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DA34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two places or concepts.</w:t>
            </w:r>
          </w:p>
        </w:tc>
      </w:tr>
      <w:tr w:rsidR="002912AF" w:rsidRPr="005872A5" w14:paraId="1A5C66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C7F4A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5470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Why are latitude and longitude useful?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17B2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They help locate places accurately on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7A523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8F67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a key word.</w:t>
            </w:r>
          </w:p>
        </w:tc>
      </w:tr>
      <w:tr w:rsidR="002912AF" w:rsidRPr="005872A5" w14:paraId="38674B8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024D6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AF46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atlases help us locate countries?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7EEC5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Atlases contain maps that show countries, continents, oceans and physical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084E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CC4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True or false? Prove it.</w:t>
            </w:r>
          </w:p>
        </w:tc>
      </w:tr>
      <w:tr w:rsidR="002912AF" w:rsidRPr="005872A5" w14:paraId="694791F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98577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CB9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Arctic Circle?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633FC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Arctic Circle is an imaginary line in the far north.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352D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FEC95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Complete because,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but,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so.</w:t>
            </w:r>
          </w:p>
        </w:tc>
      </w:tr>
      <w:tr w:rsidR="002912AF" w:rsidRPr="005872A5" w14:paraId="088336F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818AD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75E7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Antarctic Circle?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C8173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Antarctic Circle is an imaginary line in the far south.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2789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E6C3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 related ideas.</w:t>
            </w:r>
          </w:p>
        </w:tc>
      </w:tr>
      <w:tr w:rsidR="002912AF" w:rsidRPr="005872A5" w14:paraId="334BB40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D91B2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4B0DC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Why are the Tropics significant?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5AD88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Tropics help geographers understand climate and location.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FEA26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0643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choose the item that does not fit.</w:t>
            </w:r>
          </w:p>
        </w:tc>
      </w:tr>
      <w:tr w:rsidR="002912AF" w:rsidRPr="005872A5" w14:paraId="2F00DC8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A856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CB37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climate affect vegetation?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0C65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affects which plants can grow in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56AAC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7C83C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Always, sometimes or never? Explain using geography.</w:t>
            </w:r>
          </w:p>
        </w:tc>
      </w:tr>
      <w:tr w:rsidR="002912AF" w:rsidRPr="005872A5" w14:paraId="0B7F603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6B67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8F28C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climate change affect places?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ECAE6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change can affect weather, habitats, resources and people.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912E7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F075F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two places or concepts.</w:t>
            </w:r>
          </w:p>
        </w:tc>
      </w:tr>
      <w:tr w:rsidR="002912AF" w:rsidRPr="005872A5" w14:paraId="28F1271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07A3D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8B6EC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prior knowledge will help us study the Americas?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B06E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Knowledge of latitude, longitude, climate, biomes and maps will help.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9818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F66F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a key word.</w:t>
            </w:r>
          </w:p>
        </w:tc>
      </w:tr>
      <w:tr w:rsidR="002912AF" w:rsidRPr="005872A5" w14:paraId="11CB37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34108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87A2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across Year 5 Geography?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384B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5 builds global location, climate, vegetation and data understanding.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7D52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8740BA" w14:textId="0DF3A009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Brain dump</w:t>
            </w:r>
          </w:p>
        </w:tc>
      </w:tr>
    </w:tbl>
    <w:p w14:paraId="3CF2D8B6" w14:textId="77777777" w:rsidR="002912AF" w:rsidRPr="005872A5" w:rsidRDefault="002912AF">
      <w:pPr>
        <w:rPr>
          <w:rFonts w:ascii="Lexend Light" w:hAnsi="Lexend Light"/>
        </w:rPr>
      </w:pPr>
    </w:p>
    <w:p w14:paraId="0FB78278" w14:textId="77777777" w:rsidR="002912AF" w:rsidRPr="005872A5" w:rsidRDefault="00000000">
      <w:pPr>
        <w:rPr>
          <w:rFonts w:ascii="Lexend Light" w:hAnsi="Lexend Light"/>
        </w:rPr>
      </w:pPr>
      <w:r w:rsidRPr="005872A5">
        <w:rPr>
          <w:rFonts w:ascii="Lexend Light" w:hAnsi="Lexend Light"/>
        </w:rPr>
        <w:br w:type="page"/>
      </w:r>
    </w:p>
    <w:p w14:paraId="7C7C8657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lastRenderedPageBreak/>
        <w:t>Year 6 Geography Retrieval Plan</w:t>
      </w:r>
    </w:p>
    <w:p w14:paraId="5EC0F9E2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Autumn Term: Retrieval and Readiness: Global Geography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74AE0A87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68400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30CD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EC48A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F6779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5D83A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3C2BBAD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32D52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EF59D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biome?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0B2C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biome is a large region with a particular climate,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2C9A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E5E5E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choose the item that does not fit.</w:t>
            </w:r>
          </w:p>
        </w:tc>
      </w:tr>
      <w:tr w:rsidR="002912AF" w:rsidRPr="005872A5" w14:paraId="173C6BB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328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7FCD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one biome.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9CD42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rainforest, grassland, aquatic, forest, desert or tundra.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6E3D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0151F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Always, sometimes or never? Explain using geography.</w:t>
            </w:r>
          </w:p>
        </w:tc>
      </w:tr>
      <w:tr w:rsidR="002912AF" w:rsidRPr="005872A5" w14:paraId="3EEC48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7C03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2B860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trade?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3E3C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Trade is buying, selling or exchanging goods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4796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04B9E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two places or concepts.</w:t>
            </w:r>
          </w:p>
        </w:tc>
      </w:tr>
      <w:tr w:rsidR="002912AF" w:rsidRPr="005872A5" w14:paraId="45CB195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5DCC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6D233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import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8519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Import means goods brought into a country.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DC9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F463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a key word.</w:t>
            </w:r>
          </w:p>
        </w:tc>
      </w:tr>
      <w:tr w:rsidR="002912AF" w:rsidRPr="005872A5" w14:paraId="0227446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48C2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1144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does export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B9EBA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Export means goods sent out of a country.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E60D9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172B8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True or false? Prove it.</w:t>
            </w:r>
          </w:p>
        </w:tc>
      </w:tr>
      <w:tr w:rsidR="002912AF" w:rsidRPr="005872A5" w14:paraId="4033994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1B77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AA9DF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natural resource?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FCD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natural resource is something from nature that people use, such as water, food, energy or minerals.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CC305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878B4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Complete because,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but,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so.</w:t>
            </w:r>
          </w:p>
        </w:tc>
      </w:tr>
      <w:tr w:rsidR="002912AF" w:rsidRPr="005872A5" w14:paraId="760DCD3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8703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BD595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the Prime Meridian?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A66A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Prime Meridian is the line of longitude at 0 degrees passing through Greenwich.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21F3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C2099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 related ideas.</w:t>
            </w:r>
          </w:p>
        </w:tc>
      </w:tr>
      <w:tr w:rsidR="002912AF" w:rsidRPr="005872A5" w14:paraId="0B5E98E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CB5F4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0EE5B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time zone?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92611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time zone is an area that uses the same standard time.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40085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D1E4E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choose the item that does not fit.</w:t>
            </w:r>
          </w:p>
        </w:tc>
      </w:tr>
      <w:tr w:rsidR="002912AF" w:rsidRPr="005872A5" w14:paraId="06D590F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1D4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F47A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developed country?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8ADE7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developed country usually has higher levels of income, infrastructure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13C7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334AE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Always, sometimes or never? Explain using geography.</w:t>
            </w:r>
          </w:p>
        </w:tc>
      </w:tr>
      <w:tr w:rsidR="002912AF" w:rsidRPr="005872A5" w14:paraId="40186D4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A5DB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B06ED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developing country?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3348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developing country is still developing aspects such as income, infrastructure and services.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18471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F9163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two places or concepts.</w:t>
            </w:r>
          </w:p>
        </w:tc>
      </w:tr>
      <w:tr w:rsidR="002912AF" w:rsidRPr="005872A5" w14:paraId="00F1E41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7208F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E732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maps show global patterns?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A8F18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Maps can show patterns of trade, resources, climate, development and population.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D900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3BEB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a key word.</w:t>
            </w:r>
          </w:p>
        </w:tc>
      </w:tr>
      <w:tr w:rsidR="002912AF" w:rsidRPr="005872A5" w14:paraId="0888C10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2297C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886F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knowledge will help us with the Americas?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C8D6A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Knowledge of biomes, time zones, trade, natural resources and map skills will help.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084D7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862C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True or false? Prove it.</w:t>
            </w:r>
          </w:p>
        </w:tc>
      </w:tr>
    </w:tbl>
    <w:p w14:paraId="1FC39945" w14:textId="77777777" w:rsidR="002912AF" w:rsidRPr="005872A5" w:rsidRDefault="002912AF">
      <w:pPr>
        <w:rPr>
          <w:rFonts w:ascii="Lexend Light" w:hAnsi="Lexend Light"/>
        </w:rPr>
      </w:pPr>
    </w:p>
    <w:p w14:paraId="6F8C808B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Spring Term: The Americas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116DCFFA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54D8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39D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FBC2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2C9C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ACE7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7ED0777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1423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13029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the Americas?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270B1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Americas include North America and South America.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D5C8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1623B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North America, South America, Antarctica. Explain.</w:t>
            </w:r>
          </w:p>
        </w:tc>
      </w:tr>
      <w:tr w:rsidR="002912AF" w:rsidRPr="005872A5" w14:paraId="1CA4D37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43440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34BA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a North American country.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D543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USA, Canada or Mexico.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7A0BB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41A7F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Developed and developing countries are always easy to classify. Always, sometimes or never?</w:t>
            </w:r>
          </w:p>
        </w:tc>
      </w:tr>
      <w:tr w:rsidR="002912AF" w:rsidRPr="005872A5" w14:paraId="588B573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E3969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0CFCA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Name a South American country.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8D261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Accept Brazil, Argentina, Chile, Peru or Colombia.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58AD7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DA9E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region in America and a region in the UK.</w:t>
            </w:r>
          </w:p>
        </w:tc>
      </w:tr>
      <w:tr w:rsidR="002912AF" w:rsidRPr="005872A5" w14:paraId="22F8347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45657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346D9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flora?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6386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Flora means plant life in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164FA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88B41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natural resources.</w:t>
            </w:r>
          </w:p>
        </w:tc>
      </w:tr>
      <w:tr w:rsidR="002912AF" w:rsidRPr="005872A5" w14:paraId="1D4F606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5BA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17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0CD9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fauna?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B8045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Fauna means animal life in a place.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F2132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9E64D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Prime Meridian is linked to time zones. True or false?</w:t>
            </w:r>
          </w:p>
        </w:tc>
      </w:tr>
      <w:tr w:rsidR="002912AF" w:rsidRPr="005872A5" w14:paraId="54BE352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8A69A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57E65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biome?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B3EDB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biome is a large region with a particular climate, plants and animals.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6B01F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0E801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Ports are important because..., but..., so...</w:t>
            </w:r>
          </w:p>
        </w:tc>
      </w:tr>
      <w:tr w:rsidR="002912AF" w:rsidRPr="005872A5" w14:paraId="5A839A4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2372F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19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04B9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 aquatic biome?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F4D94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aquatic biome is a water-based biome.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A03FF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A4961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trade, import, export.</w:t>
            </w:r>
          </w:p>
        </w:tc>
      </w:tr>
      <w:tr w:rsidR="002912AF" w:rsidRPr="005872A5" w14:paraId="3AF2804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BC2F5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D7916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tundra?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3C1D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Tundra is a cold biome with low-growing plants.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1A0E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D34F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North America, South America, Antarctica. Explain.</w:t>
            </w:r>
          </w:p>
        </w:tc>
      </w:tr>
      <w:tr w:rsidR="002912AF" w:rsidRPr="005872A5" w14:paraId="7C0051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8FAB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238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Why are </w:t>
            </w:r>
            <w:proofErr w:type="gramStart"/>
            <w:r w:rsidRPr="005872A5">
              <w:rPr>
                <w:rFonts w:ascii="Lexend Light" w:hAnsi="Lexend Light"/>
                <w:sz w:val="13"/>
              </w:rPr>
              <w:t>ports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5AB18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Ports help goods and people move between places.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430B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76662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Developed and developing countries are always easy to classify. Always, sometimes or never?</w:t>
            </w:r>
          </w:p>
        </w:tc>
      </w:tr>
      <w:tr w:rsidR="002912AF" w:rsidRPr="005872A5" w14:paraId="6F74F8F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14D5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26122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Why are industrial areas important?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D2099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Industrial areas support production, jobs and trade.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F8913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83F48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a region in America and a region in the UK.</w:t>
            </w:r>
          </w:p>
        </w:tc>
      </w:tr>
      <w:tr w:rsidR="002912AF" w:rsidRPr="005872A5" w14:paraId="2CF63C54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D110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76449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natural resources?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91E9F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Natural resources include energy, food, minerals and water.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FA4CD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26CB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natural resources.</w:t>
            </w:r>
          </w:p>
        </w:tc>
      </w:tr>
      <w:tr w:rsidR="002912AF" w:rsidRPr="005872A5" w14:paraId="66D79C2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84F83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7B95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we compare a region in America with a region in the UK?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F579C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compare human features, physical features, climate, biomes, development and resources.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1AEC6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0434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Prime Meridian is linked to time zones. True or false?</w:t>
            </w:r>
          </w:p>
        </w:tc>
      </w:tr>
    </w:tbl>
    <w:p w14:paraId="0562CB0E" w14:textId="77777777" w:rsidR="002912AF" w:rsidRPr="005872A5" w:rsidRDefault="002912AF">
      <w:pPr>
        <w:rPr>
          <w:rFonts w:ascii="Lexend Light" w:hAnsi="Lexend Light"/>
        </w:rPr>
      </w:pPr>
    </w:p>
    <w:p w14:paraId="4333A24C" w14:textId="77777777" w:rsidR="002912AF" w:rsidRPr="005872A5" w:rsidRDefault="00000000">
      <w:pPr>
        <w:pStyle w:val="Heading2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Summer Term: Local Fieldwork Study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6"/>
        <w:gridCol w:w="3106"/>
        <w:gridCol w:w="3106"/>
        <w:gridCol w:w="3106"/>
      </w:tblGrid>
      <w:tr w:rsidR="002912AF" w:rsidRPr="005872A5" w14:paraId="2C842EEE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9697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Week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8F980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80397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6FE0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Geographical focus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B6DE3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question</w:t>
            </w:r>
          </w:p>
        </w:tc>
      </w:tr>
      <w:tr w:rsidR="002912AF" w:rsidRPr="005872A5" w14:paraId="37250D5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44935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52219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fieldwork?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17F26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Fieldwork is investigating a place directly by observing, measuring and recording.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25BE5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Locational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2C941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sketch map, field map, fantasy map. Explain.</w:t>
            </w:r>
          </w:p>
        </w:tc>
      </w:tr>
      <w:tr w:rsidR="002912AF" w:rsidRPr="005872A5" w14:paraId="3B9645DF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FCAD6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5DC4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human features?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59AE4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features are made or changed by people.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AACF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AA67C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Fieldwork always uses the same method. Always, sometimes or never?</w:t>
            </w:r>
          </w:p>
        </w:tc>
      </w:tr>
      <w:tr w:rsidR="002912AF" w:rsidRPr="005872A5" w14:paraId="77AB618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E1AC0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27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587EE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physical features?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4FA9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features are natural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5E5F5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Human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7C8EB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sketch maps and digital maps.</w:t>
            </w:r>
          </w:p>
        </w:tc>
      </w:tr>
      <w:tr w:rsidR="002912AF" w:rsidRPr="005872A5" w14:paraId="6DBB43C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6DC8D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28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F18A0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sketch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F798F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sketch map is a simple drawing of a place showing key features.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8A7E8D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Physical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0CE0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six-figure grid reference.</w:t>
            </w:r>
          </w:p>
        </w:tc>
      </w:tr>
      <w:tr w:rsidR="002912AF" w:rsidRPr="005872A5" w14:paraId="68DCB2D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75807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29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8BB5A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field map?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A4FD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field map records observations made during fieldwork.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34702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Map and fieldwork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BBFE5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OS symbols help us read maps. True or false?</w:t>
            </w:r>
          </w:p>
        </w:tc>
      </w:tr>
      <w:tr w:rsidR="002912AF" w:rsidRPr="005872A5" w14:paraId="12C41D2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AE172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30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D216D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are digital technologies in geography?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D50C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Digital technologies include using tools such as digital maps, photographs, graphs or devices to record data.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AA8E5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Geographical vocabulary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5709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Fieldwork is useful because..., but..., so...</w:t>
            </w:r>
          </w:p>
        </w:tc>
      </w:tr>
      <w:tr w:rsidR="002912AF" w:rsidRPr="005872A5" w14:paraId="614BAF3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C8BDC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3D48A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an OS symbol?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B6368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An OS symbol represents a feature on an Ordnance Survey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4AED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Schema connection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B91A3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Connect three: fieldwork, data, local area.</w:t>
            </w:r>
          </w:p>
        </w:tc>
      </w:tr>
      <w:tr w:rsidR="002912AF" w:rsidRPr="005872A5" w14:paraId="456AD38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936D8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9A9E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is a six-figure grid reference?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825D4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six-figure grid reference locates a place more precisely than a four-figure reference.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58BEA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Misconception check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01E2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Odd one out: sketch map, field map, fantasy map. Explain.</w:t>
            </w:r>
          </w:p>
        </w:tc>
      </w:tr>
      <w:tr w:rsidR="002912AF" w:rsidRPr="005872A5" w14:paraId="168E7CE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2F692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A1CF6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graphs help fieldwork?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CBADE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Graphs can show data collected during fieldwork, such as counts or measurements.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A4F9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DE81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Fieldwork always uses the same method. Always, sometimes or never?</w:t>
            </w:r>
          </w:p>
        </w:tc>
      </w:tr>
      <w:tr w:rsidR="002912AF" w:rsidRPr="005872A5" w14:paraId="1D81C85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15217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40890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plans help fieldwork?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C65B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Plans show layouts and features of a place from above.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FAD51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Evidence from maps/data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C791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Double bubble: compare sketch maps and digital maps.</w:t>
            </w:r>
          </w:p>
        </w:tc>
      </w:tr>
      <w:tr w:rsidR="002912AF" w:rsidRPr="005872A5" w14:paraId="4B254BF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E2B1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35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3DFFC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How can we evaluate fieldwork evidence?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97630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 check accuracy, methods, patterns and whether evidence answers the question.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AB1C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Cause and impact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6401C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Frayer model for six-figure grid reference.</w:t>
            </w:r>
          </w:p>
        </w:tc>
      </w:tr>
      <w:tr w:rsidR="002912AF" w:rsidRPr="005872A5" w14:paraId="629CA4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6B24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36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E9053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What have we learned by the end of primary Geography?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39A4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Pupils can use locational knowledge, place comparison, human/physical geography and fieldwork skills to explain the world.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A924F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Link to today’s learning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0E776D" w14:textId="2EAD6716" w:rsidR="002912AF" w:rsidRPr="005872A5" w:rsidRDefault="005872A5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Brain </w:t>
            </w:r>
            <w:proofErr w:type="spellStart"/>
            <w:r w:rsidRPr="005872A5">
              <w:rPr>
                <w:rFonts w:ascii="Lexend Light" w:hAnsi="Lexend Light"/>
                <w:sz w:val="13"/>
              </w:rPr>
              <w:t>dumo</w:t>
            </w:r>
            <w:proofErr w:type="spellEnd"/>
          </w:p>
        </w:tc>
      </w:tr>
    </w:tbl>
    <w:p w14:paraId="34CE0A41" w14:textId="77777777" w:rsidR="002912AF" w:rsidRPr="005872A5" w:rsidRDefault="002912AF">
      <w:pPr>
        <w:rPr>
          <w:rFonts w:ascii="Lexend Light" w:hAnsi="Lexend Light"/>
        </w:rPr>
      </w:pPr>
    </w:p>
    <w:p w14:paraId="476D821E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Additional Retrieval Question Bank with Core Facts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2912AF" w:rsidRPr="005872A5" w14:paraId="7AEB457F" w14:textId="77777777">
        <w:trPr>
          <w:jc w:val="center"/>
        </w:trPr>
        <w:tc>
          <w:tcPr>
            <w:tcW w:w="15538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7FCEA273" w14:textId="77777777" w:rsidR="002912AF" w:rsidRPr="005872A5" w:rsidRDefault="00000000">
            <w:pPr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1F4E79"/>
                <w:sz w:val="20"/>
              </w:rPr>
              <w:t>How to use this additional bank</w:t>
            </w:r>
          </w:p>
          <w:p w14:paraId="57D5B75A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Use these questions when pupils need additional practice, when misconceptions arise, or when teachers want a different retrieval angle.</w:t>
            </w:r>
          </w:p>
          <w:p w14:paraId="4F32D70C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Each question includes the core fact pupils should know, so feedback can be quick, accurate and consistent.</w:t>
            </w:r>
          </w:p>
        </w:tc>
      </w:tr>
    </w:tbl>
    <w:p w14:paraId="62EBF3C5" w14:textId="77777777" w:rsidR="002912AF" w:rsidRPr="005872A5" w:rsidRDefault="002912AF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4"/>
        <w:gridCol w:w="3105"/>
        <w:gridCol w:w="3106"/>
        <w:gridCol w:w="3106"/>
        <w:gridCol w:w="3107"/>
      </w:tblGrid>
      <w:tr w:rsidR="002912AF" w:rsidRPr="005872A5" w14:paraId="0DB69784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72651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Year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E63E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Unit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79A1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Extra retrieval question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043E0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Core fact / expected answer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EC56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Example meta-learning prompt</w:t>
            </w:r>
          </w:p>
        </w:tc>
      </w:tr>
      <w:tr w:rsidR="002912AF" w:rsidRPr="005872A5" w14:paraId="53C1982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101A2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F48B0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Our School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42024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does observation mean?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BA74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Observation means noticing carefully what we can see, hear or feel.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44710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Frayer model for observation.</w:t>
            </w:r>
          </w:p>
        </w:tc>
      </w:tr>
      <w:tr w:rsidR="002912AF" w:rsidRPr="005872A5" w14:paraId="7A64605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45B91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B4A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My Local Area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7882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Gedling?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95D9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Gedling is the local area where All Hallows C of E Primary School is located.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51D9A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Connect three: Gedling, school, map.</w:t>
            </w:r>
          </w:p>
        </w:tc>
      </w:tr>
      <w:tr w:rsidR="002912AF" w:rsidRPr="005872A5" w14:paraId="0F81133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8AE18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1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63A6C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Holiday Destination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146AE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a pier?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32312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A pier is a structure built out over the sea.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61CB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Odd one out: pier, promenade, hill.</w:t>
            </w:r>
          </w:p>
        </w:tc>
      </w:tr>
      <w:tr w:rsidR="002912AF" w:rsidRPr="005872A5" w14:paraId="33D39C5A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2255E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53166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Arctic and Antarctic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EA42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the Equator?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FAE9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The Equator is an imaginary line around the middle of Earth.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EC78D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Always/sometimes/never: hot places are always near the Equator.</w:t>
            </w:r>
          </w:p>
        </w:tc>
      </w:tr>
      <w:tr w:rsidR="002912AF" w:rsidRPr="005872A5" w14:paraId="05AF520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8A91E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8F48D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Where We Live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73A14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are the four compass directions?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FCF99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North, South, East and West.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BB7D7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True/false/prove it: compass directions help us describe routes.</w:t>
            </w:r>
          </w:p>
        </w:tc>
      </w:tr>
      <w:tr w:rsidR="002912AF" w:rsidRPr="005872A5" w14:paraId="26ED27F9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E7C3E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2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4A8CF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Madagascar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001CD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Where is Madagascar?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3CA31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Madagascar is an island country off the east coast of Africa.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3E75C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Double bubble: Madagascar and Gedling.</w:t>
            </w:r>
          </w:p>
        </w:tc>
      </w:tr>
      <w:tr w:rsidR="002912AF" w:rsidRPr="005872A5" w14:paraId="41EA456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568C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192920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Extreme Earth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E0519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causes earthquakes?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3D841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Earthquakes happen when tectonic plates move and release energy.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C85AD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Because/but/so: earthquakes affect people because...</w:t>
            </w:r>
          </w:p>
        </w:tc>
      </w:tr>
      <w:tr w:rsidR="002912AF" w:rsidRPr="005872A5" w14:paraId="7D5E2D4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31562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C2988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Pompeii and York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3A144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Which country is Pompeii in?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EB24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Pompeii is in Italy.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ADF21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Connect three: Italy, Pompeii, volcano.</w:t>
            </w:r>
          </w:p>
        </w:tc>
      </w:tr>
      <w:tr w:rsidR="002912AF" w:rsidRPr="005872A5" w14:paraId="4FFCA28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D36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2A7B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Rainforests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860E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deforestation?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91DDF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Deforestation is clearing or removing forests.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6DB8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Always/sometimes/never: deforestation has only one cause.</w:t>
            </w:r>
          </w:p>
        </w:tc>
      </w:tr>
      <w:tr w:rsidR="002912AF" w:rsidRPr="005872A5" w14:paraId="28E7FF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6D1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8C5AD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Our Country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87EAD4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a four-figure grid reference?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4D14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It identifies a square on a map.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3F967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Frayer model for grid reference.</w:t>
            </w:r>
          </w:p>
        </w:tc>
      </w:tr>
      <w:tr w:rsidR="002912AF" w:rsidRPr="005872A5" w14:paraId="02D4EC7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1DBD8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4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A0383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Somewhere to Settle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1AD55C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Why do settlements develop near rivers?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ED6A9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Rivers provide water, transport, trade routes, food and fertile land.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28FC6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Because/but/so: settlements develop near rivers because...</w:t>
            </w:r>
          </w:p>
        </w:tc>
      </w:tr>
      <w:tr w:rsidR="002912AF" w:rsidRPr="005872A5" w14:paraId="2315486B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5C9BC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5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10FB4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Our World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9A410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longitude?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08348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Longitude shows how far east or west a place is from the Prime Meridian.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813E5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Connect three: longitude, Prime Meridian, time zone.</w:t>
            </w:r>
          </w:p>
        </w:tc>
      </w:tr>
      <w:tr w:rsidR="002912AF" w:rsidRPr="005872A5" w14:paraId="1C2DA89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4186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lastRenderedPageBreak/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06A8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The Americas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D3E0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a natural resource?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8EB43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A natural resource is something from nature that people use.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40E2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Frayer model for natural resource.</w:t>
            </w:r>
          </w:p>
        </w:tc>
      </w:tr>
      <w:tr w:rsidR="002912AF" w:rsidRPr="005872A5" w14:paraId="22B72B4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176CF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Year 6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B0E0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Local Fieldwork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7A4A9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What is a six-figure grid reference?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03C8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It locates a place more precisely than a four-figure grid reference.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D003E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4"/>
              </w:rPr>
              <w:t>True/false/prove it: six-figure grid references are more precise.</w:t>
            </w:r>
          </w:p>
        </w:tc>
      </w:tr>
    </w:tbl>
    <w:p w14:paraId="6D98A12B" w14:textId="77777777" w:rsidR="002912AF" w:rsidRPr="005872A5" w:rsidRDefault="002912AF">
      <w:pPr>
        <w:rPr>
          <w:rFonts w:ascii="Lexend Light" w:hAnsi="Lexend Light"/>
        </w:rPr>
      </w:pPr>
    </w:p>
    <w:p w14:paraId="733669E0" w14:textId="77777777" w:rsidR="002912AF" w:rsidRPr="005872A5" w:rsidRDefault="00000000">
      <w:pPr>
        <w:pStyle w:val="Heading1"/>
        <w:rPr>
          <w:rFonts w:ascii="Lexend Light" w:hAnsi="Lexend Light"/>
        </w:rPr>
      </w:pPr>
      <w:r w:rsidRPr="005872A5">
        <w:rPr>
          <w:rFonts w:ascii="Lexend Light" w:hAnsi="Lexend Light"/>
          <w:color w:val="1F4E79"/>
        </w:rPr>
        <w:t>Schema Links by Unit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5538"/>
      </w:tblGrid>
      <w:tr w:rsidR="002912AF" w:rsidRPr="005872A5" w14:paraId="4813A2E1" w14:textId="77777777">
        <w:trPr>
          <w:jc w:val="center"/>
        </w:trPr>
        <w:tc>
          <w:tcPr>
            <w:tcW w:w="15538" w:type="dxa"/>
            <w:shd w:val="clear" w:color="auto" w:fill="EAF2F8"/>
            <w:tcMar>
              <w:top w:w="90" w:type="dxa"/>
              <w:left w:w="90" w:type="dxa"/>
              <w:bottom w:w="90" w:type="dxa"/>
              <w:right w:w="90" w:type="dxa"/>
            </w:tcMar>
          </w:tcPr>
          <w:p w14:paraId="24515F55" w14:textId="77777777" w:rsidR="002912AF" w:rsidRPr="005872A5" w:rsidRDefault="00000000">
            <w:pPr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1F4E79"/>
                <w:sz w:val="20"/>
              </w:rPr>
              <w:t>Purpose of schema links</w:t>
            </w:r>
          </w:p>
          <w:p w14:paraId="089B8EEA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These links make explicit how each All Hallows Geography unit builds on prior knowledge and prepares pupils for future learning.</w:t>
            </w:r>
          </w:p>
          <w:p w14:paraId="5206E75B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Teachers can use the schema links before retrieval to make connections clear.</w:t>
            </w:r>
          </w:p>
          <w:p w14:paraId="4D1D6646" w14:textId="77777777" w:rsidR="002912AF" w:rsidRPr="005872A5" w:rsidRDefault="00000000">
            <w:pPr>
              <w:pStyle w:val="ListBullet"/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</w:rPr>
              <w:t>Subject leaders can use this section to check whether pupils are building coherent geographical knowledge rather than isolated facts.</w:t>
            </w:r>
          </w:p>
        </w:tc>
      </w:tr>
    </w:tbl>
    <w:p w14:paraId="2946DB82" w14:textId="77777777" w:rsidR="002912AF" w:rsidRPr="005872A5" w:rsidRDefault="002912AF">
      <w:pPr>
        <w:rPr>
          <w:rFonts w:ascii="Lexend Light" w:hAnsi="Lexend Light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06"/>
        <w:gridCol w:w="3105"/>
        <w:gridCol w:w="3106"/>
        <w:gridCol w:w="3106"/>
        <w:gridCol w:w="3105"/>
      </w:tblGrid>
      <w:tr w:rsidR="002912AF" w:rsidRPr="005872A5" w14:paraId="19DC59F2" w14:textId="77777777">
        <w:trPr>
          <w:jc w:val="center"/>
        </w:trPr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7DE3A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Phase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05BE9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Unit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3EF8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Schema being built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FF06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Connects back to</w:t>
            </w:r>
          </w:p>
        </w:tc>
        <w:tc>
          <w:tcPr>
            <w:tcW w:w="3108" w:type="dxa"/>
            <w:shd w:val="clear" w:color="auto" w:fill="1F4E79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9D54A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b/>
                <w:color w:val="FFFFFF"/>
                <w:sz w:val="14"/>
              </w:rPr>
              <w:t>Prepares for</w:t>
            </w:r>
          </w:p>
        </w:tc>
      </w:tr>
      <w:tr w:rsidR="002912AF" w:rsidRPr="005872A5" w14:paraId="4C4C9E50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424C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Reception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93DC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All about me, school, community, country and world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9697D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seasons, maps, place, route, school, community, country, world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AA3A2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first-hand observation, stories and simple maps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239F6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1 school, local area and UK knowledge</w:t>
            </w:r>
          </w:p>
        </w:tc>
      </w:tr>
      <w:tr w:rsidR="002912AF" w:rsidRPr="005872A5" w14:paraId="0545A70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E5A2B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1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BF46A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School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59FEA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weather, seasons, observation, temperature, landmarks, school grounds, simple mapping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AC420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Reception immediate environment and seasons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1C4B2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local area fieldwork and route mapping</w:t>
            </w:r>
          </w:p>
        </w:tc>
      </w:tr>
      <w:tr w:rsidR="002912AF" w:rsidRPr="005872A5" w14:paraId="59C7A91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82F47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1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C097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My Local Area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767DB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Gedling, local routes, human and physical features, fieldwork, aerial photographs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31CA0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school grounds and simple maps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1016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UK countries, capital cities and holiday destinations</w:t>
            </w:r>
          </w:p>
        </w:tc>
      </w:tr>
      <w:tr w:rsidR="002912AF" w:rsidRPr="005872A5" w14:paraId="71EB25C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1C4B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1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80FD7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 Holiday Destination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CAB08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UK, capital cities, island, seas, address, pier, promenade, resort, tourist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2AE71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local area and human/physical features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94E03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hot and cold places, continents and oceans</w:t>
            </w:r>
          </w:p>
        </w:tc>
      </w:tr>
      <w:tr w:rsidR="002912AF" w:rsidRPr="005872A5" w14:paraId="0F969C7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68071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2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A2549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Explorers: Arctic and Antarctic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37F57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climate, Equator, poles, Antarctica, adaptation, continents and oceans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06C2E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UK, globes, places and weather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A047E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where we live and local fieldwork</w:t>
            </w:r>
          </w:p>
        </w:tc>
      </w:tr>
      <w:tr w:rsidR="002912AF" w:rsidRPr="005872A5" w14:paraId="6C1989C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96171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2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C77E2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Where We Live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938F9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city, town, village, countryside, compass directions, Gedling Country Park, map keys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BD7E3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local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area and 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24F3E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Madagascar comparison and non-European place knowledge</w:t>
            </w:r>
          </w:p>
        </w:tc>
      </w:tr>
      <w:tr w:rsidR="002912AF" w:rsidRPr="005872A5" w14:paraId="36ECA4C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07DC7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2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5F27B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Wonderful World: Madagascar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7A831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Madagascar, tropical/temperate/arid climate, rainforest, desert, physical features, symbols and keys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6C618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hot/cold places and local comparison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324F5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Europe, Italy, volcanoes, rainforests and biomes</w:t>
            </w:r>
          </w:p>
        </w:tc>
      </w:tr>
      <w:tr w:rsidR="002912AF" w:rsidRPr="005872A5" w14:paraId="61BAE1E5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B82F1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3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77AE9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Extreme Earth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5C1A7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volcanoes, magma, vents, craters, earthquakes, tectonic plates, mountains, impact on people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69974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continents, climate and physical features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0A7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Pompeii, Italy and regional comparison</w:t>
            </w:r>
          </w:p>
        </w:tc>
      </w:tr>
      <w:tr w:rsidR="002912AF" w:rsidRPr="005872A5" w14:paraId="11CD6641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C3E7D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3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FD5BC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Pompeii and York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9574D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Italy, Europe, capital cities, Mediterranean, human and physical features, eight compass points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631D0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volcanoes and UK place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E50E4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rainforests, biomes, Tropics and trade links</w:t>
            </w:r>
          </w:p>
        </w:tc>
      </w:tr>
      <w:tr w:rsidR="002912AF" w:rsidRPr="005872A5" w14:paraId="46D30228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A3EC2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3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2971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Rainforests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91D61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biomes, rainforest layers, deforestation, humid climate, species, native tribes, imports and exports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E6A6D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 and global location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8A35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UK counties, OS maps and rivers</w:t>
            </w:r>
          </w:p>
        </w:tc>
      </w:tr>
      <w:tr w:rsidR="002912AF" w:rsidRPr="005872A5" w14:paraId="14D5D3FE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54AC6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4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57AFA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Country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76BEE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 xml:space="preserve">UK counties, cities, topographical features, OS </w:t>
            </w:r>
            <w:r w:rsidRPr="005872A5">
              <w:rPr>
                <w:rFonts w:ascii="Lexend Light" w:hAnsi="Lexend Light"/>
                <w:sz w:val="13"/>
              </w:rPr>
              <w:lastRenderedPageBreak/>
              <w:t>symbols, four-figure grid references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12236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 xml:space="preserve">UK and fieldwork knowledge from KS1 and Year </w:t>
            </w:r>
            <w:r w:rsidRPr="005872A5">
              <w:rPr>
                <w:rFonts w:ascii="Lexend Light" w:hAnsi="Lexend Light"/>
                <w:sz w:val="13"/>
              </w:rPr>
              <w:lastRenderedPageBreak/>
              <w:t>3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AA5BC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lastRenderedPageBreak/>
              <w:t>settlements, rivers, land use and water cycle</w:t>
            </w:r>
          </w:p>
        </w:tc>
      </w:tr>
      <w:tr w:rsidR="002912AF" w:rsidRPr="005872A5" w14:paraId="529D7122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66E8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4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5FB1A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Retrieval and Readiness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0AF9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rural/urban, agriculture, recreation, retail, hills, rivers, OS maps and symbols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8719D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Country and map skills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DCF6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Somewhere to Settle</w:t>
            </w:r>
          </w:p>
        </w:tc>
      </w:tr>
      <w:tr w:rsidR="002912AF" w:rsidRPr="005872A5" w14:paraId="4A363463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BE9BC1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4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0F15F9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Somewhere to Settle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4A96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settlements, land use, rivers, source, mouth, tributaries, water cycle, Ouse Dyke fieldwork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A013E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UK topography and OS maps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50E47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global location, climate and vegetation belts</w:t>
            </w:r>
          </w:p>
        </w:tc>
      </w:tr>
      <w:tr w:rsidR="002912AF" w:rsidRPr="005872A5" w14:paraId="574A9FA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0FAF6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5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1C2FA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Retrieval and Readiness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A441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latitude, longitude, climate zones, vegetation belts, graphs, rivers and land use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2F051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4 rivers, UK geography and maps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D33FA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World whole-term study</w:t>
            </w:r>
          </w:p>
        </w:tc>
      </w:tr>
      <w:tr w:rsidR="002912AF" w:rsidRPr="005872A5" w14:paraId="07294C9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5FFA0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5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7AE3F7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World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0B287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hemispheres, latitude, longitude, Tropics, climate zones, climate change, world capitals and data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C227F4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UK and global map knowledge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7B4E6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Americas, biomes, time zones and natural resources</w:t>
            </w:r>
          </w:p>
        </w:tc>
      </w:tr>
      <w:tr w:rsidR="002912AF" w:rsidRPr="005872A5" w14:paraId="0518E05D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D4B37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5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E4002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Climate, Tropics and Global Location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A7609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tropical/temperate climates, Arctic/Antarctic Circles, vegetation, climate change, atlases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E928DB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Our World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A102E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6 Americas and global comparisons</w:t>
            </w:r>
          </w:p>
        </w:tc>
      </w:tr>
      <w:tr w:rsidR="002912AF" w:rsidRPr="005872A5" w14:paraId="47F04BC7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CD5D6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6 Autumn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766042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Retrieval and Readiness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69470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biomes, trade, imports, exports, natural resources, Prime Meridian, time zones, development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2DC47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5 global location and climate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BB9EF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Americas</w:t>
            </w:r>
          </w:p>
        </w:tc>
      </w:tr>
      <w:tr w:rsidR="002912AF" w:rsidRPr="005872A5" w14:paraId="55057CDC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01DF7C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6 Spring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9FBC9E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The Americas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7AC29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North/South America, biomes, flora/fauna, developed/developing countries, ports, industry, natural resources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385C3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global location, climate and trade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49EE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proofErr w:type="gramStart"/>
            <w:r w:rsidRPr="005872A5">
              <w:rPr>
                <w:rFonts w:ascii="Lexend Light" w:hAnsi="Lexend Light"/>
                <w:sz w:val="13"/>
              </w:rPr>
              <w:t>local</w:t>
            </w:r>
            <w:proofErr w:type="gramEnd"/>
            <w:r w:rsidRPr="005872A5">
              <w:rPr>
                <w:rFonts w:ascii="Lexend Light" w:hAnsi="Lexend Light"/>
                <w:sz w:val="13"/>
              </w:rPr>
              <w:t xml:space="preserve"> fieldwork study</w:t>
            </w:r>
          </w:p>
        </w:tc>
      </w:tr>
      <w:tr w:rsidR="002912AF" w:rsidRPr="005872A5" w14:paraId="2A578896" w14:textId="77777777">
        <w:trPr>
          <w:jc w:val="center"/>
        </w:trPr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B4345F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Year 6 Summer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C2CADA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Local Fieldwork Study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F6AF75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fieldwork, sketch maps, field maps, digital technologies, OS symbols, six-figure grid references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908DC8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OS maps, land use and local/UK geography</w:t>
            </w:r>
          </w:p>
        </w:tc>
        <w:tc>
          <w:tcPr>
            <w:tcW w:w="31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FDC4AD" w14:textId="77777777" w:rsidR="002912AF" w:rsidRPr="005872A5" w:rsidRDefault="00000000">
            <w:pPr>
              <w:spacing w:after="20"/>
              <w:rPr>
                <w:rFonts w:ascii="Lexend Light" w:hAnsi="Lexend Light"/>
              </w:rPr>
            </w:pPr>
            <w:r w:rsidRPr="005872A5">
              <w:rPr>
                <w:rFonts w:ascii="Lexend Light" w:hAnsi="Lexend Light"/>
                <w:sz w:val="13"/>
              </w:rPr>
              <w:t>secondary-ready geographical thinking</w:t>
            </w:r>
          </w:p>
        </w:tc>
      </w:tr>
    </w:tbl>
    <w:p w14:paraId="110FFD37" w14:textId="77777777" w:rsidR="002912AF" w:rsidRDefault="002912AF"/>
    <w:p w14:paraId="58D5F744" w14:textId="77777777" w:rsidR="005872A5" w:rsidRPr="005872A5" w:rsidRDefault="005872A5" w:rsidP="005872A5"/>
    <w:p w14:paraId="6110B7BD" w14:textId="77777777" w:rsidR="005872A5" w:rsidRPr="005872A5" w:rsidRDefault="005872A5" w:rsidP="005872A5"/>
    <w:p w14:paraId="30EDD097" w14:textId="77777777" w:rsidR="005872A5" w:rsidRPr="005872A5" w:rsidRDefault="005872A5" w:rsidP="005872A5"/>
    <w:p w14:paraId="648F6CF4" w14:textId="77777777" w:rsidR="005872A5" w:rsidRPr="005872A5" w:rsidRDefault="005872A5" w:rsidP="005872A5"/>
    <w:p w14:paraId="3D6E6B1F" w14:textId="77777777" w:rsidR="005872A5" w:rsidRPr="005872A5" w:rsidRDefault="005872A5" w:rsidP="005872A5"/>
    <w:p w14:paraId="20B748F2" w14:textId="77777777" w:rsidR="005872A5" w:rsidRPr="005872A5" w:rsidRDefault="005872A5" w:rsidP="005872A5"/>
    <w:p w14:paraId="79F241BC" w14:textId="77777777" w:rsidR="005872A5" w:rsidRPr="005872A5" w:rsidRDefault="005872A5" w:rsidP="005872A5"/>
    <w:p w14:paraId="2F9AF08E" w14:textId="77777777" w:rsidR="005872A5" w:rsidRPr="005872A5" w:rsidRDefault="005872A5" w:rsidP="005872A5"/>
    <w:p w14:paraId="5B25B56F" w14:textId="77777777" w:rsidR="005872A5" w:rsidRPr="005872A5" w:rsidRDefault="005872A5" w:rsidP="005872A5"/>
    <w:p w14:paraId="472B28E7" w14:textId="77777777" w:rsidR="005872A5" w:rsidRPr="005872A5" w:rsidRDefault="005872A5" w:rsidP="005872A5"/>
    <w:p w14:paraId="1F2008C2" w14:textId="77777777" w:rsidR="005872A5" w:rsidRPr="005872A5" w:rsidRDefault="005872A5" w:rsidP="005872A5"/>
    <w:p w14:paraId="3EF16A0A" w14:textId="77777777" w:rsidR="005872A5" w:rsidRPr="005872A5" w:rsidRDefault="005872A5" w:rsidP="005872A5"/>
    <w:p w14:paraId="4DB29E9F" w14:textId="77777777" w:rsidR="005872A5" w:rsidRPr="005872A5" w:rsidRDefault="005872A5" w:rsidP="005872A5"/>
    <w:p w14:paraId="2911C340" w14:textId="77777777" w:rsidR="005872A5" w:rsidRPr="005872A5" w:rsidRDefault="005872A5" w:rsidP="005872A5"/>
    <w:p w14:paraId="1EAD1A20" w14:textId="71D00BD9" w:rsidR="005872A5" w:rsidRPr="005872A5" w:rsidRDefault="005872A5" w:rsidP="005872A5">
      <w:pPr>
        <w:tabs>
          <w:tab w:val="left" w:pos="9930"/>
        </w:tabs>
      </w:pPr>
      <w:r>
        <w:tab/>
      </w:r>
    </w:p>
    <w:sectPr w:rsidR="005872A5" w:rsidRPr="005872A5" w:rsidSect="00034616">
      <w:footerReference w:type="default" r:id="rId9"/>
      <w:pgSz w:w="16834" w:h="11909" w:orient="landscape"/>
      <w:pgMar w:top="648" w:right="648" w:bottom="648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D907D" w14:textId="77777777" w:rsidR="000C14C0" w:rsidRDefault="000C14C0">
      <w:pPr>
        <w:spacing w:after="0" w:line="240" w:lineRule="auto"/>
      </w:pPr>
      <w:r>
        <w:separator/>
      </w:r>
    </w:p>
  </w:endnote>
  <w:endnote w:type="continuationSeparator" w:id="0">
    <w:p w14:paraId="039B2193" w14:textId="77777777" w:rsidR="000C14C0" w:rsidRDefault="000C14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exend Light">
    <w:panose1 w:val="00000000000000000000"/>
    <w:charset w:val="00"/>
    <w:family w:val="auto"/>
    <w:pitch w:val="variable"/>
    <w:sig w:usb0="A00000FF" w:usb1="4000205B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22010" w14:textId="2CC9E14A" w:rsidR="002912AF" w:rsidRDefault="00000000">
    <w:pPr>
      <w:pStyle w:val="Footer"/>
      <w:jc w:val="center"/>
    </w:pPr>
    <w:r>
      <w:rPr>
        <w:color w:val="777777"/>
        <w:sz w:val="16"/>
      </w:rPr>
      <w:t xml:space="preserve">All Hallows Geography Retrieval Plan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199DA6" w14:textId="77777777" w:rsidR="000C14C0" w:rsidRDefault="000C14C0">
      <w:pPr>
        <w:spacing w:after="0" w:line="240" w:lineRule="auto"/>
      </w:pPr>
      <w:r>
        <w:separator/>
      </w:r>
    </w:p>
  </w:footnote>
  <w:footnote w:type="continuationSeparator" w:id="0">
    <w:p w14:paraId="293FF5ED" w14:textId="77777777" w:rsidR="000C14C0" w:rsidRDefault="000C14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804110">
    <w:abstractNumId w:val="8"/>
  </w:num>
  <w:num w:numId="2" w16cid:durableId="2134593504">
    <w:abstractNumId w:val="6"/>
  </w:num>
  <w:num w:numId="3" w16cid:durableId="1161966199">
    <w:abstractNumId w:val="5"/>
  </w:num>
  <w:num w:numId="4" w16cid:durableId="365840190">
    <w:abstractNumId w:val="4"/>
  </w:num>
  <w:num w:numId="5" w16cid:durableId="1953438113">
    <w:abstractNumId w:val="7"/>
  </w:num>
  <w:num w:numId="6" w16cid:durableId="216284515">
    <w:abstractNumId w:val="3"/>
  </w:num>
  <w:num w:numId="7" w16cid:durableId="738554145">
    <w:abstractNumId w:val="2"/>
  </w:num>
  <w:num w:numId="8" w16cid:durableId="1389691677">
    <w:abstractNumId w:val="1"/>
  </w:num>
  <w:num w:numId="9" w16cid:durableId="26806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C14C0"/>
    <w:rsid w:val="0015074B"/>
    <w:rsid w:val="002912AF"/>
    <w:rsid w:val="0029639D"/>
    <w:rsid w:val="00326F90"/>
    <w:rsid w:val="005872A5"/>
    <w:rsid w:val="007A67D5"/>
    <w:rsid w:val="00AA1D8D"/>
    <w:rsid w:val="00B47730"/>
    <w:rsid w:val="00CB0664"/>
    <w:rsid w:val="00FC693F"/>
    <w:rsid w:val="2B4B7A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4062061"/>
  <w14:defaultImageDpi w14:val="300"/>
  <w15:docId w15:val="{8D7BD6C3-EBFF-45AB-907B-92880564A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23</Pages>
  <Words>7240</Words>
  <Characters>41269</Characters>
  <Application>Microsoft Office Word</Application>
  <DocSecurity>0</DocSecurity>
  <Lines>343</Lines>
  <Paragraphs>96</Paragraphs>
  <ScaleCrop>false</ScaleCrop>
  <Manager/>
  <Company/>
  <LinksUpToDate>false</LinksUpToDate>
  <CharactersWithSpaces>48413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>generated by python-docx</dc:description>
  <cp:lastModifiedBy>Head</cp:lastModifiedBy>
  <cp:revision>2</cp:revision>
  <dcterms:created xsi:type="dcterms:W3CDTF">2026-08-14T21:56:00Z</dcterms:created>
  <dcterms:modified xsi:type="dcterms:W3CDTF">2026-08-14T21:56:00Z</dcterms:modified>
  <cp:category/>
</cp:coreProperties>
</file>