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71A08B" w14:textId="77777777" w:rsidR="00E669DB" w:rsidRDefault="00E669DB" w:rsidP="00E669DB">
      <w:pPr>
        <w:jc w:val="center"/>
        <w:rPr>
          <w:b/>
          <w:color w:val="7F4E00"/>
          <w:sz w:val="40"/>
        </w:rPr>
      </w:pPr>
      <w:r>
        <w:rPr>
          <w:b/>
          <w:noProof/>
          <w:color w:val="7F4E00"/>
          <w:sz w:val="40"/>
        </w:rPr>
        <w:drawing>
          <wp:inline distT="0" distB="0" distL="0" distR="0" wp14:anchorId="1D2142DD" wp14:editId="6DCD95E3">
            <wp:extent cx="1530156" cy="1684775"/>
            <wp:effectExtent l="0" t="0" r="0" b="0"/>
            <wp:docPr id="34522178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5221789" name="Picture 34522178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48089" cy="1704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5C8FB1" w14:textId="0828B10B" w:rsidR="00414768" w:rsidRDefault="00000000" w:rsidP="00E669DB">
      <w:pPr>
        <w:jc w:val="center"/>
      </w:pPr>
      <w:r>
        <w:rPr>
          <w:b/>
          <w:color w:val="7F4E00"/>
          <w:sz w:val="40"/>
        </w:rPr>
        <w:t>All Hallows C of E Primary School History Retrieval Plan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538"/>
      </w:tblGrid>
      <w:tr w:rsidR="00414768" w14:paraId="2C3C1348" w14:textId="77777777">
        <w:trPr>
          <w:jc w:val="center"/>
        </w:trPr>
        <w:tc>
          <w:tcPr>
            <w:tcW w:w="15538" w:type="dxa"/>
            <w:shd w:val="clear" w:color="auto" w:fill="F7EFE5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1012655" w14:textId="77777777" w:rsidR="00414768" w:rsidRDefault="00000000">
            <w:r>
              <w:rPr>
                <w:b/>
                <w:color w:val="7F4E00"/>
                <w:sz w:val="20"/>
              </w:rPr>
              <w:t>How teachers should use this plan</w:t>
            </w:r>
          </w:p>
          <w:p w14:paraId="04286B17" w14:textId="77777777" w:rsidR="00414768" w:rsidRDefault="00000000">
            <w:pPr>
              <w:pStyle w:val="ListBullet"/>
              <w:spacing w:after="20"/>
            </w:pPr>
            <w:r>
              <w:t>Ask the weekly retrieval question at the start of one History lesson each week.</w:t>
            </w:r>
          </w:p>
          <w:p w14:paraId="1DA10D86" w14:textId="77777777" w:rsidR="00414768" w:rsidRDefault="00000000">
            <w:pPr>
              <w:pStyle w:val="ListBullet"/>
              <w:spacing w:after="20"/>
            </w:pPr>
            <w:r>
              <w:t>Use the core fact / expected answer to give immediate feedback and reteach briefly where knowledge is not secure.</w:t>
            </w:r>
          </w:p>
          <w:p w14:paraId="4690A20D" w14:textId="77777777" w:rsidR="00414768" w:rsidRDefault="00000000">
            <w:pPr>
              <w:pStyle w:val="ListBullet"/>
              <w:spacing w:after="20"/>
            </w:pPr>
            <w:r>
              <w:t>Choose the meta-learning prompt when it adds value and helps pupils classify, compare, justify, define or explain.</w:t>
            </w:r>
          </w:p>
          <w:p w14:paraId="35A5946E" w14:textId="77777777" w:rsidR="00414768" w:rsidRDefault="00000000">
            <w:pPr>
              <w:pStyle w:val="ListBullet"/>
              <w:spacing w:after="20"/>
            </w:pPr>
            <w:r>
              <w:t>Make the schema link explicit: ‘This links to what we already know about…’</w:t>
            </w:r>
          </w:p>
        </w:tc>
      </w:tr>
    </w:tbl>
    <w:p w14:paraId="37162B58" w14:textId="1C1CB47C" w:rsidR="00414768" w:rsidRDefault="00000000">
      <w:pPr>
        <w:pStyle w:val="Heading1"/>
      </w:pPr>
      <w:r>
        <w:rPr>
          <w:color w:val="7F4E00"/>
        </w:rPr>
        <w:t>Meta-Learning Prompt Bank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76"/>
        <w:gridCol w:w="5176"/>
        <w:gridCol w:w="5176"/>
      </w:tblGrid>
      <w:tr w:rsidR="00414768" w14:paraId="421BCFD4" w14:textId="77777777">
        <w:trPr>
          <w:jc w:val="center"/>
        </w:trPr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89A2F6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Strategy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3DA8F6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Purpose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87A6ED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Example use</w:t>
            </w:r>
          </w:p>
        </w:tc>
      </w:tr>
      <w:tr w:rsidR="00414768" w14:paraId="0FDCB5EA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00E0FE" w14:textId="77777777" w:rsidR="00414768" w:rsidRDefault="00000000">
            <w:pPr>
              <w:spacing w:after="20"/>
            </w:pPr>
            <w:r>
              <w:rPr>
                <w:sz w:val="14"/>
              </w:rPr>
              <w:t>Odd one out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C4361A" w14:textId="77777777" w:rsidR="00414768" w:rsidRDefault="00000000">
            <w:pPr>
              <w:spacing w:after="20"/>
            </w:pPr>
            <w:r>
              <w:rPr>
                <w:sz w:val="14"/>
              </w:rPr>
              <w:t>Compare, classify and justify using historical vocabulary.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5C8EBE" w14:textId="77777777" w:rsidR="00414768" w:rsidRDefault="00000000">
            <w:pPr>
              <w:spacing w:after="20"/>
            </w:pPr>
            <w:r>
              <w:rPr>
                <w:sz w:val="14"/>
              </w:rPr>
              <w:t>Odd one out: All Hallows Church, Gedling Memorial Hall, Stonehenge. Explain.</w:t>
            </w:r>
          </w:p>
        </w:tc>
      </w:tr>
      <w:tr w:rsidR="00414768" w14:paraId="1C434336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3B8FE7" w14:textId="77777777" w:rsidR="00414768" w:rsidRDefault="00000000">
            <w:pPr>
              <w:spacing w:after="20"/>
            </w:pPr>
            <w:r>
              <w:rPr>
                <w:sz w:val="14"/>
              </w:rPr>
              <w:t>Always, sometimes, never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0C45BF" w14:textId="77777777" w:rsidR="00414768" w:rsidRDefault="00000000">
            <w:pPr>
              <w:spacing w:after="20"/>
            </w:pPr>
            <w:r>
              <w:rPr>
                <w:sz w:val="14"/>
              </w:rPr>
              <w:t xml:space="preserve">Challenge </w:t>
            </w:r>
            <w:proofErr w:type="spellStart"/>
            <w:r>
              <w:rPr>
                <w:sz w:val="14"/>
              </w:rPr>
              <w:t>overgeneralisations</w:t>
            </w:r>
            <w:proofErr w:type="spellEnd"/>
            <w:r>
              <w:rPr>
                <w:sz w:val="14"/>
              </w:rPr>
              <w:t xml:space="preserve"> and develop nuance.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DC6609" w14:textId="77777777" w:rsidR="00414768" w:rsidRDefault="00000000">
            <w:pPr>
              <w:spacing w:after="20"/>
            </w:pPr>
            <w:r>
              <w:rPr>
                <w:sz w:val="14"/>
              </w:rPr>
              <w:t>Memories are always completely reliable. Always, sometimes or never?</w:t>
            </w:r>
          </w:p>
        </w:tc>
      </w:tr>
      <w:tr w:rsidR="00414768" w14:paraId="4D8648E3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761D39" w14:textId="77777777" w:rsidR="00414768" w:rsidRDefault="00000000">
            <w:pPr>
              <w:spacing w:after="20"/>
            </w:pPr>
            <w:r>
              <w:rPr>
                <w:sz w:val="14"/>
              </w:rPr>
              <w:t>Double bubble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4BECCC" w14:textId="77777777" w:rsidR="00414768" w:rsidRDefault="00000000">
            <w:pPr>
              <w:spacing w:after="20"/>
            </w:pPr>
            <w:r>
              <w:rPr>
                <w:sz w:val="14"/>
              </w:rPr>
              <w:t>Compare two people, places, events, periods or societies.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C826D3" w14:textId="77777777" w:rsidR="00414768" w:rsidRDefault="00000000">
            <w:pPr>
              <w:spacing w:after="20"/>
            </w:pPr>
            <w:r>
              <w:rPr>
                <w:sz w:val="14"/>
              </w:rPr>
              <w:t>Double bubble: All Hallows Church then and now.</w:t>
            </w:r>
          </w:p>
        </w:tc>
      </w:tr>
      <w:tr w:rsidR="00414768" w14:paraId="242B7960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A71D4F" w14:textId="77777777" w:rsidR="00414768" w:rsidRDefault="00000000">
            <w:pPr>
              <w:spacing w:after="20"/>
            </w:pPr>
            <w:r>
              <w:rPr>
                <w:sz w:val="14"/>
              </w:rPr>
              <w:t>Frayer model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1C284E" w14:textId="77777777" w:rsidR="00414768" w:rsidRDefault="00000000">
            <w:pPr>
              <w:spacing w:after="20"/>
            </w:pPr>
            <w:r>
              <w:rPr>
                <w:sz w:val="14"/>
              </w:rPr>
              <w:t>Secure vocabulary through definition, features, examples and non-examples.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43128D" w14:textId="77777777" w:rsidR="00414768" w:rsidRDefault="00000000">
            <w:pPr>
              <w:spacing w:after="20"/>
            </w:pPr>
            <w:r>
              <w:rPr>
                <w:sz w:val="14"/>
              </w:rPr>
              <w:t xml:space="preserve">Frayer model for: artefact, </w:t>
            </w:r>
            <w:proofErr w:type="spellStart"/>
            <w:r>
              <w:rPr>
                <w:sz w:val="14"/>
              </w:rPr>
              <w:t>civilisation</w:t>
            </w:r>
            <w:proofErr w:type="spellEnd"/>
            <w:r>
              <w:rPr>
                <w:sz w:val="14"/>
              </w:rPr>
              <w:t>, empire, propaganda or interpretation.</w:t>
            </w:r>
          </w:p>
        </w:tc>
      </w:tr>
      <w:tr w:rsidR="00414768" w14:paraId="4A622332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DC1CA9" w14:textId="77777777" w:rsidR="00414768" w:rsidRDefault="00000000">
            <w:pPr>
              <w:spacing w:after="20"/>
            </w:pPr>
            <w:r>
              <w:rPr>
                <w:sz w:val="14"/>
              </w:rPr>
              <w:t>True/false/prove it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444F7E" w14:textId="77777777" w:rsidR="00414768" w:rsidRDefault="00000000">
            <w:pPr>
              <w:spacing w:after="20"/>
            </w:pPr>
            <w:r>
              <w:rPr>
                <w:sz w:val="14"/>
              </w:rPr>
              <w:t>Recall and justify using evidence.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AA7547" w14:textId="77777777" w:rsidR="00414768" w:rsidRDefault="00000000">
            <w:pPr>
              <w:spacing w:after="20"/>
            </w:pPr>
            <w:r>
              <w:rPr>
                <w:sz w:val="14"/>
              </w:rPr>
              <w:t>The Great Fire of London started in 1666. True or false? Prove it.</w:t>
            </w:r>
          </w:p>
        </w:tc>
      </w:tr>
      <w:tr w:rsidR="00414768" w14:paraId="42EF3B4E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ED1F7D" w14:textId="77777777" w:rsidR="00414768" w:rsidRDefault="00000000">
            <w:pPr>
              <w:spacing w:after="20"/>
            </w:pPr>
            <w:r>
              <w:rPr>
                <w:sz w:val="14"/>
              </w:rPr>
              <w:t xml:space="preserve">Because, </w:t>
            </w:r>
            <w:proofErr w:type="gramStart"/>
            <w:r>
              <w:rPr>
                <w:sz w:val="14"/>
              </w:rPr>
              <w:t>but,</w:t>
            </w:r>
            <w:proofErr w:type="gramEnd"/>
            <w:r>
              <w:rPr>
                <w:sz w:val="14"/>
              </w:rPr>
              <w:t xml:space="preserve"> so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DDCE95" w14:textId="77777777" w:rsidR="00414768" w:rsidRDefault="00000000">
            <w:pPr>
              <w:spacing w:after="20"/>
            </w:pPr>
            <w:r>
              <w:rPr>
                <w:sz w:val="14"/>
              </w:rPr>
              <w:t>Build historical explanation.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4B119C" w14:textId="77777777" w:rsidR="00414768" w:rsidRDefault="00000000">
            <w:pPr>
              <w:spacing w:after="20"/>
            </w:pPr>
            <w:r>
              <w:rPr>
                <w:sz w:val="14"/>
              </w:rPr>
              <w:t>The Romans changed Britain because…, but…, so…</w:t>
            </w:r>
          </w:p>
        </w:tc>
      </w:tr>
      <w:tr w:rsidR="00414768" w14:paraId="4BA009CF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C2EA90" w14:textId="77777777" w:rsidR="00414768" w:rsidRDefault="00000000">
            <w:pPr>
              <w:spacing w:after="20"/>
            </w:pPr>
            <w:r>
              <w:rPr>
                <w:sz w:val="14"/>
              </w:rPr>
              <w:t>Connect three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AD7E3D" w14:textId="77777777" w:rsidR="00414768" w:rsidRDefault="00000000">
            <w:pPr>
              <w:spacing w:after="20"/>
            </w:pPr>
            <w:r>
              <w:rPr>
                <w:sz w:val="14"/>
              </w:rPr>
              <w:t>Build schema by linking people, places, events and concepts.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D0C19B" w14:textId="77777777" w:rsidR="00414768" w:rsidRDefault="00000000">
            <w:pPr>
              <w:spacing w:after="20"/>
            </w:pPr>
            <w:r>
              <w:rPr>
                <w:sz w:val="14"/>
              </w:rPr>
              <w:t>Connect three: Gedling Pit, mining, local community.</w:t>
            </w:r>
          </w:p>
        </w:tc>
      </w:tr>
    </w:tbl>
    <w:p w14:paraId="55A5345F" w14:textId="77777777" w:rsidR="00414768" w:rsidRDefault="00414768"/>
    <w:p w14:paraId="3DD7091D" w14:textId="77777777" w:rsidR="00414768" w:rsidRDefault="00000000">
      <w:pPr>
        <w:pStyle w:val="Heading1"/>
      </w:pPr>
      <w:r>
        <w:rPr>
          <w:color w:val="7F4E00"/>
        </w:rPr>
        <w:lastRenderedPageBreak/>
        <w:t>How This Plan Builds Children’s Historical Schemas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76"/>
        <w:gridCol w:w="5176"/>
        <w:gridCol w:w="5176"/>
      </w:tblGrid>
      <w:tr w:rsidR="00414768" w14:paraId="1D9C639D" w14:textId="77777777">
        <w:trPr>
          <w:jc w:val="center"/>
        </w:trPr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8566E3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Schema-building feature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C90C01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How the plan supports it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DE2775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Intended impact</w:t>
            </w:r>
          </w:p>
        </w:tc>
      </w:tr>
      <w:tr w:rsidR="00414768" w14:paraId="6991B168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A639AE" w14:textId="77777777" w:rsidR="00414768" w:rsidRDefault="00000000">
            <w:pPr>
              <w:spacing w:after="20"/>
            </w:pPr>
            <w:r>
              <w:rPr>
                <w:sz w:val="14"/>
              </w:rPr>
              <w:t>Repeated anchor points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FF922A" w14:textId="77777777" w:rsidR="00414768" w:rsidRDefault="00000000">
            <w:pPr>
              <w:spacing w:after="20"/>
            </w:pPr>
            <w:r>
              <w:rPr>
                <w:sz w:val="14"/>
              </w:rPr>
              <w:t>Core facts repeatedly return pupils to key All Hallows curriculum knowledge such as toys and homes, significant nurses, Gedling Memorial Hall, All Hallows Church, the Maya, Ancient Greece, World War 2 and Mining in Gedling.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9739CF" w14:textId="77777777" w:rsidR="00414768" w:rsidRDefault="00000000">
            <w:pPr>
              <w:spacing w:after="20"/>
            </w:pPr>
            <w:r>
              <w:rPr>
                <w:sz w:val="14"/>
              </w:rPr>
              <w:t>Pupils have secure knowledge hooks for new learning.</w:t>
            </w:r>
          </w:p>
        </w:tc>
      </w:tr>
      <w:tr w:rsidR="00414768" w14:paraId="7F47F981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4FE29D" w14:textId="77777777" w:rsidR="00414768" w:rsidRDefault="00000000">
            <w:pPr>
              <w:spacing w:after="20"/>
            </w:pPr>
            <w:r>
              <w:rPr>
                <w:sz w:val="14"/>
              </w:rPr>
              <w:t>Local to national and world links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B54FDE" w14:textId="77777777" w:rsidR="00414768" w:rsidRDefault="00000000">
            <w:pPr>
              <w:spacing w:after="20"/>
            </w:pPr>
            <w:r>
              <w:rPr>
                <w:sz w:val="14"/>
              </w:rPr>
              <w:t>The plan connects Gedling Memorial Hall, All Hallows Church and Mining in Gedling with wider British and world history.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C5BF48" w14:textId="77777777" w:rsidR="00414768" w:rsidRDefault="00000000">
            <w:pPr>
              <w:spacing w:after="20"/>
            </w:pPr>
            <w:r>
              <w:rPr>
                <w:sz w:val="14"/>
              </w:rPr>
              <w:t>Pupils understand that local history fits into broader historical narratives.</w:t>
            </w:r>
          </w:p>
        </w:tc>
      </w:tr>
      <w:tr w:rsidR="00414768" w14:paraId="7FC8033D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3BCD97" w14:textId="77777777" w:rsidR="00414768" w:rsidRDefault="00000000">
            <w:pPr>
              <w:spacing w:after="20"/>
            </w:pPr>
            <w:r>
              <w:rPr>
                <w:sz w:val="14"/>
              </w:rPr>
              <w:t>Substantive knowledge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4AD9EC" w14:textId="77777777" w:rsidR="00414768" w:rsidRDefault="00000000">
            <w:pPr>
              <w:spacing w:after="20"/>
            </w:pPr>
            <w:r>
              <w:rPr>
                <w:sz w:val="14"/>
              </w:rPr>
              <w:t>Pupils revisit significant people, events, places and periods across Reception to Year 6.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96F1D2" w14:textId="77777777" w:rsidR="00414768" w:rsidRDefault="00000000">
            <w:pPr>
              <w:spacing w:after="20"/>
            </w:pPr>
            <w:r>
              <w:rPr>
                <w:sz w:val="14"/>
              </w:rPr>
              <w:t>Pupils remember the key content of the All Hallows History curriculum accurately.</w:t>
            </w:r>
          </w:p>
        </w:tc>
      </w:tr>
      <w:tr w:rsidR="00414768" w14:paraId="564FF996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314867" w14:textId="77777777" w:rsidR="00414768" w:rsidRDefault="00000000">
            <w:pPr>
              <w:spacing w:after="20"/>
            </w:pPr>
            <w:r>
              <w:rPr>
                <w:sz w:val="14"/>
              </w:rPr>
              <w:t>Disciplinary knowledge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B35A07" w14:textId="77777777" w:rsidR="00414768" w:rsidRDefault="00000000">
            <w:pPr>
              <w:spacing w:after="20"/>
            </w:pPr>
            <w:r>
              <w:rPr>
                <w:sz w:val="14"/>
              </w:rPr>
              <w:t>Retrieval prompts revisit chronology, evidence, reliability, interpretation, change, continuity, cause, consequence, comparison and significance.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91AABE" w14:textId="77777777" w:rsidR="00414768" w:rsidRDefault="00000000">
            <w:pPr>
              <w:spacing w:after="20"/>
            </w:pPr>
            <w:r>
              <w:rPr>
                <w:sz w:val="14"/>
              </w:rPr>
              <w:t>Pupils learn how historians think and explain the past.</w:t>
            </w:r>
          </w:p>
        </w:tc>
      </w:tr>
      <w:tr w:rsidR="00414768" w14:paraId="258807D0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26E308" w14:textId="77777777" w:rsidR="00414768" w:rsidRDefault="00000000">
            <w:pPr>
              <w:spacing w:after="20"/>
            </w:pPr>
            <w:r>
              <w:rPr>
                <w:sz w:val="14"/>
              </w:rPr>
              <w:t>Vocabulary development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E08731" w14:textId="77777777" w:rsidR="00414768" w:rsidRDefault="00000000">
            <w:pPr>
              <w:spacing w:after="20"/>
            </w:pPr>
            <w:r>
              <w:rPr>
                <w:sz w:val="14"/>
              </w:rPr>
              <w:t xml:space="preserve">Frayer models and core facts secure words such as chronology, artefact, </w:t>
            </w:r>
            <w:proofErr w:type="spellStart"/>
            <w:r>
              <w:rPr>
                <w:sz w:val="14"/>
              </w:rPr>
              <w:t>civilisation</w:t>
            </w:r>
            <w:proofErr w:type="spellEnd"/>
            <w:r>
              <w:rPr>
                <w:sz w:val="14"/>
              </w:rPr>
              <w:t>, empire, source, validity, propaganda, censorship and interpretation.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AF421B" w14:textId="77777777" w:rsidR="00414768" w:rsidRDefault="00000000">
            <w:pPr>
              <w:spacing w:after="20"/>
            </w:pPr>
            <w:r>
              <w:rPr>
                <w:sz w:val="14"/>
              </w:rPr>
              <w:t>Pupils use historical language accurately and confidently.</w:t>
            </w:r>
          </w:p>
        </w:tc>
      </w:tr>
      <w:tr w:rsidR="00414768" w14:paraId="2B12ACF3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A06FBB" w14:textId="77777777" w:rsidR="00414768" w:rsidRDefault="00000000">
            <w:pPr>
              <w:spacing w:after="20"/>
            </w:pPr>
            <w:r>
              <w:rPr>
                <w:sz w:val="14"/>
              </w:rPr>
              <w:t>Meta-learning strategies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EB497A" w14:textId="77777777" w:rsidR="00414768" w:rsidRDefault="00000000">
            <w:pPr>
              <w:spacing w:after="20"/>
            </w:pPr>
            <w:r>
              <w:rPr>
                <w:sz w:val="14"/>
              </w:rPr>
              <w:t>Odd one out, always/sometimes/never, double bubble, true/false/prove it, because/but/so and connect three require pupils to justify and explain.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6EA091" w14:textId="77777777" w:rsidR="00414768" w:rsidRDefault="00000000">
            <w:pPr>
              <w:spacing w:after="20"/>
            </w:pPr>
            <w:r>
              <w:rPr>
                <w:sz w:val="14"/>
              </w:rPr>
              <w:t>Pupils deepen their thinking rather than recalling disconnected facts.</w:t>
            </w:r>
          </w:p>
        </w:tc>
      </w:tr>
      <w:tr w:rsidR="00414768" w14:paraId="6645D231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81AAB1" w14:textId="77777777" w:rsidR="00414768" w:rsidRDefault="00000000">
            <w:pPr>
              <w:spacing w:after="20"/>
            </w:pPr>
            <w:r>
              <w:rPr>
                <w:sz w:val="14"/>
              </w:rPr>
              <w:t>Misconception checking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7DF58F" w14:textId="77777777" w:rsidR="00414768" w:rsidRDefault="00000000">
            <w:pPr>
              <w:spacing w:after="20"/>
            </w:pPr>
            <w:r>
              <w:rPr>
                <w:sz w:val="14"/>
              </w:rPr>
              <w:t xml:space="preserve">Always/sometimes/never and true/false/prove it </w:t>
            </w:r>
            <w:proofErr w:type="gramStart"/>
            <w:r>
              <w:rPr>
                <w:sz w:val="14"/>
              </w:rPr>
              <w:t>help</w:t>
            </w:r>
            <w:proofErr w:type="gramEnd"/>
            <w:r>
              <w:rPr>
                <w:sz w:val="14"/>
              </w:rPr>
              <w:t xml:space="preserve"> teachers identify </w:t>
            </w:r>
            <w:proofErr w:type="spellStart"/>
            <w:r>
              <w:rPr>
                <w:sz w:val="14"/>
              </w:rPr>
              <w:t>overgeneralisations</w:t>
            </w:r>
            <w:proofErr w:type="spellEnd"/>
            <w:r>
              <w:rPr>
                <w:sz w:val="14"/>
              </w:rPr>
              <w:t>, gaps and misunderstandings quickly.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423DB2" w14:textId="77777777" w:rsidR="00414768" w:rsidRDefault="00000000">
            <w:pPr>
              <w:spacing w:after="20"/>
            </w:pPr>
            <w:r>
              <w:rPr>
                <w:sz w:val="14"/>
              </w:rPr>
              <w:t>Teachers can take timely action through brief reteaching and planned revisiting.</w:t>
            </w:r>
          </w:p>
        </w:tc>
      </w:tr>
    </w:tbl>
    <w:p w14:paraId="1F9D9DCF" w14:textId="77777777" w:rsidR="00414768" w:rsidRDefault="00414768"/>
    <w:p w14:paraId="7CBBD946" w14:textId="77777777" w:rsidR="00414768" w:rsidRDefault="00000000">
      <w:pPr>
        <w:pStyle w:val="Heading1"/>
      </w:pPr>
      <w:r>
        <w:rPr>
          <w:color w:val="7F4E00"/>
        </w:rPr>
        <w:t>History Disciplinary Knowledge Progression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414768" w14:paraId="5B8FCA29" w14:textId="77777777">
        <w:trPr>
          <w:jc w:val="center"/>
        </w:trPr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8B52C8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Phase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F3A256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Chronology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A7BBB9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Sources and evidence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D9730F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Change, continuity and comparison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1FF1E5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Cause, consequence, significance and interpretation</w:t>
            </w:r>
          </w:p>
        </w:tc>
      </w:tr>
      <w:tr w:rsidR="00414768" w14:paraId="3828266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4B7D48" w14:textId="77777777" w:rsidR="00414768" w:rsidRDefault="00000000">
            <w:pPr>
              <w:spacing w:after="20"/>
            </w:pPr>
            <w:r>
              <w:rPr>
                <w:sz w:val="14"/>
              </w:rPr>
              <w:t>Reception into Year 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120CB3" w14:textId="77777777" w:rsidR="00414768" w:rsidRDefault="00000000">
            <w:pPr>
              <w:spacing w:after="20"/>
            </w:pPr>
            <w:r>
              <w:rPr>
                <w:sz w:val="14"/>
              </w:rPr>
              <w:t>Know the past means before now and talk about then and now.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7DE4D4" w14:textId="77777777" w:rsidR="00414768" w:rsidRDefault="00000000">
            <w:pPr>
              <w:spacing w:after="20"/>
            </w:pPr>
            <w:r>
              <w:rPr>
                <w:sz w:val="14"/>
              </w:rPr>
              <w:t>Know photos can show things from the past.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C05C87" w14:textId="77777777" w:rsidR="00414768" w:rsidRDefault="00000000">
            <w:pPr>
              <w:spacing w:after="20"/>
            </w:pPr>
            <w:r>
              <w:rPr>
                <w:sz w:val="14"/>
              </w:rPr>
              <w:t>Identify simple similarities and differences between past and present.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AA73C5" w14:textId="77777777" w:rsidR="00414768" w:rsidRDefault="00000000">
            <w:pPr>
              <w:spacing w:after="20"/>
            </w:pPr>
            <w:r>
              <w:rPr>
                <w:sz w:val="14"/>
              </w:rPr>
              <w:t>Talk about recent past events and explain simple differences.</w:t>
            </w:r>
          </w:p>
        </w:tc>
      </w:tr>
      <w:tr w:rsidR="00414768" w14:paraId="1E47989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563573" w14:textId="77777777" w:rsidR="00414768" w:rsidRDefault="00000000">
            <w:pPr>
              <w:spacing w:after="20"/>
            </w:pPr>
            <w:r>
              <w:rPr>
                <w:sz w:val="14"/>
              </w:rPr>
              <w:t>Years 1 and 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4D7C88" w14:textId="77777777" w:rsidR="00414768" w:rsidRDefault="00000000">
            <w:pPr>
              <w:spacing w:after="20"/>
            </w:pPr>
            <w:r>
              <w:rPr>
                <w:sz w:val="14"/>
              </w:rPr>
              <w:t>Use words such as past, present, earlier, later, week, month, year and timeline.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AF3BB5" w14:textId="77777777" w:rsidR="00414768" w:rsidRDefault="00000000">
            <w:pPr>
              <w:spacing w:after="20"/>
            </w:pPr>
            <w:r>
              <w:rPr>
                <w:sz w:val="14"/>
              </w:rPr>
              <w:t>Ask simple questions about artefacts, photographs and written or oral sources.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926179" w14:textId="77777777" w:rsidR="00414768" w:rsidRDefault="00000000">
            <w:pPr>
              <w:spacing w:after="20"/>
            </w:pPr>
            <w:r>
              <w:rPr>
                <w:sz w:val="14"/>
              </w:rPr>
              <w:t xml:space="preserve">Compare life in different periods and identify simple </w:t>
            </w:r>
            <w:proofErr w:type="gramStart"/>
            <w:r>
              <w:rPr>
                <w:sz w:val="14"/>
              </w:rPr>
              <w:t>change</w:t>
            </w:r>
            <w:proofErr w:type="gramEnd"/>
            <w:r>
              <w:rPr>
                <w:sz w:val="14"/>
              </w:rPr>
              <w:t xml:space="preserve"> and continuity.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B24D2D" w14:textId="77777777" w:rsidR="00414768" w:rsidRDefault="00000000">
            <w:pPr>
              <w:spacing w:after="20"/>
            </w:pPr>
            <w:r>
              <w:rPr>
                <w:sz w:val="14"/>
              </w:rPr>
              <w:t>Explain why people and events are significant and identify simple causes and consequences.</w:t>
            </w:r>
          </w:p>
        </w:tc>
      </w:tr>
      <w:tr w:rsidR="00414768" w14:paraId="0DBD854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B6434F" w14:textId="77777777" w:rsidR="00414768" w:rsidRDefault="00000000">
            <w:pPr>
              <w:spacing w:after="20"/>
            </w:pPr>
            <w:r>
              <w:rPr>
                <w:sz w:val="14"/>
              </w:rPr>
              <w:t>Years 3 and 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40EEBC" w14:textId="77777777" w:rsidR="00414768" w:rsidRDefault="00000000">
            <w:pPr>
              <w:spacing w:after="20"/>
            </w:pPr>
            <w:r>
              <w:rPr>
                <w:sz w:val="14"/>
              </w:rPr>
              <w:t>Place periods and events in chronological order, using BC/BCE and AD/CE where appropriate.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13959E" w14:textId="77777777" w:rsidR="00414768" w:rsidRDefault="00000000">
            <w:pPr>
              <w:spacing w:after="20"/>
            </w:pPr>
            <w:r>
              <w:rPr>
                <w:sz w:val="14"/>
              </w:rPr>
              <w:t>Use artefacts, buildings, accounts and written sources, beginning to question reliability and validity.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5F706A" w14:textId="77777777" w:rsidR="00414768" w:rsidRDefault="00000000">
            <w:pPr>
              <w:spacing w:after="20"/>
            </w:pPr>
            <w:r>
              <w:rPr>
                <w:sz w:val="14"/>
              </w:rPr>
              <w:t>Describe main changes within and across periods and compare people, events and artefacts.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687E2E" w14:textId="77777777" w:rsidR="00414768" w:rsidRDefault="00000000">
            <w:pPr>
              <w:spacing w:after="20"/>
            </w:pPr>
            <w:r>
              <w:rPr>
                <w:sz w:val="14"/>
              </w:rPr>
              <w:t>Explain causes, consequences, significance and different versions of events.</w:t>
            </w:r>
          </w:p>
        </w:tc>
      </w:tr>
      <w:tr w:rsidR="00414768" w14:paraId="63A4DF7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AFA59A" w14:textId="77777777" w:rsidR="00414768" w:rsidRDefault="00000000">
            <w:pPr>
              <w:spacing w:after="20"/>
            </w:pPr>
            <w:r>
              <w:rPr>
                <w:sz w:val="14"/>
              </w:rPr>
              <w:t>Years 5 and 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70DB7C" w14:textId="77777777" w:rsidR="00414768" w:rsidRDefault="00000000">
            <w:pPr>
              <w:spacing w:after="20"/>
            </w:pPr>
            <w:r>
              <w:rPr>
                <w:sz w:val="14"/>
              </w:rPr>
              <w:t>Use secure chronological knowledge to compare societies, periods and themes across local, British and world history.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A11C62" w14:textId="77777777" w:rsidR="00414768" w:rsidRDefault="00000000">
            <w:pPr>
              <w:spacing w:after="20"/>
            </w:pPr>
            <w:r>
              <w:rPr>
                <w:sz w:val="14"/>
              </w:rPr>
              <w:t>Evaluate primary and secondary sources, considering reliability, bias, opinion, misinformation, propaganda and censorship.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CAAAA6" w14:textId="77777777" w:rsidR="00414768" w:rsidRDefault="00000000">
            <w:pPr>
              <w:spacing w:after="20"/>
            </w:pPr>
            <w:r>
              <w:rPr>
                <w:sz w:val="14"/>
              </w:rPr>
              <w:t>Identify and compare change and continuity within and across different periods.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019458" w14:textId="77777777" w:rsidR="00414768" w:rsidRDefault="00000000">
            <w:pPr>
              <w:spacing w:after="20"/>
            </w:pPr>
            <w:r>
              <w:rPr>
                <w:sz w:val="14"/>
              </w:rPr>
              <w:t>Make reasoned judgements about significance and interpretation, supported by evidence.</w:t>
            </w:r>
          </w:p>
        </w:tc>
      </w:tr>
    </w:tbl>
    <w:p w14:paraId="471EB16D" w14:textId="77777777" w:rsidR="00414768" w:rsidRDefault="00414768"/>
    <w:p w14:paraId="7F897577" w14:textId="77777777" w:rsidR="00414768" w:rsidRDefault="00000000">
      <w:r>
        <w:br w:type="page"/>
      </w:r>
    </w:p>
    <w:p w14:paraId="576C5263" w14:textId="77777777" w:rsidR="00414768" w:rsidRDefault="00000000">
      <w:pPr>
        <w:pStyle w:val="Heading1"/>
      </w:pPr>
      <w:r>
        <w:rPr>
          <w:color w:val="7F4E00"/>
        </w:rPr>
        <w:lastRenderedPageBreak/>
        <w:t>Year 1 History Retrieval Plan</w:t>
      </w:r>
    </w:p>
    <w:p w14:paraId="71A1790D" w14:textId="77777777" w:rsidR="00414768" w:rsidRDefault="00000000">
      <w:pPr>
        <w:pStyle w:val="Heading2"/>
      </w:pPr>
      <w:r>
        <w:rPr>
          <w:color w:val="7F4E00"/>
        </w:rPr>
        <w:t>Autumn Term: Toys and Homes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414768" w14:paraId="18C5CBD2" w14:textId="77777777">
        <w:trPr>
          <w:jc w:val="center"/>
        </w:trPr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ADE6CD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7C22B5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4C6A99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A23831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Disciplinary focus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5263A6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Example meta-learning question</w:t>
            </w:r>
          </w:p>
        </w:tc>
      </w:tr>
      <w:tr w:rsidR="00414768" w14:paraId="55B655F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28FC12" w14:textId="77777777" w:rsidR="00414768" w:rsidRDefault="00000000">
            <w:pPr>
              <w:spacing w:after="20"/>
            </w:pPr>
            <w:r>
              <w:rPr>
                <w:sz w:val="13"/>
              </w:rPr>
              <w:t>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5B34FF" w14:textId="77777777" w:rsidR="00414768" w:rsidRDefault="00000000">
            <w:pPr>
              <w:spacing w:after="20"/>
            </w:pPr>
            <w:r>
              <w:rPr>
                <w:sz w:val="13"/>
              </w:rPr>
              <w:t>What does past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0D2196" w14:textId="77777777" w:rsidR="00414768" w:rsidRDefault="00000000">
            <w:pPr>
              <w:spacing w:after="20"/>
            </w:pPr>
            <w:r>
              <w:rPr>
                <w:sz w:val="13"/>
              </w:rPr>
              <w:t>The past is something that has already happened.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CE3036" w14:textId="77777777" w:rsidR="00414768" w:rsidRDefault="00000000">
            <w:pPr>
              <w:spacing w:after="20"/>
            </w:pPr>
            <w:r>
              <w:rPr>
                <w:sz w:val="13"/>
              </w:rPr>
              <w:t>Chronology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1C74B6" w14:textId="77777777" w:rsidR="00414768" w:rsidRDefault="00000000">
            <w:pPr>
              <w:spacing w:after="20"/>
            </w:pPr>
            <w:r>
              <w:rPr>
                <w:sz w:val="13"/>
              </w:rPr>
              <w:t>Odd one out: old toy, new tablet, Victorian house. Explain your choice.</w:t>
            </w:r>
          </w:p>
        </w:tc>
      </w:tr>
      <w:tr w:rsidR="00414768" w14:paraId="0F96C01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0BC0A3" w14:textId="77777777" w:rsidR="00414768" w:rsidRDefault="00000000">
            <w:pPr>
              <w:spacing w:after="20"/>
            </w:pPr>
            <w:r>
              <w:rPr>
                <w:sz w:val="13"/>
              </w:rPr>
              <w:t>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EA0F00" w14:textId="77777777" w:rsidR="00414768" w:rsidRDefault="00000000">
            <w:pPr>
              <w:spacing w:after="20"/>
            </w:pPr>
            <w:r>
              <w:rPr>
                <w:sz w:val="13"/>
              </w:rPr>
              <w:t>What does present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4E280C" w14:textId="77777777" w:rsidR="00414768" w:rsidRDefault="00000000">
            <w:pPr>
              <w:spacing w:after="20"/>
            </w:pPr>
            <w:r>
              <w:rPr>
                <w:sz w:val="13"/>
              </w:rPr>
              <w:t>The present means now.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634547" w14:textId="77777777" w:rsidR="00414768" w:rsidRDefault="00000000">
            <w:pPr>
              <w:spacing w:after="20"/>
            </w:pPr>
            <w:r>
              <w:rPr>
                <w:sz w:val="13"/>
              </w:rPr>
              <w:t>Sources and 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658471" w14:textId="77777777" w:rsidR="00414768" w:rsidRDefault="00000000">
            <w:pPr>
              <w:spacing w:after="20"/>
            </w:pPr>
            <w:r>
              <w:rPr>
                <w:sz w:val="13"/>
              </w:rPr>
              <w:t>Memories are always completely reliable. Always, sometimes or never?</w:t>
            </w:r>
          </w:p>
        </w:tc>
      </w:tr>
      <w:tr w:rsidR="00414768" w14:paraId="29F5012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54E2F1" w14:textId="77777777" w:rsidR="00414768" w:rsidRDefault="00000000">
            <w:pPr>
              <w:spacing w:after="20"/>
            </w:pPr>
            <w:r>
              <w:rPr>
                <w:sz w:val="13"/>
              </w:rPr>
              <w:t>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92F930" w14:textId="77777777" w:rsidR="00414768" w:rsidRDefault="00000000">
            <w:pPr>
              <w:spacing w:after="20"/>
            </w:pPr>
            <w:r>
              <w:rPr>
                <w:sz w:val="13"/>
              </w:rPr>
              <w:t>What does chronology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6E84C5" w14:textId="77777777" w:rsidR="00414768" w:rsidRDefault="00000000">
            <w:pPr>
              <w:spacing w:after="20"/>
            </w:pPr>
            <w:r>
              <w:rPr>
                <w:sz w:val="13"/>
              </w:rPr>
              <w:t>Chronology means putting events or objects in time order.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E86DB5" w14:textId="77777777" w:rsidR="00414768" w:rsidRDefault="00000000">
            <w:pPr>
              <w:spacing w:after="20"/>
            </w:pPr>
            <w:r>
              <w:rPr>
                <w:sz w:val="13"/>
              </w:rPr>
              <w:t>Similarity/difference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C5810F" w14:textId="77777777" w:rsidR="00414768" w:rsidRDefault="00000000">
            <w:pPr>
              <w:spacing w:after="20"/>
            </w:pPr>
            <w:r>
              <w:rPr>
                <w:sz w:val="13"/>
              </w:rPr>
              <w:t>Double bubble: compare a home or toy now with one from 100 years ago.</w:t>
            </w:r>
          </w:p>
        </w:tc>
      </w:tr>
      <w:tr w:rsidR="00414768" w14:paraId="700E0BD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3A13CE" w14:textId="77777777" w:rsidR="00414768" w:rsidRDefault="00000000">
            <w:pPr>
              <w:spacing w:after="20"/>
            </w:pPr>
            <w:r>
              <w:rPr>
                <w:sz w:val="13"/>
              </w:rPr>
              <w:t>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16891F" w14:textId="77777777" w:rsidR="00414768" w:rsidRDefault="00000000">
            <w:pPr>
              <w:spacing w:after="20"/>
            </w:pPr>
            <w:r>
              <w:rPr>
                <w:sz w:val="13"/>
              </w:rPr>
              <w:t xml:space="preserve">What is </w:t>
            </w:r>
            <w:proofErr w:type="gramStart"/>
            <w:r>
              <w:rPr>
                <w:sz w:val="13"/>
              </w:rPr>
              <w:t>an</w:t>
            </w:r>
            <w:proofErr w:type="gramEnd"/>
            <w:r>
              <w:rPr>
                <w:sz w:val="13"/>
              </w:rPr>
              <w:t xml:space="preserve"> artefact?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974872" w14:textId="77777777" w:rsidR="00414768" w:rsidRDefault="00000000">
            <w:pPr>
              <w:spacing w:after="20"/>
            </w:pPr>
            <w:r>
              <w:rPr>
                <w:sz w:val="13"/>
              </w:rPr>
              <w:t>An artefact is an object from the past.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C3239F" w14:textId="77777777" w:rsidR="00414768" w:rsidRDefault="00000000">
            <w:pPr>
              <w:spacing w:after="20"/>
            </w:pPr>
            <w:r>
              <w:rPr>
                <w:sz w:val="13"/>
              </w:rPr>
              <w:t>Change/continuity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3A34F2" w14:textId="77777777" w:rsidR="00414768" w:rsidRDefault="00000000">
            <w:pPr>
              <w:spacing w:after="20"/>
            </w:pPr>
            <w:r>
              <w:rPr>
                <w:sz w:val="13"/>
              </w:rPr>
              <w:t>Frayer model for chronology or artefact.</w:t>
            </w:r>
          </w:p>
        </w:tc>
      </w:tr>
      <w:tr w:rsidR="00414768" w14:paraId="2275305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EA2953" w14:textId="77777777" w:rsidR="00414768" w:rsidRDefault="00000000">
            <w:pPr>
              <w:spacing w:after="20"/>
            </w:pPr>
            <w:r>
              <w:rPr>
                <w:sz w:val="13"/>
              </w:rPr>
              <w:t>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4041B9" w14:textId="77777777" w:rsidR="00414768" w:rsidRDefault="00000000">
            <w:pPr>
              <w:spacing w:after="20"/>
            </w:pPr>
            <w:r>
              <w:rPr>
                <w:sz w:val="13"/>
              </w:rPr>
              <w:t>How can toys show change over time?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26379D" w14:textId="77777777" w:rsidR="00414768" w:rsidRDefault="00000000">
            <w:pPr>
              <w:spacing w:after="20"/>
            </w:pPr>
            <w:r>
              <w:rPr>
                <w:sz w:val="13"/>
              </w:rPr>
              <w:t>Toys can show change through their materials, design, safety and how children play.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3060F8" w14:textId="77777777" w:rsidR="00414768" w:rsidRDefault="00000000">
            <w:pPr>
              <w:spacing w:after="20"/>
            </w:pPr>
            <w:r>
              <w:rPr>
                <w:sz w:val="13"/>
              </w:rPr>
              <w:t>Cause/consequence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04E941" w14:textId="77777777" w:rsidR="00414768" w:rsidRDefault="00000000">
            <w:pPr>
              <w:spacing w:after="20"/>
            </w:pPr>
            <w:r>
              <w:rPr>
                <w:sz w:val="13"/>
              </w:rPr>
              <w:t>A photograph can give evidence about the past. True or false? Prove it.</w:t>
            </w:r>
          </w:p>
        </w:tc>
      </w:tr>
      <w:tr w:rsidR="00414768" w14:paraId="3F86968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CB54C4" w14:textId="77777777" w:rsidR="00414768" w:rsidRDefault="00000000">
            <w:pPr>
              <w:spacing w:after="20"/>
            </w:pPr>
            <w:r>
              <w:rPr>
                <w:sz w:val="13"/>
              </w:rPr>
              <w:t>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7FA5AB" w14:textId="77777777" w:rsidR="00414768" w:rsidRDefault="00000000">
            <w:pPr>
              <w:spacing w:after="20"/>
            </w:pPr>
            <w:r>
              <w:rPr>
                <w:sz w:val="13"/>
              </w:rPr>
              <w:t xml:space="preserve">How can </w:t>
            </w:r>
            <w:proofErr w:type="gramStart"/>
            <w:r>
              <w:rPr>
                <w:sz w:val="13"/>
              </w:rPr>
              <w:t>homes show</w:t>
            </w:r>
            <w:proofErr w:type="gramEnd"/>
            <w:r>
              <w:rPr>
                <w:sz w:val="13"/>
              </w:rPr>
              <w:t xml:space="preserve"> change over time?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034904" w14:textId="77777777" w:rsidR="00414768" w:rsidRDefault="00000000">
            <w:pPr>
              <w:spacing w:after="20"/>
            </w:pPr>
            <w:r>
              <w:rPr>
                <w:sz w:val="13"/>
              </w:rPr>
              <w:t>Homes can show change through rooms, heating, lighting, objects and technology.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150B9F" w14:textId="77777777" w:rsidR="00414768" w:rsidRDefault="00000000">
            <w:pPr>
              <w:spacing w:after="20"/>
            </w:pPr>
            <w:r>
              <w:rPr>
                <w:sz w:val="13"/>
              </w:rPr>
              <w:t>Significance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6BC58E" w14:textId="77777777" w:rsidR="00414768" w:rsidRDefault="00000000">
            <w:pPr>
              <w:spacing w:after="20"/>
            </w:pPr>
            <w:r>
              <w:rPr>
                <w:sz w:val="13"/>
              </w:rPr>
              <w:t>Homes have changed because... but... so...</w:t>
            </w:r>
          </w:p>
        </w:tc>
      </w:tr>
      <w:tr w:rsidR="00414768" w14:paraId="056CCB7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4A8161" w14:textId="77777777" w:rsidR="00414768" w:rsidRDefault="00000000">
            <w:pPr>
              <w:spacing w:after="20"/>
            </w:pPr>
            <w:r>
              <w:rPr>
                <w:sz w:val="13"/>
              </w:rPr>
              <w:t>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523E21" w14:textId="77777777" w:rsidR="00414768" w:rsidRDefault="00000000">
            <w:pPr>
              <w:spacing w:after="20"/>
            </w:pPr>
            <w:r>
              <w:rPr>
                <w:sz w:val="13"/>
              </w:rPr>
              <w:t>What does earlier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26544D" w14:textId="77777777" w:rsidR="00414768" w:rsidRDefault="00000000">
            <w:pPr>
              <w:spacing w:after="20"/>
            </w:pPr>
            <w:r>
              <w:rPr>
                <w:sz w:val="13"/>
              </w:rPr>
              <w:t>Earlier means before something else.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7CDF6B" w14:textId="77777777" w:rsidR="00414768" w:rsidRDefault="00000000">
            <w:pPr>
              <w:spacing w:after="20"/>
            </w:pPr>
            <w:r>
              <w:rPr>
                <w:sz w:val="13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93F6B8" w14:textId="77777777" w:rsidR="00414768" w:rsidRDefault="00000000">
            <w:pPr>
              <w:spacing w:after="20"/>
            </w:pPr>
            <w:r>
              <w:rPr>
                <w:sz w:val="13"/>
              </w:rPr>
              <w:t>Connect three: toys, homes, living memory.</w:t>
            </w:r>
          </w:p>
        </w:tc>
      </w:tr>
      <w:tr w:rsidR="00414768" w14:paraId="27DB84E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C52BF4" w14:textId="77777777" w:rsidR="00414768" w:rsidRDefault="00000000">
            <w:pPr>
              <w:spacing w:after="20"/>
            </w:pPr>
            <w:r>
              <w:rPr>
                <w:sz w:val="13"/>
              </w:rPr>
              <w:t>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34062E" w14:textId="77777777" w:rsidR="00414768" w:rsidRDefault="00000000">
            <w:pPr>
              <w:spacing w:after="20"/>
            </w:pPr>
            <w:r>
              <w:rPr>
                <w:sz w:val="13"/>
              </w:rPr>
              <w:t>What does later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DE0B0C" w14:textId="77777777" w:rsidR="00414768" w:rsidRDefault="00000000">
            <w:pPr>
              <w:spacing w:after="20"/>
            </w:pPr>
            <w:r>
              <w:rPr>
                <w:sz w:val="13"/>
              </w:rPr>
              <w:t>Later means after something else.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5A9A43" w14:textId="77777777" w:rsidR="00414768" w:rsidRDefault="00000000">
            <w:pPr>
              <w:spacing w:after="20"/>
            </w:pPr>
            <w:r>
              <w:rPr>
                <w:sz w:val="13"/>
              </w:rPr>
              <w:t>Reliability/bias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DCBA15" w14:textId="77777777" w:rsidR="00414768" w:rsidRDefault="00000000">
            <w:pPr>
              <w:spacing w:after="20"/>
            </w:pPr>
            <w:r>
              <w:rPr>
                <w:sz w:val="13"/>
              </w:rPr>
              <w:t>Odd one out: old toy, new tablet, Victorian house. Explain your choice.</w:t>
            </w:r>
          </w:p>
        </w:tc>
      </w:tr>
      <w:tr w:rsidR="00414768" w14:paraId="642FBA0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858FFE" w14:textId="77777777" w:rsidR="00414768" w:rsidRDefault="00000000">
            <w:pPr>
              <w:spacing w:after="20"/>
            </w:pPr>
            <w:r>
              <w:rPr>
                <w:sz w:val="13"/>
              </w:rPr>
              <w:t>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F1DE76" w14:textId="77777777" w:rsidR="00414768" w:rsidRDefault="00000000">
            <w:pPr>
              <w:spacing w:after="20"/>
            </w:pPr>
            <w:r>
              <w:rPr>
                <w:sz w:val="13"/>
              </w:rPr>
              <w:t>How can memories help us learn about the past?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F030E2" w14:textId="77777777" w:rsidR="00414768" w:rsidRDefault="00000000">
            <w:pPr>
              <w:spacing w:after="20"/>
            </w:pPr>
            <w:r>
              <w:rPr>
                <w:sz w:val="13"/>
              </w:rPr>
              <w:t>Memories can give clues about the past, but they are not always completely reliable.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9003AD" w14:textId="77777777" w:rsidR="00414768" w:rsidRDefault="00000000">
            <w:pPr>
              <w:spacing w:after="20"/>
            </w:pPr>
            <w:r>
              <w:rPr>
                <w:sz w:val="13"/>
              </w:rPr>
              <w:t>Interpretation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E9D8D1" w14:textId="77777777" w:rsidR="00414768" w:rsidRDefault="00000000">
            <w:pPr>
              <w:spacing w:after="20"/>
            </w:pPr>
            <w:r>
              <w:rPr>
                <w:sz w:val="13"/>
              </w:rPr>
              <w:t>Memories are always completely reliable. Always, sometimes or never?</w:t>
            </w:r>
          </w:p>
        </w:tc>
      </w:tr>
      <w:tr w:rsidR="00414768" w14:paraId="39703FC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002178" w14:textId="77777777" w:rsidR="00414768" w:rsidRDefault="00000000">
            <w:pPr>
              <w:spacing w:after="20"/>
            </w:pPr>
            <w:r>
              <w:rPr>
                <w:sz w:val="13"/>
              </w:rPr>
              <w:t>10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10AF4B" w14:textId="77777777" w:rsidR="00414768" w:rsidRDefault="00000000">
            <w:pPr>
              <w:spacing w:after="20"/>
            </w:pPr>
            <w:r>
              <w:rPr>
                <w:sz w:val="13"/>
              </w:rPr>
              <w:t>How can an old photograph help us?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219AA7" w14:textId="77777777" w:rsidR="00414768" w:rsidRDefault="00000000">
            <w:pPr>
              <w:spacing w:after="20"/>
            </w:pPr>
            <w:r>
              <w:rPr>
                <w:sz w:val="13"/>
              </w:rPr>
              <w:t>A photograph can show people, places and objects from the past.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36BA4F" w14:textId="77777777" w:rsidR="00414768" w:rsidRDefault="00000000">
            <w:pPr>
              <w:spacing w:after="20"/>
            </w:pPr>
            <w:r>
              <w:rPr>
                <w:sz w:val="13"/>
              </w:rPr>
              <w:t>Historical 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9620AC" w14:textId="77777777" w:rsidR="00414768" w:rsidRDefault="00000000">
            <w:pPr>
              <w:spacing w:after="20"/>
            </w:pPr>
            <w:r>
              <w:rPr>
                <w:sz w:val="13"/>
              </w:rPr>
              <w:t>Double bubble: compare a home or toy now with one from 100 years ago.</w:t>
            </w:r>
          </w:p>
        </w:tc>
      </w:tr>
      <w:tr w:rsidR="00414768" w14:paraId="1A1D773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4ADBCB" w14:textId="77777777" w:rsidR="00414768" w:rsidRDefault="00000000">
            <w:pPr>
              <w:spacing w:after="20"/>
            </w:pPr>
            <w:r>
              <w:rPr>
                <w:sz w:val="13"/>
              </w:rPr>
              <w:t>11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DEC287" w14:textId="77777777" w:rsidR="00414768" w:rsidRDefault="00000000">
            <w:pPr>
              <w:spacing w:after="20"/>
            </w:pPr>
            <w:r>
              <w:rPr>
                <w:sz w:val="13"/>
              </w:rPr>
              <w:t>How can we ask questions about artefacts?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D98F54" w14:textId="77777777" w:rsidR="00414768" w:rsidRDefault="00000000">
            <w:pPr>
              <w:spacing w:after="20"/>
            </w:pPr>
            <w:r>
              <w:rPr>
                <w:sz w:val="13"/>
              </w:rPr>
              <w:t>We can ask who, what, when, where, why and how questions.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5C84FF" w14:textId="77777777" w:rsidR="00414768" w:rsidRDefault="00000000">
            <w:pPr>
              <w:spacing w:after="20"/>
            </w:pPr>
            <w:r>
              <w:rPr>
                <w:sz w:val="13"/>
              </w:rPr>
              <w:t>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6711A9" w14:textId="77777777" w:rsidR="00414768" w:rsidRDefault="00000000">
            <w:pPr>
              <w:spacing w:after="20"/>
            </w:pPr>
            <w:r>
              <w:rPr>
                <w:sz w:val="13"/>
              </w:rPr>
              <w:t>Frayer model for chronology or artefact.</w:t>
            </w:r>
          </w:p>
        </w:tc>
      </w:tr>
      <w:tr w:rsidR="00414768" w14:paraId="6AF13A1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73EF91" w14:textId="77777777" w:rsidR="00414768" w:rsidRDefault="00000000">
            <w:pPr>
              <w:spacing w:after="20"/>
            </w:pPr>
            <w:r>
              <w:rPr>
                <w:sz w:val="13"/>
              </w:rPr>
              <w:t>12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BA856A" w14:textId="77777777" w:rsidR="00414768" w:rsidRDefault="00000000">
            <w:pPr>
              <w:spacing w:after="20"/>
            </w:pPr>
            <w:r>
              <w:rPr>
                <w:sz w:val="13"/>
              </w:rPr>
              <w:t>What have we learned about toys and homes?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9CF12C" w14:textId="77777777" w:rsidR="00414768" w:rsidRDefault="00000000">
            <w:pPr>
              <w:spacing w:after="20"/>
            </w:pPr>
            <w:r>
              <w:rPr>
                <w:sz w:val="13"/>
              </w:rPr>
              <w:t>Toys and homes have changed within living memory, but some things have stayed similar.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DD11A1" w14:textId="77777777" w:rsidR="00414768" w:rsidRDefault="00000000">
            <w:pPr>
              <w:spacing w:after="20"/>
            </w:pPr>
            <w:r>
              <w:rPr>
                <w:sz w:val="13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FA35DE" w14:textId="77777777" w:rsidR="00414768" w:rsidRDefault="00000000">
            <w:pPr>
              <w:spacing w:after="20"/>
            </w:pPr>
            <w:r>
              <w:rPr>
                <w:sz w:val="13"/>
              </w:rPr>
              <w:t>A photograph can give evidence about the past. True or false? Prove it.</w:t>
            </w:r>
          </w:p>
        </w:tc>
      </w:tr>
    </w:tbl>
    <w:p w14:paraId="434EB09E" w14:textId="77777777" w:rsidR="00414768" w:rsidRDefault="00414768"/>
    <w:p w14:paraId="3CDA67A7" w14:textId="77777777" w:rsidR="00414768" w:rsidRDefault="00000000">
      <w:pPr>
        <w:pStyle w:val="Heading2"/>
      </w:pPr>
      <w:r>
        <w:rPr>
          <w:color w:val="7F4E00"/>
        </w:rPr>
        <w:t>Spring Term: Florence Nightingale and Mary Seacole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5"/>
        <w:gridCol w:w="3106"/>
        <w:gridCol w:w="3106"/>
        <w:gridCol w:w="3106"/>
        <w:gridCol w:w="3105"/>
      </w:tblGrid>
      <w:tr w:rsidR="00414768" w14:paraId="2BDF1D14" w14:textId="77777777">
        <w:trPr>
          <w:jc w:val="center"/>
        </w:trPr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C74BBC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B12B82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DF0D9E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1A35C0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Disciplinary focus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8CC7F0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Example meta-learning question</w:t>
            </w:r>
          </w:p>
        </w:tc>
      </w:tr>
      <w:tr w:rsidR="00414768" w14:paraId="1A27F71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6B4868" w14:textId="77777777" w:rsidR="00414768" w:rsidRDefault="00000000">
            <w:pPr>
              <w:spacing w:after="20"/>
            </w:pPr>
            <w:r>
              <w:rPr>
                <w:sz w:val="13"/>
              </w:rPr>
              <w:t>13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C583D8" w14:textId="77777777" w:rsidR="00414768" w:rsidRDefault="00000000">
            <w:pPr>
              <w:spacing w:after="20"/>
            </w:pPr>
            <w:r>
              <w:rPr>
                <w:sz w:val="13"/>
              </w:rPr>
              <w:t>What does significant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5FA294" w14:textId="77777777" w:rsidR="00414768" w:rsidRDefault="00000000">
            <w:pPr>
              <w:spacing w:after="20"/>
            </w:pPr>
            <w:r>
              <w:rPr>
                <w:sz w:val="13"/>
              </w:rPr>
              <w:t>Significant means important enough to be remembered or to have made a difference.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ECC894" w14:textId="77777777" w:rsidR="00414768" w:rsidRDefault="00000000">
            <w:pPr>
              <w:spacing w:after="20"/>
            </w:pPr>
            <w:r>
              <w:rPr>
                <w:sz w:val="13"/>
              </w:rPr>
              <w:t>Chronology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D7B42E" w14:textId="77777777" w:rsidR="00414768" w:rsidRDefault="00000000">
            <w:pPr>
              <w:spacing w:after="20"/>
            </w:pPr>
            <w:r>
              <w:rPr>
                <w:sz w:val="13"/>
              </w:rPr>
              <w:t>Odd one out: Florence Nightingale, Mary Seacole, Samuel Pepys. Explain.</w:t>
            </w:r>
          </w:p>
        </w:tc>
      </w:tr>
      <w:tr w:rsidR="00414768" w14:paraId="4A0E9E9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3F17E8" w14:textId="77777777" w:rsidR="00414768" w:rsidRDefault="00000000">
            <w:pPr>
              <w:spacing w:after="20"/>
            </w:pPr>
            <w:r>
              <w:rPr>
                <w:sz w:val="13"/>
              </w:rPr>
              <w:t>14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84DDFF" w14:textId="77777777" w:rsidR="00414768" w:rsidRDefault="00000000">
            <w:pPr>
              <w:spacing w:after="20"/>
            </w:pPr>
            <w:r>
              <w:rPr>
                <w:sz w:val="13"/>
              </w:rPr>
              <w:t>Who was Florence Nightingale?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455AC0" w14:textId="77777777" w:rsidR="00414768" w:rsidRDefault="00000000">
            <w:pPr>
              <w:spacing w:after="20"/>
            </w:pPr>
            <w:r>
              <w:rPr>
                <w:sz w:val="13"/>
              </w:rPr>
              <w:t>Florence Nightingale was a significant nurse remembered for improving nursing and hospitals.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B74CCB" w14:textId="77777777" w:rsidR="00414768" w:rsidRDefault="00000000">
            <w:pPr>
              <w:spacing w:after="20"/>
            </w:pPr>
            <w:r>
              <w:rPr>
                <w:sz w:val="13"/>
              </w:rPr>
              <w:t>Sources and 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09E7CE" w14:textId="77777777" w:rsidR="00414768" w:rsidRDefault="00000000">
            <w:pPr>
              <w:spacing w:after="20"/>
            </w:pPr>
            <w:r>
              <w:rPr>
                <w:sz w:val="13"/>
              </w:rPr>
              <w:t>Significant people always become famous straight away. Always, sometimes or never?</w:t>
            </w:r>
          </w:p>
        </w:tc>
      </w:tr>
      <w:tr w:rsidR="00414768" w14:paraId="7F9B89A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E67E51" w14:textId="77777777" w:rsidR="00414768" w:rsidRDefault="00000000">
            <w:pPr>
              <w:spacing w:after="20"/>
            </w:pPr>
            <w:r>
              <w:rPr>
                <w:sz w:val="13"/>
              </w:rPr>
              <w:t>15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88A823" w14:textId="77777777" w:rsidR="00414768" w:rsidRDefault="00000000">
            <w:pPr>
              <w:spacing w:after="20"/>
            </w:pPr>
            <w:r>
              <w:rPr>
                <w:sz w:val="13"/>
              </w:rPr>
              <w:t>Who was Mary Seacole?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A74831" w14:textId="77777777" w:rsidR="00414768" w:rsidRDefault="00000000">
            <w:pPr>
              <w:spacing w:after="20"/>
            </w:pPr>
            <w:r>
              <w:rPr>
                <w:sz w:val="13"/>
              </w:rPr>
              <w:t>Mary Seacole was a significant nurse who cared for sick and injured people.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8954D8" w14:textId="77777777" w:rsidR="00414768" w:rsidRDefault="00000000">
            <w:pPr>
              <w:spacing w:after="20"/>
            </w:pPr>
            <w:r>
              <w:rPr>
                <w:sz w:val="13"/>
              </w:rPr>
              <w:t>Similarity/difference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88C287" w14:textId="77777777" w:rsidR="00414768" w:rsidRDefault="00000000">
            <w:pPr>
              <w:spacing w:after="20"/>
            </w:pPr>
            <w:r>
              <w:rPr>
                <w:sz w:val="13"/>
              </w:rPr>
              <w:t>Double bubble: compare Florence Nightingale and Mary Seacole.</w:t>
            </w:r>
          </w:p>
        </w:tc>
      </w:tr>
      <w:tr w:rsidR="00414768" w14:paraId="31D9118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FC0ED4" w14:textId="77777777" w:rsidR="00414768" w:rsidRDefault="00000000">
            <w:pPr>
              <w:spacing w:after="20"/>
            </w:pPr>
            <w:r>
              <w:rPr>
                <w:sz w:val="13"/>
              </w:rPr>
              <w:t>16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D1A1F9" w14:textId="77777777" w:rsidR="00414768" w:rsidRDefault="00000000">
            <w:pPr>
              <w:spacing w:after="20"/>
            </w:pPr>
            <w:r>
              <w:rPr>
                <w:sz w:val="13"/>
              </w:rPr>
              <w:t>What was the Crimea War?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3FA7D2" w14:textId="77777777" w:rsidR="00414768" w:rsidRDefault="00000000">
            <w:pPr>
              <w:spacing w:after="20"/>
            </w:pPr>
            <w:r>
              <w:rPr>
                <w:sz w:val="13"/>
              </w:rPr>
              <w:t>The Crimea War was a war in the past where Florence Nightingale and Mary Seacole helped soldiers.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15FF61" w14:textId="77777777" w:rsidR="00414768" w:rsidRDefault="00000000">
            <w:pPr>
              <w:spacing w:after="20"/>
            </w:pPr>
            <w:r>
              <w:rPr>
                <w:sz w:val="13"/>
              </w:rPr>
              <w:t>Change/continuity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F2E8C7" w14:textId="77777777" w:rsidR="00414768" w:rsidRDefault="00000000">
            <w:pPr>
              <w:spacing w:after="20"/>
            </w:pPr>
            <w:r>
              <w:rPr>
                <w:sz w:val="13"/>
              </w:rPr>
              <w:t>Frayer model for significant.</w:t>
            </w:r>
          </w:p>
        </w:tc>
      </w:tr>
      <w:tr w:rsidR="00414768" w14:paraId="04CD9F6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815B66" w14:textId="77777777" w:rsidR="00414768" w:rsidRDefault="00000000">
            <w:pPr>
              <w:spacing w:after="20"/>
            </w:pPr>
            <w:r>
              <w:rPr>
                <w:sz w:val="13"/>
              </w:rPr>
              <w:lastRenderedPageBreak/>
              <w:t>17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9C5A94" w14:textId="77777777" w:rsidR="00414768" w:rsidRDefault="00000000">
            <w:pPr>
              <w:spacing w:after="20"/>
            </w:pPr>
            <w:r>
              <w:rPr>
                <w:sz w:val="13"/>
              </w:rPr>
              <w:t>Why is Florence Nightingale remembered?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4BC9CB" w14:textId="77777777" w:rsidR="00414768" w:rsidRDefault="00000000">
            <w:pPr>
              <w:spacing w:after="20"/>
            </w:pPr>
            <w:r>
              <w:rPr>
                <w:sz w:val="13"/>
              </w:rPr>
              <w:t>She improved nursing, cleanliness and care in hospitals.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89250D" w14:textId="77777777" w:rsidR="00414768" w:rsidRDefault="00000000">
            <w:pPr>
              <w:spacing w:after="20"/>
            </w:pPr>
            <w:r>
              <w:rPr>
                <w:sz w:val="13"/>
              </w:rPr>
              <w:t>Cause/consequence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5F0EF5" w14:textId="77777777" w:rsidR="00414768" w:rsidRDefault="00000000">
            <w:pPr>
              <w:spacing w:after="20"/>
            </w:pPr>
            <w:r>
              <w:rPr>
                <w:sz w:val="13"/>
              </w:rPr>
              <w:t>Mary Seacole and Florence Nightingale both helped people in the past. True or false?</w:t>
            </w:r>
          </w:p>
        </w:tc>
      </w:tr>
      <w:tr w:rsidR="00414768" w14:paraId="5EF2CDC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69EAF1" w14:textId="77777777" w:rsidR="00414768" w:rsidRDefault="00000000">
            <w:pPr>
              <w:spacing w:after="20"/>
            </w:pPr>
            <w:r>
              <w:rPr>
                <w:sz w:val="13"/>
              </w:rPr>
              <w:t>18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67114A" w14:textId="77777777" w:rsidR="00414768" w:rsidRDefault="00000000">
            <w:pPr>
              <w:spacing w:after="20"/>
            </w:pPr>
            <w:r>
              <w:rPr>
                <w:sz w:val="13"/>
              </w:rPr>
              <w:t>Why is Mary Seacole remembered?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0F39BE" w14:textId="77777777" w:rsidR="00414768" w:rsidRDefault="00000000">
            <w:pPr>
              <w:spacing w:after="20"/>
            </w:pPr>
            <w:r>
              <w:rPr>
                <w:sz w:val="13"/>
              </w:rPr>
              <w:t>She helped sick and injured soldiers and showed determination.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272396" w14:textId="77777777" w:rsidR="00414768" w:rsidRDefault="00000000">
            <w:pPr>
              <w:spacing w:after="20"/>
            </w:pPr>
            <w:r>
              <w:rPr>
                <w:sz w:val="13"/>
              </w:rPr>
              <w:t>Significance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8D0B2F" w14:textId="77777777" w:rsidR="00414768" w:rsidRDefault="00000000">
            <w:pPr>
              <w:spacing w:after="20"/>
            </w:pPr>
            <w:r>
              <w:rPr>
                <w:sz w:val="13"/>
              </w:rPr>
              <w:t>Hospitals changed because... but... so...</w:t>
            </w:r>
          </w:p>
        </w:tc>
      </w:tr>
      <w:tr w:rsidR="00414768" w14:paraId="5661FC8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CE5FD5" w14:textId="77777777" w:rsidR="00414768" w:rsidRDefault="00000000">
            <w:pPr>
              <w:spacing w:after="20"/>
            </w:pPr>
            <w:r>
              <w:rPr>
                <w:sz w:val="13"/>
              </w:rPr>
              <w:t>19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3F3BDB" w14:textId="77777777" w:rsidR="00414768" w:rsidRDefault="00000000">
            <w:pPr>
              <w:spacing w:after="20"/>
            </w:pPr>
            <w:r>
              <w:rPr>
                <w:sz w:val="13"/>
              </w:rPr>
              <w:t>What is a source?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E8135A" w14:textId="77777777" w:rsidR="00414768" w:rsidRDefault="00000000">
            <w:pPr>
              <w:spacing w:after="20"/>
            </w:pPr>
            <w:r>
              <w:rPr>
                <w:sz w:val="13"/>
              </w:rPr>
              <w:t>A source gives historians evidence about the past.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3B58E3" w14:textId="77777777" w:rsidR="00414768" w:rsidRDefault="00000000">
            <w:pPr>
              <w:spacing w:after="20"/>
            </w:pPr>
            <w:r>
              <w:rPr>
                <w:sz w:val="13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CDB33E" w14:textId="77777777" w:rsidR="00414768" w:rsidRDefault="00000000">
            <w:pPr>
              <w:spacing w:after="20"/>
            </w:pPr>
            <w:r>
              <w:rPr>
                <w:sz w:val="13"/>
              </w:rPr>
              <w:t>Connect three: Crimea War, nurse, significant.</w:t>
            </w:r>
          </w:p>
        </w:tc>
      </w:tr>
      <w:tr w:rsidR="00414768" w14:paraId="044CB3C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21D14A" w14:textId="77777777" w:rsidR="00414768" w:rsidRDefault="00000000">
            <w:pPr>
              <w:spacing w:after="20"/>
            </w:pPr>
            <w:r>
              <w:rPr>
                <w:sz w:val="13"/>
              </w:rPr>
              <w:t>20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66BC3B" w14:textId="77777777" w:rsidR="00414768" w:rsidRDefault="00000000">
            <w:pPr>
              <w:spacing w:after="20"/>
            </w:pPr>
            <w:r>
              <w:rPr>
                <w:sz w:val="13"/>
              </w:rPr>
              <w:t>What questions can we ask about a source?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4FEDB0" w14:textId="77777777" w:rsidR="00414768" w:rsidRDefault="00000000">
            <w:pPr>
              <w:spacing w:after="20"/>
            </w:pPr>
            <w:r>
              <w:rPr>
                <w:sz w:val="13"/>
              </w:rPr>
              <w:t>We can ask who made it, when, why and what it tells us.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5E5300" w14:textId="77777777" w:rsidR="00414768" w:rsidRDefault="00000000">
            <w:pPr>
              <w:spacing w:after="20"/>
            </w:pPr>
            <w:r>
              <w:rPr>
                <w:sz w:val="13"/>
              </w:rPr>
              <w:t>Reliability/bias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A30D94" w14:textId="77777777" w:rsidR="00414768" w:rsidRDefault="00000000">
            <w:pPr>
              <w:spacing w:after="20"/>
            </w:pPr>
            <w:r>
              <w:rPr>
                <w:sz w:val="13"/>
              </w:rPr>
              <w:t>Odd one out: Florence Nightingale, Mary Seacole, Samuel Pepys. Explain.</w:t>
            </w:r>
          </w:p>
        </w:tc>
      </w:tr>
      <w:tr w:rsidR="00414768" w14:paraId="3FC0D6D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9A4219" w14:textId="77777777" w:rsidR="00414768" w:rsidRDefault="00000000">
            <w:pPr>
              <w:spacing w:after="20"/>
            </w:pPr>
            <w:r>
              <w:rPr>
                <w:sz w:val="13"/>
              </w:rPr>
              <w:t>21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E67A44" w14:textId="77777777" w:rsidR="00414768" w:rsidRDefault="00000000">
            <w:pPr>
              <w:spacing w:after="20"/>
            </w:pPr>
            <w:r>
              <w:rPr>
                <w:sz w:val="13"/>
              </w:rPr>
              <w:t>How can a lantern link to Florence Nightingale?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ED83F5" w14:textId="77777777" w:rsidR="00414768" w:rsidRDefault="00000000">
            <w:pPr>
              <w:spacing w:after="20"/>
            </w:pPr>
            <w:r>
              <w:rPr>
                <w:sz w:val="13"/>
              </w:rPr>
              <w:t>The lantern is linked to the way Florence Nightingale was remembered as the Lady with the Lamp.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EC0E37" w14:textId="77777777" w:rsidR="00414768" w:rsidRDefault="00000000">
            <w:pPr>
              <w:spacing w:after="20"/>
            </w:pPr>
            <w:r>
              <w:rPr>
                <w:sz w:val="13"/>
              </w:rPr>
              <w:t>Interpretation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EA475F" w14:textId="77777777" w:rsidR="00414768" w:rsidRDefault="00000000">
            <w:pPr>
              <w:spacing w:after="20"/>
            </w:pPr>
            <w:r>
              <w:rPr>
                <w:sz w:val="13"/>
              </w:rPr>
              <w:t>Significant people always become famous straight away. Always, sometimes or never?</w:t>
            </w:r>
          </w:p>
        </w:tc>
      </w:tr>
      <w:tr w:rsidR="00414768" w14:paraId="192DF45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FF9D79" w14:textId="77777777" w:rsidR="00414768" w:rsidRDefault="00000000">
            <w:pPr>
              <w:spacing w:after="20"/>
            </w:pPr>
            <w:r>
              <w:rPr>
                <w:sz w:val="13"/>
              </w:rPr>
              <w:t>22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4905D8" w14:textId="77777777" w:rsidR="00414768" w:rsidRDefault="00000000">
            <w:pPr>
              <w:spacing w:after="20"/>
            </w:pPr>
            <w:r>
              <w:rPr>
                <w:sz w:val="13"/>
              </w:rPr>
              <w:t>How did Florence and Mary contribute to achievements?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7215F8" w14:textId="77777777" w:rsidR="00414768" w:rsidRDefault="00000000">
            <w:pPr>
              <w:spacing w:after="20"/>
            </w:pPr>
            <w:r>
              <w:rPr>
                <w:sz w:val="13"/>
              </w:rPr>
              <w:t>They contributed to nursing and care for people in need.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C1B783" w14:textId="77777777" w:rsidR="00414768" w:rsidRDefault="00000000">
            <w:pPr>
              <w:spacing w:after="20"/>
            </w:pPr>
            <w:r>
              <w:rPr>
                <w:sz w:val="13"/>
              </w:rPr>
              <w:t>Historical 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AA167F" w14:textId="77777777" w:rsidR="00414768" w:rsidRDefault="00000000">
            <w:pPr>
              <w:spacing w:after="20"/>
            </w:pPr>
            <w:r>
              <w:rPr>
                <w:sz w:val="13"/>
              </w:rPr>
              <w:t>Double bubble: compare Florence Nightingale and Mary Seacole.</w:t>
            </w:r>
          </w:p>
        </w:tc>
      </w:tr>
      <w:tr w:rsidR="00414768" w14:paraId="0A9D749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042865" w14:textId="77777777" w:rsidR="00414768" w:rsidRDefault="00000000">
            <w:pPr>
              <w:spacing w:after="20"/>
            </w:pPr>
            <w:r>
              <w:rPr>
                <w:sz w:val="13"/>
              </w:rPr>
              <w:t>23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8E5C4C" w14:textId="77777777" w:rsidR="00414768" w:rsidRDefault="00000000">
            <w:pPr>
              <w:spacing w:after="20"/>
            </w:pPr>
            <w:r>
              <w:rPr>
                <w:sz w:val="13"/>
              </w:rPr>
              <w:t>How are Florence and Mary similar?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778C86" w14:textId="77777777" w:rsidR="00414768" w:rsidRDefault="00000000">
            <w:pPr>
              <w:spacing w:after="20"/>
            </w:pPr>
            <w:r>
              <w:rPr>
                <w:sz w:val="13"/>
              </w:rPr>
              <w:t>Both helped sick and injured people in the past.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56E45F" w14:textId="77777777" w:rsidR="00414768" w:rsidRDefault="00000000">
            <w:pPr>
              <w:spacing w:after="20"/>
            </w:pPr>
            <w:r>
              <w:rPr>
                <w:sz w:val="13"/>
              </w:rPr>
              <w:t>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83D560" w14:textId="77777777" w:rsidR="00414768" w:rsidRDefault="00000000">
            <w:pPr>
              <w:spacing w:after="20"/>
            </w:pPr>
            <w:r>
              <w:rPr>
                <w:sz w:val="13"/>
              </w:rPr>
              <w:t>Frayer model for significant.</w:t>
            </w:r>
          </w:p>
        </w:tc>
      </w:tr>
      <w:tr w:rsidR="00414768" w14:paraId="15EF0A5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8E2E27" w14:textId="77777777" w:rsidR="00414768" w:rsidRDefault="00000000">
            <w:pPr>
              <w:spacing w:after="20"/>
            </w:pPr>
            <w:r>
              <w:rPr>
                <w:sz w:val="13"/>
              </w:rPr>
              <w:t>24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8D6695" w14:textId="77777777" w:rsidR="00414768" w:rsidRDefault="00000000">
            <w:pPr>
              <w:spacing w:after="20"/>
            </w:pPr>
            <w:r>
              <w:rPr>
                <w:sz w:val="13"/>
              </w:rPr>
              <w:t>How are Florence and Mary different?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A548DB" w14:textId="77777777" w:rsidR="00414768" w:rsidRDefault="00000000">
            <w:pPr>
              <w:spacing w:after="20"/>
            </w:pPr>
            <w:r>
              <w:rPr>
                <w:sz w:val="13"/>
              </w:rPr>
              <w:t>They had different life experiences and are remembered through different sources and stories.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E8D486" w14:textId="77777777" w:rsidR="00414768" w:rsidRDefault="00000000">
            <w:pPr>
              <w:spacing w:after="20"/>
            </w:pPr>
            <w:r>
              <w:rPr>
                <w:sz w:val="13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2DDFC9" w14:textId="77777777" w:rsidR="00414768" w:rsidRDefault="00000000">
            <w:pPr>
              <w:spacing w:after="20"/>
            </w:pPr>
            <w:r>
              <w:rPr>
                <w:sz w:val="13"/>
              </w:rPr>
              <w:t>Mary Seacole and Florence Nightingale both helped people in the past. True or false?</w:t>
            </w:r>
          </w:p>
        </w:tc>
      </w:tr>
    </w:tbl>
    <w:p w14:paraId="0E6BBFA3" w14:textId="77777777" w:rsidR="00414768" w:rsidRDefault="00414768"/>
    <w:p w14:paraId="56A38D81" w14:textId="77777777" w:rsidR="00414768" w:rsidRDefault="00000000">
      <w:pPr>
        <w:pStyle w:val="Heading2"/>
      </w:pPr>
      <w:r>
        <w:rPr>
          <w:color w:val="7F4E00"/>
        </w:rPr>
        <w:t>Summer Term: Seaside Holidays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414768" w14:paraId="6F5E08D6" w14:textId="77777777">
        <w:trPr>
          <w:jc w:val="center"/>
        </w:trPr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787E08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87CF86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31209E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BD3E8A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Disciplinary focus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15189D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Example meta-learning question</w:t>
            </w:r>
          </w:p>
        </w:tc>
      </w:tr>
      <w:tr w:rsidR="00414768" w14:paraId="65CDA8D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85F6BA" w14:textId="77777777" w:rsidR="00414768" w:rsidRDefault="00000000">
            <w:pPr>
              <w:spacing w:after="20"/>
            </w:pPr>
            <w:r>
              <w:rPr>
                <w:sz w:val="13"/>
              </w:rPr>
              <w:t>25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56F025" w14:textId="77777777" w:rsidR="00414768" w:rsidRDefault="00000000">
            <w:pPr>
              <w:spacing w:after="20"/>
            </w:pPr>
            <w:r>
              <w:rPr>
                <w:sz w:val="13"/>
              </w:rPr>
              <w:t>What does living memory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47AC95" w14:textId="77777777" w:rsidR="00414768" w:rsidRDefault="00000000">
            <w:pPr>
              <w:spacing w:after="20"/>
            </w:pPr>
            <w:r>
              <w:rPr>
                <w:sz w:val="13"/>
              </w:rPr>
              <w:t>Living memory means within the time that some people alive today can remember.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B4B4C1" w14:textId="77777777" w:rsidR="00414768" w:rsidRDefault="00000000">
            <w:pPr>
              <w:spacing w:after="20"/>
            </w:pPr>
            <w:r>
              <w:rPr>
                <w:sz w:val="13"/>
              </w:rPr>
              <w:t>Chronology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874E24" w14:textId="77777777" w:rsidR="00414768" w:rsidRDefault="00000000">
            <w:pPr>
              <w:spacing w:after="20"/>
            </w:pPr>
            <w:r>
              <w:rPr>
                <w:sz w:val="13"/>
              </w:rPr>
              <w:t>Odd one out: pier, promenade, smartphone. Explain.</w:t>
            </w:r>
          </w:p>
        </w:tc>
      </w:tr>
      <w:tr w:rsidR="00414768" w14:paraId="2B8C2C4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D36AA5" w14:textId="77777777" w:rsidR="00414768" w:rsidRDefault="00000000">
            <w:pPr>
              <w:spacing w:after="20"/>
            </w:pPr>
            <w:r>
              <w:rPr>
                <w:sz w:val="13"/>
              </w:rPr>
              <w:t>26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AEFF4D" w14:textId="77777777" w:rsidR="00414768" w:rsidRDefault="00000000">
            <w:pPr>
              <w:spacing w:after="20"/>
            </w:pPr>
            <w:r>
              <w:rPr>
                <w:sz w:val="13"/>
              </w:rPr>
              <w:t>What is a seaside holiday?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851221" w14:textId="77777777" w:rsidR="00414768" w:rsidRDefault="00000000">
            <w:pPr>
              <w:spacing w:after="20"/>
            </w:pPr>
            <w:r>
              <w:rPr>
                <w:sz w:val="13"/>
              </w:rPr>
              <w:t>A seaside holiday is a visit to the coast for rest, play or leisure.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1537B4" w14:textId="77777777" w:rsidR="00414768" w:rsidRDefault="00000000">
            <w:pPr>
              <w:spacing w:after="20"/>
            </w:pPr>
            <w:r>
              <w:rPr>
                <w:sz w:val="13"/>
              </w:rPr>
              <w:t>Sources and 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06EBAD" w14:textId="77777777" w:rsidR="00414768" w:rsidRDefault="00000000">
            <w:pPr>
              <w:spacing w:after="20"/>
            </w:pPr>
            <w:r>
              <w:rPr>
                <w:sz w:val="13"/>
              </w:rPr>
              <w:t>Seaside holidays have always been the same. Always, sometimes or never?</w:t>
            </w:r>
          </w:p>
        </w:tc>
      </w:tr>
      <w:tr w:rsidR="00414768" w14:paraId="6EB3C40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8B973B" w14:textId="77777777" w:rsidR="00414768" w:rsidRDefault="00000000">
            <w:pPr>
              <w:spacing w:after="20"/>
            </w:pPr>
            <w:r>
              <w:rPr>
                <w:sz w:val="13"/>
              </w:rPr>
              <w:t>27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357A70" w14:textId="77777777" w:rsidR="00414768" w:rsidRDefault="00000000">
            <w:pPr>
              <w:spacing w:after="20"/>
            </w:pPr>
            <w:r>
              <w:rPr>
                <w:sz w:val="13"/>
              </w:rPr>
              <w:t>What is a pier?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A709E2" w14:textId="77777777" w:rsidR="00414768" w:rsidRDefault="00000000">
            <w:pPr>
              <w:spacing w:after="20"/>
            </w:pPr>
            <w:r>
              <w:rPr>
                <w:sz w:val="13"/>
              </w:rPr>
              <w:t>A pier is a structure built out over the sea.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32EBDB" w14:textId="77777777" w:rsidR="00414768" w:rsidRDefault="00000000">
            <w:pPr>
              <w:spacing w:after="20"/>
            </w:pPr>
            <w:r>
              <w:rPr>
                <w:sz w:val="13"/>
              </w:rPr>
              <w:t>Similarity/difference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8F18B5" w14:textId="77777777" w:rsidR="00414768" w:rsidRDefault="00000000">
            <w:pPr>
              <w:spacing w:after="20"/>
            </w:pPr>
            <w:r>
              <w:rPr>
                <w:sz w:val="13"/>
              </w:rPr>
              <w:t>Double bubble: compare seaside holidays now and 100 years ago.</w:t>
            </w:r>
          </w:p>
        </w:tc>
      </w:tr>
      <w:tr w:rsidR="00414768" w14:paraId="0DA8CF6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740615" w14:textId="77777777" w:rsidR="00414768" w:rsidRDefault="00000000">
            <w:pPr>
              <w:spacing w:after="20"/>
            </w:pPr>
            <w:r>
              <w:rPr>
                <w:sz w:val="13"/>
              </w:rPr>
              <w:t>28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19F652" w14:textId="77777777" w:rsidR="00414768" w:rsidRDefault="00000000">
            <w:pPr>
              <w:spacing w:after="20"/>
            </w:pPr>
            <w:r>
              <w:rPr>
                <w:sz w:val="13"/>
              </w:rPr>
              <w:t>What is a promenade?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0B8574" w14:textId="77777777" w:rsidR="00414768" w:rsidRDefault="00000000">
            <w:pPr>
              <w:spacing w:after="20"/>
            </w:pPr>
            <w:r>
              <w:rPr>
                <w:sz w:val="13"/>
              </w:rPr>
              <w:t>A promenade is a path by the seafront where people walk.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0B7407" w14:textId="77777777" w:rsidR="00414768" w:rsidRDefault="00000000">
            <w:pPr>
              <w:spacing w:after="20"/>
            </w:pPr>
            <w:r>
              <w:rPr>
                <w:sz w:val="13"/>
              </w:rPr>
              <w:t>Change/continuity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6F15EC" w14:textId="77777777" w:rsidR="00414768" w:rsidRDefault="00000000">
            <w:pPr>
              <w:spacing w:after="20"/>
            </w:pPr>
            <w:r>
              <w:rPr>
                <w:sz w:val="13"/>
              </w:rPr>
              <w:t>Frayer model for fact or fiction.</w:t>
            </w:r>
          </w:p>
        </w:tc>
      </w:tr>
      <w:tr w:rsidR="00414768" w14:paraId="31C30BC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2AA0DB" w14:textId="77777777" w:rsidR="00414768" w:rsidRDefault="00000000">
            <w:pPr>
              <w:spacing w:after="20"/>
            </w:pPr>
            <w:r>
              <w:rPr>
                <w:sz w:val="13"/>
              </w:rPr>
              <w:t>29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69A8A2" w14:textId="77777777" w:rsidR="00414768" w:rsidRDefault="00000000">
            <w:pPr>
              <w:spacing w:after="20"/>
            </w:pPr>
            <w:r>
              <w:rPr>
                <w:sz w:val="13"/>
              </w:rPr>
              <w:t>How were seaside holidays different 100 years ago?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7715BC" w14:textId="77777777" w:rsidR="00414768" w:rsidRDefault="00000000">
            <w:pPr>
              <w:spacing w:after="20"/>
            </w:pPr>
            <w:r>
              <w:rPr>
                <w:sz w:val="13"/>
              </w:rPr>
              <w:t>Clothes, transport, entertainment and photographs were often different.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89A0B1" w14:textId="77777777" w:rsidR="00414768" w:rsidRDefault="00000000">
            <w:pPr>
              <w:spacing w:after="20"/>
            </w:pPr>
            <w:r>
              <w:rPr>
                <w:sz w:val="13"/>
              </w:rPr>
              <w:t>Cause/consequence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E68683" w14:textId="77777777" w:rsidR="00414768" w:rsidRDefault="00000000">
            <w:pPr>
              <w:spacing w:after="20"/>
            </w:pPr>
            <w:r>
              <w:rPr>
                <w:sz w:val="13"/>
              </w:rPr>
              <w:t xml:space="preserve">A postcard can be a source </w:t>
            </w:r>
            <w:proofErr w:type="gramStart"/>
            <w:r>
              <w:rPr>
                <w:sz w:val="13"/>
              </w:rPr>
              <w:t>about</w:t>
            </w:r>
            <w:proofErr w:type="gramEnd"/>
            <w:r>
              <w:rPr>
                <w:sz w:val="13"/>
              </w:rPr>
              <w:t xml:space="preserve"> seaside holidays. True or false?</w:t>
            </w:r>
          </w:p>
        </w:tc>
      </w:tr>
      <w:tr w:rsidR="00414768" w14:paraId="639B16B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A6E5D9" w14:textId="77777777" w:rsidR="00414768" w:rsidRDefault="00000000">
            <w:pPr>
              <w:spacing w:after="20"/>
            </w:pPr>
            <w:r>
              <w:rPr>
                <w:sz w:val="13"/>
              </w:rPr>
              <w:t>30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CC7D89" w14:textId="77777777" w:rsidR="00414768" w:rsidRDefault="00000000">
            <w:pPr>
              <w:spacing w:after="20"/>
            </w:pPr>
            <w:r>
              <w:rPr>
                <w:sz w:val="13"/>
              </w:rPr>
              <w:t>What has stayed the same about seaside holidays?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F8EA73" w14:textId="77777777" w:rsidR="00414768" w:rsidRDefault="00000000">
            <w:pPr>
              <w:spacing w:after="20"/>
            </w:pPr>
            <w:r>
              <w:rPr>
                <w:sz w:val="13"/>
              </w:rPr>
              <w:t>People still visit the coast to play, rest and enjoy the sea.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473D62" w14:textId="77777777" w:rsidR="00414768" w:rsidRDefault="00000000">
            <w:pPr>
              <w:spacing w:after="20"/>
            </w:pPr>
            <w:r>
              <w:rPr>
                <w:sz w:val="13"/>
              </w:rPr>
              <w:t>Significance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0A98F7" w14:textId="77777777" w:rsidR="00414768" w:rsidRDefault="00000000">
            <w:pPr>
              <w:spacing w:after="20"/>
            </w:pPr>
            <w:r>
              <w:rPr>
                <w:sz w:val="13"/>
              </w:rPr>
              <w:t>Seaside holidays changed because... but... so...</w:t>
            </w:r>
          </w:p>
        </w:tc>
      </w:tr>
      <w:tr w:rsidR="00414768" w14:paraId="18D66FB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C271C5" w14:textId="77777777" w:rsidR="00414768" w:rsidRDefault="00000000">
            <w:pPr>
              <w:spacing w:after="20"/>
            </w:pPr>
            <w:r>
              <w:rPr>
                <w:sz w:val="13"/>
              </w:rPr>
              <w:t>31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937ADD" w14:textId="77777777" w:rsidR="00414768" w:rsidRDefault="00000000">
            <w:pPr>
              <w:spacing w:after="20"/>
            </w:pPr>
            <w:r>
              <w:rPr>
                <w:sz w:val="13"/>
              </w:rPr>
              <w:t>What does fact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DD6A7E" w14:textId="77777777" w:rsidR="00414768" w:rsidRDefault="00000000">
            <w:pPr>
              <w:spacing w:after="20"/>
            </w:pPr>
            <w:r>
              <w:rPr>
                <w:sz w:val="13"/>
              </w:rPr>
              <w:t>A fact is something that can be checked as true.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4B4780" w14:textId="77777777" w:rsidR="00414768" w:rsidRDefault="00000000">
            <w:pPr>
              <w:spacing w:after="20"/>
            </w:pPr>
            <w:r>
              <w:rPr>
                <w:sz w:val="13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02F0A2" w14:textId="77777777" w:rsidR="00414768" w:rsidRDefault="00000000">
            <w:pPr>
              <w:spacing w:after="20"/>
            </w:pPr>
            <w:r>
              <w:rPr>
                <w:sz w:val="13"/>
              </w:rPr>
              <w:t>Connect three: pier, promenade, living memory.</w:t>
            </w:r>
          </w:p>
        </w:tc>
      </w:tr>
      <w:tr w:rsidR="00414768" w14:paraId="063ABC6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887281" w14:textId="77777777" w:rsidR="00414768" w:rsidRDefault="00000000">
            <w:pPr>
              <w:spacing w:after="20"/>
            </w:pPr>
            <w:r>
              <w:rPr>
                <w:sz w:val="13"/>
              </w:rPr>
              <w:t>32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9DB374" w14:textId="77777777" w:rsidR="00414768" w:rsidRDefault="00000000">
            <w:pPr>
              <w:spacing w:after="20"/>
            </w:pPr>
            <w:r>
              <w:rPr>
                <w:sz w:val="13"/>
              </w:rPr>
              <w:t>What does fiction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FA34E4" w14:textId="77777777" w:rsidR="00414768" w:rsidRDefault="00000000">
            <w:pPr>
              <w:spacing w:after="20"/>
            </w:pPr>
            <w:r>
              <w:rPr>
                <w:sz w:val="13"/>
              </w:rPr>
              <w:t>Fiction is made up or imagined.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CC012B" w14:textId="77777777" w:rsidR="00414768" w:rsidRDefault="00000000">
            <w:pPr>
              <w:spacing w:after="20"/>
            </w:pPr>
            <w:r>
              <w:rPr>
                <w:sz w:val="13"/>
              </w:rPr>
              <w:t>Reliability/bias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55AF81" w14:textId="77777777" w:rsidR="00414768" w:rsidRDefault="00000000">
            <w:pPr>
              <w:spacing w:after="20"/>
            </w:pPr>
            <w:r>
              <w:rPr>
                <w:sz w:val="13"/>
              </w:rPr>
              <w:t>Odd one out: pier, promenade, smartphone. Explain.</w:t>
            </w:r>
          </w:p>
        </w:tc>
      </w:tr>
      <w:tr w:rsidR="00414768" w14:paraId="74B4E7E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59D13F" w14:textId="77777777" w:rsidR="00414768" w:rsidRDefault="00000000">
            <w:pPr>
              <w:spacing w:after="20"/>
            </w:pPr>
            <w:r>
              <w:rPr>
                <w:sz w:val="13"/>
              </w:rPr>
              <w:t>33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BD28F8" w14:textId="77777777" w:rsidR="00414768" w:rsidRDefault="00000000">
            <w:pPr>
              <w:spacing w:after="20"/>
            </w:pPr>
            <w:r>
              <w:rPr>
                <w:sz w:val="13"/>
              </w:rPr>
              <w:t>How can postcards help us learn about seaside holidays?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D965B9" w14:textId="77777777" w:rsidR="00414768" w:rsidRDefault="00000000">
            <w:pPr>
              <w:spacing w:after="20"/>
            </w:pPr>
            <w:r>
              <w:rPr>
                <w:sz w:val="13"/>
              </w:rPr>
              <w:t>Postcards can show places, clothes, transport and activities.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202373" w14:textId="77777777" w:rsidR="00414768" w:rsidRDefault="00000000">
            <w:pPr>
              <w:spacing w:after="20"/>
            </w:pPr>
            <w:r>
              <w:rPr>
                <w:sz w:val="13"/>
              </w:rPr>
              <w:t>Interpretation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FCEA4B" w14:textId="77777777" w:rsidR="00414768" w:rsidRDefault="00000000">
            <w:pPr>
              <w:spacing w:after="20"/>
            </w:pPr>
            <w:r>
              <w:rPr>
                <w:sz w:val="13"/>
              </w:rPr>
              <w:t>Seaside holidays have always been the same. Always, sometimes or never?</w:t>
            </w:r>
          </w:p>
        </w:tc>
      </w:tr>
      <w:tr w:rsidR="00414768" w14:paraId="6E67A4C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328780" w14:textId="77777777" w:rsidR="00414768" w:rsidRDefault="00000000">
            <w:pPr>
              <w:spacing w:after="20"/>
            </w:pPr>
            <w:r>
              <w:rPr>
                <w:sz w:val="13"/>
              </w:rPr>
              <w:t>34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852506" w14:textId="77777777" w:rsidR="00414768" w:rsidRDefault="00000000">
            <w:pPr>
              <w:spacing w:after="20"/>
            </w:pPr>
            <w:r>
              <w:rPr>
                <w:sz w:val="13"/>
              </w:rPr>
              <w:t>Why might memories not be completely reliable?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EA23C1" w14:textId="77777777" w:rsidR="00414768" w:rsidRDefault="00000000">
            <w:pPr>
              <w:spacing w:after="20"/>
            </w:pPr>
            <w:r>
              <w:rPr>
                <w:sz w:val="13"/>
              </w:rPr>
              <w:t>People may forget details or remember things differently.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6A9561" w14:textId="77777777" w:rsidR="00414768" w:rsidRDefault="00000000">
            <w:pPr>
              <w:spacing w:after="20"/>
            </w:pPr>
            <w:r>
              <w:rPr>
                <w:sz w:val="13"/>
              </w:rPr>
              <w:t>Historical 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F18428" w14:textId="77777777" w:rsidR="00414768" w:rsidRDefault="00000000">
            <w:pPr>
              <w:spacing w:after="20"/>
            </w:pPr>
            <w:r>
              <w:rPr>
                <w:sz w:val="13"/>
              </w:rPr>
              <w:t>Double bubble: compare seaside holidays now and 100 years ago.</w:t>
            </w:r>
          </w:p>
        </w:tc>
      </w:tr>
      <w:tr w:rsidR="00414768" w14:paraId="5DD38AB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2A6E78" w14:textId="77777777" w:rsidR="00414768" w:rsidRDefault="00000000">
            <w:pPr>
              <w:spacing w:after="20"/>
            </w:pPr>
            <w:r>
              <w:rPr>
                <w:sz w:val="13"/>
              </w:rPr>
              <w:t>35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DCC059" w14:textId="77777777" w:rsidR="00414768" w:rsidRDefault="00000000">
            <w:pPr>
              <w:spacing w:after="20"/>
            </w:pPr>
            <w:r>
              <w:rPr>
                <w:sz w:val="13"/>
              </w:rPr>
              <w:t>Which seaside holiday would you prefer and why?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CBC623" w14:textId="77777777" w:rsidR="00414768" w:rsidRDefault="00000000">
            <w:pPr>
              <w:spacing w:after="20"/>
            </w:pPr>
            <w:r>
              <w:rPr>
                <w:sz w:val="13"/>
              </w:rPr>
              <w:t>Pupils should use evidence to compare past and present seaside holidays.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7D0235" w14:textId="77777777" w:rsidR="00414768" w:rsidRDefault="00000000">
            <w:pPr>
              <w:spacing w:after="20"/>
            </w:pPr>
            <w:r>
              <w:rPr>
                <w:sz w:val="13"/>
              </w:rPr>
              <w:t>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CA8EC3" w14:textId="77777777" w:rsidR="00414768" w:rsidRDefault="00000000">
            <w:pPr>
              <w:spacing w:after="20"/>
            </w:pPr>
            <w:r>
              <w:rPr>
                <w:sz w:val="13"/>
              </w:rPr>
              <w:t>Frayer model for fact or fiction.</w:t>
            </w:r>
          </w:p>
        </w:tc>
      </w:tr>
      <w:tr w:rsidR="00414768" w14:paraId="4885A37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7D209E" w14:textId="77777777" w:rsidR="00414768" w:rsidRDefault="00000000">
            <w:pPr>
              <w:spacing w:after="20"/>
            </w:pPr>
            <w:r>
              <w:rPr>
                <w:sz w:val="13"/>
              </w:rPr>
              <w:t>36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58FF3A" w14:textId="77777777" w:rsidR="00414768" w:rsidRDefault="00000000">
            <w:pPr>
              <w:spacing w:after="20"/>
            </w:pPr>
            <w:r>
              <w:rPr>
                <w:sz w:val="13"/>
              </w:rPr>
              <w:t>What have we learned about change in living memory?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4425E5" w14:textId="77777777" w:rsidR="00414768" w:rsidRDefault="00000000">
            <w:pPr>
              <w:spacing w:after="20"/>
            </w:pPr>
            <w:r>
              <w:rPr>
                <w:sz w:val="13"/>
              </w:rPr>
              <w:t>Homes, toys and seaside holidays have changed over time, but some things continue.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6E8327" w14:textId="77777777" w:rsidR="00414768" w:rsidRDefault="00000000">
            <w:pPr>
              <w:spacing w:after="20"/>
            </w:pPr>
            <w:r>
              <w:rPr>
                <w:sz w:val="13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AA5B83" w14:textId="77777777" w:rsidR="00414768" w:rsidRDefault="00000000">
            <w:pPr>
              <w:spacing w:after="20"/>
            </w:pPr>
            <w:r>
              <w:rPr>
                <w:sz w:val="13"/>
              </w:rPr>
              <w:t xml:space="preserve">A postcard can be a source </w:t>
            </w:r>
            <w:proofErr w:type="gramStart"/>
            <w:r>
              <w:rPr>
                <w:sz w:val="13"/>
              </w:rPr>
              <w:t>about</w:t>
            </w:r>
            <w:proofErr w:type="gramEnd"/>
            <w:r>
              <w:rPr>
                <w:sz w:val="13"/>
              </w:rPr>
              <w:t xml:space="preserve"> seaside holidays. True or false?</w:t>
            </w:r>
          </w:p>
        </w:tc>
      </w:tr>
    </w:tbl>
    <w:p w14:paraId="49DC8470" w14:textId="77777777" w:rsidR="00414768" w:rsidRDefault="00414768"/>
    <w:p w14:paraId="2BD19AB9" w14:textId="77777777" w:rsidR="00414768" w:rsidRDefault="00000000">
      <w:r>
        <w:br w:type="page"/>
      </w:r>
    </w:p>
    <w:p w14:paraId="2329837A" w14:textId="77777777" w:rsidR="00414768" w:rsidRDefault="00000000">
      <w:pPr>
        <w:pStyle w:val="Heading1"/>
      </w:pPr>
      <w:r>
        <w:rPr>
          <w:color w:val="7F4E00"/>
        </w:rPr>
        <w:lastRenderedPageBreak/>
        <w:t>Year 2 History Retrieval Plan</w:t>
      </w:r>
    </w:p>
    <w:p w14:paraId="0AA591C0" w14:textId="77777777" w:rsidR="00414768" w:rsidRDefault="00000000">
      <w:pPr>
        <w:pStyle w:val="Heading2"/>
      </w:pPr>
      <w:r>
        <w:rPr>
          <w:color w:val="7F4E00"/>
        </w:rPr>
        <w:t>Autumn Term: Famous Explorers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5"/>
        <w:gridCol w:w="3105"/>
        <w:gridCol w:w="3106"/>
        <w:gridCol w:w="3106"/>
        <w:gridCol w:w="3106"/>
      </w:tblGrid>
      <w:tr w:rsidR="00414768" w14:paraId="561D9C01" w14:textId="77777777">
        <w:trPr>
          <w:jc w:val="center"/>
        </w:trPr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D52F98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8FA093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1016BF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457413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Disciplinary focus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83032C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Example meta-learning question</w:t>
            </w:r>
          </w:p>
        </w:tc>
      </w:tr>
      <w:tr w:rsidR="00414768" w14:paraId="2AA63F4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F6B74B" w14:textId="77777777" w:rsidR="00414768" w:rsidRDefault="00000000">
            <w:pPr>
              <w:spacing w:after="20"/>
            </w:pPr>
            <w:r>
              <w:rPr>
                <w:sz w:val="13"/>
              </w:rPr>
              <w:t>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E2856C" w14:textId="77777777" w:rsidR="00414768" w:rsidRDefault="00000000">
            <w:pPr>
              <w:spacing w:after="20"/>
            </w:pPr>
            <w:r>
              <w:rPr>
                <w:sz w:val="13"/>
              </w:rPr>
              <w:t>What is a significant person?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255D84" w14:textId="77777777" w:rsidR="00414768" w:rsidRDefault="00000000">
            <w:pPr>
              <w:spacing w:after="20"/>
            </w:pPr>
            <w:r>
              <w:rPr>
                <w:sz w:val="13"/>
              </w:rPr>
              <w:t>A significant person is remembered because they made a difference or achieved something important.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8196A0" w14:textId="77777777" w:rsidR="00414768" w:rsidRDefault="00000000">
            <w:pPr>
              <w:spacing w:after="20"/>
            </w:pPr>
            <w:r>
              <w:rPr>
                <w:sz w:val="13"/>
              </w:rPr>
              <w:t>Chronology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7C53C3" w14:textId="77777777" w:rsidR="00414768" w:rsidRDefault="00000000">
            <w:pPr>
              <w:spacing w:after="20"/>
            </w:pPr>
            <w:r>
              <w:rPr>
                <w:sz w:val="13"/>
              </w:rPr>
              <w:t>Odd one out: Matthew Henson, Neil Armstrong, Samuel Pepys. Explain.</w:t>
            </w:r>
          </w:p>
        </w:tc>
      </w:tr>
      <w:tr w:rsidR="00414768" w14:paraId="136655D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D7302F" w14:textId="77777777" w:rsidR="00414768" w:rsidRDefault="00000000">
            <w:pPr>
              <w:spacing w:after="20"/>
            </w:pPr>
            <w:r>
              <w:rPr>
                <w:sz w:val="13"/>
              </w:rPr>
              <w:t>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60524A" w14:textId="77777777" w:rsidR="00414768" w:rsidRDefault="00000000">
            <w:pPr>
              <w:spacing w:after="20"/>
            </w:pPr>
            <w:r>
              <w:rPr>
                <w:sz w:val="13"/>
              </w:rPr>
              <w:t>What is an explorer?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41CB35" w14:textId="77777777" w:rsidR="00414768" w:rsidRDefault="00000000">
            <w:pPr>
              <w:spacing w:after="20"/>
            </w:pPr>
            <w:r>
              <w:rPr>
                <w:sz w:val="13"/>
              </w:rPr>
              <w:t>An explorer is someone who travels to learn about or reach places.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1D806E" w14:textId="77777777" w:rsidR="00414768" w:rsidRDefault="00000000">
            <w:pPr>
              <w:spacing w:after="20"/>
            </w:pPr>
            <w:r>
              <w:rPr>
                <w:sz w:val="13"/>
              </w:rPr>
              <w:t>Sources and 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D4BD14" w14:textId="77777777" w:rsidR="00414768" w:rsidRDefault="00000000">
            <w:pPr>
              <w:spacing w:after="20"/>
            </w:pPr>
            <w:r>
              <w:rPr>
                <w:sz w:val="13"/>
              </w:rPr>
              <w:t>Explorers always travel to places no one has ever seen. Always, sometimes or never?</w:t>
            </w:r>
          </w:p>
        </w:tc>
      </w:tr>
      <w:tr w:rsidR="00414768" w14:paraId="51AB119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F743E9" w14:textId="77777777" w:rsidR="00414768" w:rsidRDefault="00000000">
            <w:pPr>
              <w:spacing w:after="20"/>
            </w:pPr>
            <w:r>
              <w:rPr>
                <w:sz w:val="13"/>
              </w:rPr>
              <w:t>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F52DB1" w14:textId="77777777" w:rsidR="00414768" w:rsidRDefault="00000000">
            <w:pPr>
              <w:spacing w:after="20"/>
            </w:pPr>
            <w:r>
              <w:rPr>
                <w:sz w:val="13"/>
              </w:rPr>
              <w:t>What does expedition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E6B64B" w14:textId="77777777" w:rsidR="00414768" w:rsidRDefault="00000000">
            <w:pPr>
              <w:spacing w:after="20"/>
            </w:pPr>
            <w:r>
              <w:rPr>
                <w:sz w:val="13"/>
              </w:rPr>
              <w:t>An expedition is a journey with a purpose.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EC30AA" w14:textId="77777777" w:rsidR="00414768" w:rsidRDefault="00000000">
            <w:pPr>
              <w:spacing w:after="20"/>
            </w:pPr>
            <w:r>
              <w:rPr>
                <w:sz w:val="13"/>
              </w:rPr>
              <w:t>Similarity/difference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13C64B" w14:textId="77777777" w:rsidR="00414768" w:rsidRDefault="00000000">
            <w:pPr>
              <w:spacing w:after="20"/>
            </w:pPr>
            <w:r>
              <w:rPr>
                <w:sz w:val="13"/>
              </w:rPr>
              <w:t>Double bubble: compare Matthew Henson and another explorer.</w:t>
            </w:r>
          </w:p>
        </w:tc>
      </w:tr>
      <w:tr w:rsidR="00414768" w14:paraId="109FC13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CEF911" w14:textId="77777777" w:rsidR="00414768" w:rsidRDefault="00000000">
            <w:pPr>
              <w:spacing w:after="20"/>
            </w:pPr>
            <w:r>
              <w:rPr>
                <w:sz w:val="13"/>
              </w:rPr>
              <w:t>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35DCE3" w14:textId="77777777" w:rsidR="00414768" w:rsidRDefault="00000000">
            <w:pPr>
              <w:spacing w:after="20"/>
            </w:pPr>
            <w:r>
              <w:rPr>
                <w:sz w:val="13"/>
              </w:rPr>
              <w:t>Where is the Arctic?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67D6E4" w14:textId="77777777" w:rsidR="00414768" w:rsidRDefault="00000000">
            <w:pPr>
              <w:spacing w:after="20"/>
            </w:pPr>
            <w:r>
              <w:rPr>
                <w:sz w:val="13"/>
              </w:rPr>
              <w:t>The Arctic is the region around the North Pole.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ABCE48" w14:textId="77777777" w:rsidR="00414768" w:rsidRDefault="00000000">
            <w:pPr>
              <w:spacing w:after="20"/>
            </w:pPr>
            <w:r>
              <w:rPr>
                <w:sz w:val="13"/>
              </w:rPr>
              <w:t>Change/continuity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1577BF" w14:textId="77777777" w:rsidR="00414768" w:rsidRDefault="00000000">
            <w:pPr>
              <w:spacing w:after="20"/>
            </w:pPr>
            <w:r>
              <w:rPr>
                <w:sz w:val="13"/>
              </w:rPr>
              <w:t>Frayer model for expedition.</w:t>
            </w:r>
          </w:p>
        </w:tc>
      </w:tr>
      <w:tr w:rsidR="00414768" w14:paraId="15029CA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C3305E" w14:textId="77777777" w:rsidR="00414768" w:rsidRDefault="00000000">
            <w:pPr>
              <w:spacing w:after="20"/>
            </w:pPr>
            <w:r>
              <w:rPr>
                <w:sz w:val="13"/>
              </w:rPr>
              <w:t>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236F7F" w14:textId="77777777" w:rsidR="00414768" w:rsidRDefault="00000000">
            <w:pPr>
              <w:spacing w:after="20"/>
            </w:pPr>
            <w:r>
              <w:rPr>
                <w:sz w:val="13"/>
              </w:rPr>
              <w:t>Where is the North Pole?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7943CF" w14:textId="77777777" w:rsidR="00414768" w:rsidRDefault="00000000">
            <w:pPr>
              <w:spacing w:after="20"/>
            </w:pPr>
            <w:r>
              <w:rPr>
                <w:sz w:val="13"/>
              </w:rPr>
              <w:t>The North Pole is the northernmost point on Earth.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2B52E4" w14:textId="77777777" w:rsidR="00414768" w:rsidRDefault="00000000">
            <w:pPr>
              <w:spacing w:after="20"/>
            </w:pPr>
            <w:r>
              <w:rPr>
                <w:sz w:val="13"/>
              </w:rPr>
              <w:t>Cause/consequence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179D84" w14:textId="77777777" w:rsidR="00414768" w:rsidRDefault="00000000">
            <w:pPr>
              <w:spacing w:after="20"/>
            </w:pPr>
            <w:r>
              <w:rPr>
                <w:sz w:val="13"/>
              </w:rPr>
              <w:t>Explorers can be significant because their achievements are remembered. True or false?</w:t>
            </w:r>
          </w:p>
        </w:tc>
      </w:tr>
      <w:tr w:rsidR="00414768" w14:paraId="57A4E50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3FCEDE" w14:textId="77777777" w:rsidR="00414768" w:rsidRDefault="00000000">
            <w:pPr>
              <w:spacing w:after="20"/>
            </w:pPr>
            <w:r>
              <w:rPr>
                <w:sz w:val="13"/>
              </w:rPr>
              <w:t>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EFD039" w14:textId="77777777" w:rsidR="00414768" w:rsidRDefault="00000000">
            <w:pPr>
              <w:spacing w:after="20"/>
            </w:pPr>
            <w:r>
              <w:rPr>
                <w:sz w:val="13"/>
              </w:rPr>
              <w:t>Where is the South Pole?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13EFAC" w14:textId="77777777" w:rsidR="00414768" w:rsidRDefault="00000000">
            <w:pPr>
              <w:spacing w:after="20"/>
            </w:pPr>
            <w:r>
              <w:rPr>
                <w:sz w:val="13"/>
              </w:rPr>
              <w:t>The South Pole is the southernmost point on Earth.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DE98F0" w14:textId="77777777" w:rsidR="00414768" w:rsidRDefault="00000000">
            <w:pPr>
              <w:spacing w:after="20"/>
            </w:pPr>
            <w:r>
              <w:rPr>
                <w:sz w:val="13"/>
              </w:rPr>
              <w:t>Significance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9E07FA" w14:textId="77777777" w:rsidR="00414768" w:rsidRDefault="00000000">
            <w:pPr>
              <w:spacing w:after="20"/>
            </w:pPr>
            <w:r>
              <w:rPr>
                <w:sz w:val="13"/>
              </w:rPr>
              <w:t>Explorers are remembered because... but... so...</w:t>
            </w:r>
          </w:p>
        </w:tc>
      </w:tr>
      <w:tr w:rsidR="00414768" w14:paraId="17F2FF3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F303E6" w14:textId="77777777" w:rsidR="00414768" w:rsidRDefault="00000000">
            <w:pPr>
              <w:spacing w:after="20"/>
            </w:pPr>
            <w:r>
              <w:rPr>
                <w:sz w:val="13"/>
              </w:rPr>
              <w:t>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E97DE5" w14:textId="77777777" w:rsidR="00414768" w:rsidRDefault="00000000">
            <w:pPr>
              <w:spacing w:after="20"/>
            </w:pPr>
            <w:r>
              <w:rPr>
                <w:sz w:val="13"/>
              </w:rPr>
              <w:t>Who was Matthew Henson?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8FB765" w14:textId="77777777" w:rsidR="00414768" w:rsidRDefault="00000000">
            <w:pPr>
              <w:spacing w:after="20"/>
            </w:pPr>
            <w:r>
              <w:rPr>
                <w:sz w:val="13"/>
              </w:rPr>
              <w:t>Matthew Henson was an explorer associated with Arctic exploration.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7B8B89" w14:textId="77777777" w:rsidR="00414768" w:rsidRDefault="00000000">
            <w:pPr>
              <w:spacing w:after="20"/>
            </w:pPr>
            <w:r>
              <w:rPr>
                <w:sz w:val="13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A4EBB2" w14:textId="77777777" w:rsidR="00414768" w:rsidRDefault="00000000">
            <w:pPr>
              <w:spacing w:after="20"/>
            </w:pPr>
            <w:r>
              <w:rPr>
                <w:sz w:val="13"/>
              </w:rPr>
              <w:t>Connect three: Arctic, expedition, North Pole.</w:t>
            </w:r>
          </w:p>
        </w:tc>
      </w:tr>
      <w:tr w:rsidR="00414768" w14:paraId="4CE9A68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354B53" w14:textId="77777777" w:rsidR="00414768" w:rsidRDefault="00000000">
            <w:pPr>
              <w:spacing w:after="20"/>
            </w:pPr>
            <w:r>
              <w:rPr>
                <w:sz w:val="13"/>
              </w:rPr>
              <w:t>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979C65" w14:textId="77777777" w:rsidR="00414768" w:rsidRDefault="00000000">
            <w:pPr>
              <w:spacing w:after="20"/>
            </w:pPr>
            <w:r>
              <w:rPr>
                <w:sz w:val="13"/>
              </w:rPr>
              <w:t>How can we sequence an explorer’s life?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57C874" w14:textId="77777777" w:rsidR="00414768" w:rsidRDefault="00000000">
            <w:pPr>
              <w:spacing w:after="20"/>
            </w:pPr>
            <w:r>
              <w:rPr>
                <w:sz w:val="13"/>
              </w:rPr>
              <w:t>We can put key events in time order on a timeline.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B1C40F" w14:textId="77777777" w:rsidR="00414768" w:rsidRDefault="00000000">
            <w:pPr>
              <w:spacing w:after="20"/>
            </w:pPr>
            <w:r>
              <w:rPr>
                <w:sz w:val="13"/>
              </w:rPr>
              <w:t>Reliability/bias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BB5CF3" w14:textId="77777777" w:rsidR="00414768" w:rsidRDefault="00000000">
            <w:pPr>
              <w:spacing w:after="20"/>
            </w:pPr>
            <w:r>
              <w:rPr>
                <w:sz w:val="13"/>
              </w:rPr>
              <w:t>Odd one out: Matthew Henson, Neil Armstrong, Samuel Pepys. Explain.</w:t>
            </w:r>
          </w:p>
        </w:tc>
      </w:tr>
      <w:tr w:rsidR="00414768" w14:paraId="6AF3876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A65120" w14:textId="77777777" w:rsidR="00414768" w:rsidRDefault="00000000">
            <w:pPr>
              <w:spacing w:after="20"/>
            </w:pPr>
            <w:r>
              <w:rPr>
                <w:sz w:val="13"/>
              </w:rPr>
              <w:t>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83086D" w14:textId="77777777" w:rsidR="00414768" w:rsidRDefault="00000000">
            <w:pPr>
              <w:spacing w:after="20"/>
            </w:pPr>
            <w:r>
              <w:rPr>
                <w:sz w:val="13"/>
              </w:rPr>
              <w:t>What is a primary source?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E7023B" w14:textId="77777777" w:rsidR="00414768" w:rsidRDefault="00000000">
            <w:pPr>
              <w:spacing w:after="20"/>
            </w:pPr>
            <w:r>
              <w:rPr>
                <w:sz w:val="13"/>
              </w:rPr>
              <w:t>A primary source comes from the time being studied.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4D79F6" w14:textId="77777777" w:rsidR="00414768" w:rsidRDefault="00000000">
            <w:pPr>
              <w:spacing w:after="20"/>
            </w:pPr>
            <w:r>
              <w:rPr>
                <w:sz w:val="13"/>
              </w:rPr>
              <w:t>Interpretation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4C94C1" w14:textId="77777777" w:rsidR="00414768" w:rsidRDefault="00000000">
            <w:pPr>
              <w:spacing w:after="20"/>
            </w:pPr>
            <w:r>
              <w:rPr>
                <w:sz w:val="13"/>
              </w:rPr>
              <w:t>Explorers always travel to places no one has ever seen. Always, sometimes or never?</w:t>
            </w:r>
          </w:p>
        </w:tc>
      </w:tr>
      <w:tr w:rsidR="00414768" w14:paraId="19F74F7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9E82B7" w14:textId="77777777" w:rsidR="00414768" w:rsidRDefault="00000000">
            <w:pPr>
              <w:spacing w:after="20"/>
            </w:pPr>
            <w:r>
              <w:rPr>
                <w:sz w:val="13"/>
              </w:rPr>
              <w:t>10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09698B" w14:textId="77777777" w:rsidR="00414768" w:rsidRDefault="00000000">
            <w:pPr>
              <w:spacing w:after="20"/>
            </w:pPr>
            <w:r>
              <w:rPr>
                <w:sz w:val="13"/>
              </w:rPr>
              <w:t>What is a secondary source?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22C2C7" w14:textId="77777777" w:rsidR="00414768" w:rsidRDefault="00000000">
            <w:pPr>
              <w:spacing w:after="20"/>
            </w:pPr>
            <w:r>
              <w:rPr>
                <w:sz w:val="13"/>
              </w:rPr>
              <w:t>A secondary source is made later using evidence.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971880" w14:textId="77777777" w:rsidR="00414768" w:rsidRDefault="00000000">
            <w:pPr>
              <w:spacing w:after="20"/>
            </w:pPr>
            <w:r>
              <w:rPr>
                <w:sz w:val="13"/>
              </w:rPr>
              <w:t>Historical 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938F8F" w14:textId="77777777" w:rsidR="00414768" w:rsidRDefault="00000000">
            <w:pPr>
              <w:spacing w:after="20"/>
            </w:pPr>
            <w:r>
              <w:rPr>
                <w:sz w:val="13"/>
              </w:rPr>
              <w:t>Double bubble: compare Matthew Henson and another explorer.</w:t>
            </w:r>
          </w:p>
        </w:tc>
      </w:tr>
      <w:tr w:rsidR="00414768" w14:paraId="4A0FF07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B0855C" w14:textId="77777777" w:rsidR="00414768" w:rsidRDefault="00000000">
            <w:pPr>
              <w:spacing w:after="20"/>
            </w:pPr>
            <w:r>
              <w:rPr>
                <w:sz w:val="13"/>
              </w:rPr>
              <w:t>11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F9014C" w14:textId="77777777" w:rsidR="00414768" w:rsidRDefault="00000000">
            <w:pPr>
              <w:spacing w:after="20"/>
            </w:pPr>
            <w:r>
              <w:rPr>
                <w:sz w:val="13"/>
              </w:rPr>
              <w:t>Why do we remember explorers?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B3A981" w14:textId="77777777" w:rsidR="00414768" w:rsidRDefault="00000000">
            <w:pPr>
              <w:spacing w:after="20"/>
            </w:pPr>
            <w:r>
              <w:rPr>
                <w:sz w:val="13"/>
              </w:rPr>
              <w:t>Explorers may be remembered for achievements, courage and the impact of their journeys.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7AC575" w14:textId="77777777" w:rsidR="00414768" w:rsidRDefault="00000000">
            <w:pPr>
              <w:spacing w:after="20"/>
            </w:pPr>
            <w:r>
              <w:rPr>
                <w:sz w:val="13"/>
              </w:rPr>
              <w:t>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F5DC44" w14:textId="77777777" w:rsidR="00414768" w:rsidRDefault="00000000">
            <w:pPr>
              <w:spacing w:after="20"/>
            </w:pPr>
            <w:r>
              <w:rPr>
                <w:sz w:val="13"/>
              </w:rPr>
              <w:t>Frayer model for expedition.</w:t>
            </w:r>
          </w:p>
        </w:tc>
      </w:tr>
      <w:tr w:rsidR="00414768" w14:paraId="485EFF0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892EA4" w14:textId="77777777" w:rsidR="00414768" w:rsidRDefault="00000000">
            <w:pPr>
              <w:spacing w:after="20"/>
            </w:pPr>
            <w:r>
              <w:rPr>
                <w:sz w:val="13"/>
              </w:rPr>
              <w:t>12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CF3DDF" w14:textId="77777777" w:rsidR="00414768" w:rsidRDefault="00000000">
            <w:pPr>
              <w:spacing w:after="20"/>
            </w:pPr>
            <w:r>
              <w:rPr>
                <w:sz w:val="13"/>
              </w:rPr>
              <w:t>What have we learned about explorers?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8543E3" w14:textId="77777777" w:rsidR="00414768" w:rsidRDefault="00000000">
            <w:pPr>
              <w:spacing w:after="20"/>
            </w:pPr>
            <w:r>
              <w:rPr>
                <w:sz w:val="13"/>
              </w:rPr>
              <w:t>Explorers can be significant, and historians use sources and timelines to understand them.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8A5E4B" w14:textId="77777777" w:rsidR="00414768" w:rsidRDefault="00000000">
            <w:pPr>
              <w:spacing w:after="20"/>
            </w:pPr>
            <w:r>
              <w:rPr>
                <w:sz w:val="13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501C6B" w14:textId="77777777" w:rsidR="00414768" w:rsidRDefault="00000000">
            <w:pPr>
              <w:spacing w:after="20"/>
            </w:pPr>
            <w:r>
              <w:rPr>
                <w:sz w:val="13"/>
              </w:rPr>
              <w:t>Explorers can be significant because their achievements are remembered. True or false?</w:t>
            </w:r>
          </w:p>
        </w:tc>
      </w:tr>
    </w:tbl>
    <w:p w14:paraId="7F6B68D1" w14:textId="77777777" w:rsidR="00414768" w:rsidRDefault="00414768"/>
    <w:p w14:paraId="56A1049F" w14:textId="77777777" w:rsidR="00414768" w:rsidRDefault="00000000">
      <w:pPr>
        <w:pStyle w:val="Heading2"/>
      </w:pPr>
      <w:r>
        <w:rPr>
          <w:color w:val="7F4E00"/>
        </w:rPr>
        <w:t>Spring Term: Great Fire of London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414768" w14:paraId="7043998B" w14:textId="77777777">
        <w:trPr>
          <w:jc w:val="center"/>
        </w:trPr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3B3AC6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4AB72A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619C33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B2377B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Disciplinary focus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073330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Example meta-learning question</w:t>
            </w:r>
          </w:p>
        </w:tc>
      </w:tr>
      <w:tr w:rsidR="00414768" w14:paraId="48F8B78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6652EB" w14:textId="77777777" w:rsidR="00414768" w:rsidRDefault="00000000">
            <w:pPr>
              <w:spacing w:after="20"/>
            </w:pPr>
            <w:r>
              <w:rPr>
                <w:sz w:val="13"/>
              </w:rPr>
              <w:t>13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87F117" w14:textId="77777777" w:rsidR="00414768" w:rsidRDefault="00000000">
            <w:pPr>
              <w:spacing w:after="20"/>
            </w:pPr>
            <w:r>
              <w:rPr>
                <w:sz w:val="13"/>
              </w:rPr>
              <w:t>What does beyond living memory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38D299" w14:textId="77777777" w:rsidR="00414768" w:rsidRDefault="00000000">
            <w:pPr>
              <w:spacing w:after="20"/>
            </w:pPr>
            <w:r>
              <w:rPr>
                <w:sz w:val="13"/>
              </w:rPr>
              <w:t>Beyond living memory means before anyone alive today can remember.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F43037" w14:textId="77777777" w:rsidR="00414768" w:rsidRDefault="00000000">
            <w:pPr>
              <w:spacing w:after="20"/>
            </w:pPr>
            <w:r>
              <w:rPr>
                <w:sz w:val="13"/>
              </w:rPr>
              <w:t>Chronology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EA98E7" w14:textId="77777777" w:rsidR="00414768" w:rsidRDefault="00000000">
            <w:pPr>
              <w:spacing w:after="20"/>
            </w:pPr>
            <w:r>
              <w:rPr>
                <w:sz w:val="13"/>
              </w:rPr>
              <w:t>Odd one out: Pudding Lane, River Thames, Moon landing. Explain.</w:t>
            </w:r>
          </w:p>
        </w:tc>
      </w:tr>
      <w:tr w:rsidR="00414768" w14:paraId="4321E26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A669B4" w14:textId="77777777" w:rsidR="00414768" w:rsidRDefault="00000000">
            <w:pPr>
              <w:spacing w:after="20"/>
            </w:pPr>
            <w:r>
              <w:rPr>
                <w:sz w:val="13"/>
              </w:rPr>
              <w:t>14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31CAD2" w14:textId="77777777" w:rsidR="00414768" w:rsidRDefault="00000000">
            <w:pPr>
              <w:spacing w:after="20"/>
            </w:pPr>
            <w:r>
              <w:rPr>
                <w:sz w:val="13"/>
              </w:rPr>
              <w:t>What happened in 1666?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3ECF7A" w14:textId="77777777" w:rsidR="00414768" w:rsidRDefault="00000000">
            <w:pPr>
              <w:spacing w:after="20"/>
            </w:pPr>
            <w:r>
              <w:rPr>
                <w:sz w:val="13"/>
              </w:rPr>
              <w:t>The Great Fire of London started in 1666.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AA5874" w14:textId="77777777" w:rsidR="00414768" w:rsidRDefault="00000000">
            <w:pPr>
              <w:spacing w:after="20"/>
            </w:pPr>
            <w:r>
              <w:rPr>
                <w:sz w:val="13"/>
              </w:rPr>
              <w:t>Sources and 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1051E1" w14:textId="77777777" w:rsidR="00414768" w:rsidRDefault="00000000">
            <w:pPr>
              <w:spacing w:after="20"/>
            </w:pPr>
            <w:r>
              <w:rPr>
                <w:sz w:val="13"/>
              </w:rPr>
              <w:t>Events always have only one cause. Always, sometimes or never?</w:t>
            </w:r>
          </w:p>
        </w:tc>
      </w:tr>
      <w:tr w:rsidR="00414768" w14:paraId="472026B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F77611" w14:textId="77777777" w:rsidR="00414768" w:rsidRDefault="00000000">
            <w:pPr>
              <w:spacing w:after="20"/>
            </w:pPr>
            <w:r>
              <w:rPr>
                <w:sz w:val="13"/>
              </w:rPr>
              <w:t>15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792C31" w14:textId="77777777" w:rsidR="00414768" w:rsidRDefault="00000000">
            <w:pPr>
              <w:spacing w:after="20"/>
            </w:pPr>
            <w:r>
              <w:rPr>
                <w:sz w:val="13"/>
              </w:rPr>
              <w:t>Where did the Great Fire of London start?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A10841" w14:textId="77777777" w:rsidR="00414768" w:rsidRDefault="00000000">
            <w:pPr>
              <w:spacing w:after="20"/>
            </w:pPr>
            <w:r>
              <w:rPr>
                <w:sz w:val="13"/>
              </w:rPr>
              <w:t>It started in Pudding Lane.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C65EC9" w14:textId="77777777" w:rsidR="00414768" w:rsidRDefault="00000000">
            <w:pPr>
              <w:spacing w:after="20"/>
            </w:pPr>
            <w:r>
              <w:rPr>
                <w:sz w:val="13"/>
              </w:rPr>
              <w:t>Similarity/difference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2F1AB3" w14:textId="77777777" w:rsidR="00414768" w:rsidRDefault="00000000">
            <w:pPr>
              <w:spacing w:after="20"/>
            </w:pPr>
            <w:r>
              <w:rPr>
                <w:sz w:val="13"/>
              </w:rPr>
              <w:t>Double bubble: compare London before and after the fire.</w:t>
            </w:r>
          </w:p>
        </w:tc>
      </w:tr>
      <w:tr w:rsidR="00414768" w14:paraId="1229A60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7ACEBE" w14:textId="77777777" w:rsidR="00414768" w:rsidRDefault="00000000">
            <w:pPr>
              <w:spacing w:after="20"/>
            </w:pPr>
            <w:r>
              <w:rPr>
                <w:sz w:val="13"/>
              </w:rPr>
              <w:t>16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5A1DB2" w14:textId="77777777" w:rsidR="00414768" w:rsidRDefault="00000000">
            <w:pPr>
              <w:spacing w:after="20"/>
            </w:pPr>
            <w:r>
              <w:rPr>
                <w:sz w:val="13"/>
              </w:rPr>
              <w:t>What was the River Thames?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322B3B" w14:textId="77777777" w:rsidR="00414768" w:rsidRDefault="00000000">
            <w:pPr>
              <w:spacing w:after="20"/>
            </w:pPr>
            <w:r>
              <w:rPr>
                <w:sz w:val="13"/>
              </w:rPr>
              <w:t>The Thames is a river in London.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B129C2" w14:textId="77777777" w:rsidR="00414768" w:rsidRDefault="00000000">
            <w:pPr>
              <w:spacing w:after="20"/>
            </w:pPr>
            <w:r>
              <w:rPr>
                <w:sz w:val="13"/>
              </w:rPr>
              <w:t>Change/continuity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9BE193" w14:textId="77777777" w:rsidR="00414768" w:rsidRDefault="00000000">
            <w:pPr>
              <w:spacing w:after="20"/>
            </w:pPr>
            <w:r>
              <w:rPr>
                <w:sz w:val="13"/>
              </w:rPr>
              <w:t>Frayer model for consequence.</w:t>
            </w:r>
          </w:p>
        </w:tc>
      </w:tr>
      <w:tr w:rsidR="00414768" w14:paraId="6119EC5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D374BE" w14:textId="77777777" w:rsidR="00414768" w:rsidRDefault="00000000">
            <w:pPr>
              <w:spacing w:after="20"/>
            </w:pPr>
            <w:r>
              <w:rPr>
                <w:sz w:val="13"/>
              </w:rPr>
              <w:t>17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32962E" w14:textId="77777777" w:rsidR="00414768" w:rsidRDefault="00000000">
            <w:pPr>
              <w:spacing w:after="20"/>
            </w:pPr>
            <w:r>
              <w:rPr>
                <w:sz w:val="13"/>
              </w:rPr>
              <w:t>What is a cause?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B857E6" w14:textId="77777777" w:rsidR="00414768" w:rsidRDefault="00000000">
            <w:pPr>
              <w:spacing w:after="20"/>
            </w:pPr>
            <w:r>
              <w:rPr>
                <w:sz w:val="13"/>
              </w:rPr>
              <w:t>A cause is a reason why something happened.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10EFB1" w14:textId="77777777" w:rsidR="00414768" w:rsidRDefault="00000000">
            <w:pPr>
              <w:spacing w:after="20"/>
            </w:pPr>
            <w:r>
              <w:rPr>
                <w:sz w:val="13"/>
              </w:rPr>
              <w:t>Cause/consequence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C82AAC" w14:textId="77777777" w:rsidR="00414768" w:rsidRDefault="00000000">
            <w:pPr>
              <w:spacing w:after="20"/>
            </w:pPr>
            <w:r>
              <w:rPr>
                <w:sz w:val="13"/>
              </w:rPr>
              <w:t>The Great Fire of London happened in 1666. True or false?</w:t>
            </w:r>
          </w:p>
        </w:tc>
      </w:tr>
      <w:tr w:rsidR="00414768" w14:paraId="1D9F69F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8D8A92" w14:textId="77777777" w:rsidR="00414768" w:rsidRDefault="00000000">
            <w:pPr>
              <w:spacing w:after="20"/>
            </w:pPr>
            <w:r>
              <w:rPr>
                <w:sz w:val="13"/>
              </w:rPr>
              <w:lastRenderedPageBreak/>
              <w:t>18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09D442" w14:textId="77777777" w:rsidR="00414768" w:rsidRDefault="00000000">
            <w:pPr>
              <w:spacing w:after="20"/>
            </w:pPr>
            <w:r>
              <w:rPr>
                <w:sz w:val="13"/>
              </w:rPr>
              <w:t>Why did the fire spread quickly?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20E449" w14:textId="77777777" w:rsidR="00414768" w:rsidRDefault="00000000">
            <w:pPr>
              <w:spacing w:after="20"/>
            </w:pPr>
            <w:r>
              <w:rPr>
                <w:sz w:val="13"/>
              </w:rPr>
              <w:t>Buildings were close together, many were made from wood, and conditions helped the fire spread.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E2851D" w14:textId="77777777" w:rsidR="00414768" w:rsidRDefault="00000000">
            <w:pPr>
              <w:spacing w:after="20"/>
            </w:pPr>
            <w:r>
              <w:rPr>
                <w:sz w:val="13"/>
              </w:rPr>
              <w:t>Significance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194CAE" w14:textId="77777777" w:rsidR="00414768" w:rsidRDefault="00000000">
            <w:pPr>
              <w:spacing w:after="20"/>
            </w:pPr>
            <w:r>
              <w:rPr>
                <w:sz w:val="13"/>
              </w:rPr>
              <w:t>The fire spread quickly because... but... so...</w:t>
            </w:r>
          </w:p>
        </w:tc>
      </w:tr>
      <w:tr w:rsidR="00414768" w14:paraId="38DF7A6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B09F12" w14:textId="77777777" w:rsidR="00414768" w:rsidRDefault="00000000">
            <w:pPr>
              <w:spacing w:after="20"/>
            </w:pPr>
            <w:r>
              <w:rPr>
                <w:sz w:val="13"/>
              </w:rPr>
              <w:t>19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D31875" w14:textId="77777777" w:rsidR="00414768" w:rsidRDefault="00000000">
            <w:pPr>
              <w:spacing w:after="20"/>
            </w:pPr>
            <w:r>
              <w:rPr>
                <w:sz w:val="13"/>
              </w:rPr>
              <w:t>What is a consequence?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5E0CB5" w14:textId="77777777" w:rsidR="00414768" w:rsidRDefault="00000000">
            <w:pPr>
              <w:spacing w:after="20"/>
            </w:pPr>
            <w:r>
              <w:rPr>
                <w:sz w:val="13"/>
              </w:rPr>
              <w:t>A consequence is what happened because of an event.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1A4B2E" w14:textId="77777777" w:rsidR="00414768" w:rsidRDefault="00000000">
            <w:pPr>
              <w:spacing w:after="20"/>
            </w:pPr>
            <w:r>
              <w:rPr>
                <w:sz w:val="13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C2EBDF" w14:textId="77777777" w:rsidR="00414768" w:rsidRDefault="00000000">
            <w:pPr>
              <w:spacing w:after="20"/>
            </w:pPr>
            <w:r>
              <w:rPr>
                <w:sz w:val="13"/>
              </w:rPr>
              <w:t>Connect three: 1666, Pudding Lane, diary.</w:t>
            </w:r>
          </w:p>
        </w:tc>
      </w:tr>
      <w:tr w:rsidR="00414768" w14:paraId="673A131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681B62" w14:textId="77777777" w:rsidR="00414768" w:rsidRDefault="00000000">
            <w:pPr>
              <w:spacing w:after="20"/>
            </w:pPr>
            <w:r>
              <w:rPr>
                <w:sz w:val="13"/>
              </w:rPr>
              <w:t>20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EF6780" w14:textId="77777777" w:rsidR="00414768" w:rsidRDefault="00000000">
            <w:pPr>
              <w:spacing w:after="20"/>
            </w:pPr>
            <w:r>
              <w:rPr>
                <w:sz w:val="13"/>
              </w:rPr>
              <w:t>What is a diary?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627EBA" w14:textId="77777777" w:rsidR="00414768" w:rsidRDefault="00000000">
            <w:pPr>
              <w:spacing w:after="20"/>
            </w:pPr>
            <w:r>
              <w:rPr>
                <w:sz w:val="13"/>
              </w:rPr>
              <w:t>A diary is a personal written account of events.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A48E9F" w14:textId="77777777" w:rsidR="00414768" w:rsidRDefault="00000000">
            <w:pPr>
              <w:spacing w:after="20"/>
            </w:pPr>
            <w:r>
              <w:rPr>
                <w:sz w:val="13"/>
              </w:rPr>
              <w:t>Reliability/bias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003691" w14:textId="77777777" w:rsidR="00414768" w:rsidRDefault="00000000">
            <w:pPr>
              <w:spacing w:after="20"/>
            </w:pPr>
            <w:r>
              <w:rPr>
                <w:sz w:val="13"/>
              </w:rPr>
              <w:t>Odd one out: Pudding Lane, River Thames, Moon landing. Explain.</w:t>
            </w:r>
          </w:p>
        </w:tc>
      </w:tr>
      <w:tr w:rsidR="00414768" w14:paraId="052AB66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FC59D0" w14:textId="77777777" w:rsidR="00414768" w:rsidRDefault="00000000">
            <w:pPr>
              <w:spacing w:after="20"/>
            </w:pPr>
            <w:r>
              <w:rPr>
                <w:sz w:val="13"/>
              </w:rPr>
              <w:t>21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0E5A54" w14:textId="77777777" w:rsidR="00414768" w:rsidRDefault="00000000">
            <w:pPr>
              <w:spacing w:after="20"/>
            </w:pPr>
            <w:r>
              <w:rPr>
                <w:sz w:val="13"/>
              </w:rPr>
              <w:t>Who was Samuel Pepys?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AC1338" w14:textId="77777777" w:rsidR="00414768" w:rsidRDefault="00000000">
            <w:pPr>
              <w:spacing w:after="20"/>
            </w:pPr>
            <w:r>
              <w:rPr>
                <w:sz w:val="13"/>
              </w:rPr>
              <w:t>Samuel Pepys wrote a diary that helps historians learn about the Great Fire.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6A28DA" w14:textId="77777777" w:rsidR="00414768" w:rsidRDefault="00000000">
            <w:pPr>
              <w:spacing w:after="20"/>
            </w:pPr>
            <w:r>
              <w:rPr>
                <w:sz w:val="13"/>
              </w:rPr>
              <w:t>Interpretation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AE276A" w14:textId="77777777" w:rsidR="00414768" w:rsidRDefault="00000000">
            <w:pPr>
              <w:spacing w:after="20"/>
            </w:pPr>
            <w:r>
              <w:rPr>
                <w:sz w:val="13"/>
              </w:rPr>
              <w:t>Events always have only one cause. Always, sometimes or never?</w:t>
            </w:r>
          </w:p>
        </w:tc>
      </w:tr>
      <w:tr w:rsidR="00414768" w14:paraId="324ACB1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A50774" w14:textId="77777777" w:rsidR="00414768" w:rsidRDefault="00000000">
            <w:pPr>
              <w:spacing w:after="20"/>
            </w:pPr>
            <w:r>
              <w:rPr>
                <w:sz w:val="13"/>
              </w:rPr>
              <w:t>22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1BCC27" w14:textId="77777777" w:rsidR="00414768" w:rsidRDefault="00000000">
            <w:pPr>
              <w:spacing w:after="20"/>
            </w:pPr>
            <w:r>
              <w:rPr>
                <w:sz w:val="13"/>
              </w:rPr>
              <w:t>What is a fire hook?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73B3EE" w14:textId="77777777" w:rsidR="00414768" w:rsidRDefault="00000000">
            <w:pPr>
              <w:spacing w:after="20"/>
            </w:pPr>
            <w:r>
              <w:rPr>
                <w:sz w:val="13"/>
              </w:rPr>
              <w:t>A fire hook was a tool used to pull down buildings to stop fire spreading.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CAA168" w14:textId="77777777" w:rsidR="00414768" w:rsidRDefault="00000000">
            <w:pPr>
              <w:spacing w:after="20"/>
            </w:pPr>
            <w:r>
              <w:rPr>
                <w:sz w:val="13"/>
              </w:rPr>
              <w:t>Historical 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9ED47E" w14:textId="77777777" w:rsidR="00414768" w:rsidRDefault="00000000">
            <w:pPr>
              <w:spacing w:after="20"/>
            </w:pPr>
            <w:r>
              <w:rPr>
                <w:sz w:val="13"/>
              </w:rPr>
              <w:t>Double bubble: compare London before and after the fire.</w:t>
            </w:r>
          </w:p>
        </w:tc>
      </w:tr>
      <w:tr w:rsidR="00414768" w14:paraId="7DA9105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5D87EB" w14:textId="77777777" w:rsidR="00414768" w:rsidRDefault="00000000">
            <w:pPr>
              <w:spacing w:after="20"/>
            </w:pPr>
            <w:r>
              <w:rPr>
                <w:sz w:val="13"/>
              </w:rPr>
              <w:t>23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34316A" w14:textId="77777777" w:rsidR="00414768" w:rsidRDefault="00000000">
            <w:pPr>
              <w:spacing w:after="20"/>
            </w:pPr>
            <w:r>
              <w:rPr>
                <w:sz w:val="13"/>
              </w:rPr>
              <w:t>How did London change after the fire?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5890D6" w14:textId="77777777" w:rsidR="00414768" w:rsidRDefault="00000000">
            <w:pPr>
              <w:spacing w:after="20"/>
            </w:pPr>
            <w:r>
              <w:rPr>
                <w:sz w:val="13"/>
              </w:rPr>
              <w:t>Parts of London were rebuilt and people thought more carefully about fire risk.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B96026" w14:textId="77777777" w:rsidR="00414768" w:rsidRDefault="00000000">
            <w:pPr>
              <w:spacing w:after="20"/>
            </w:pPr>
            <w:r>
              <w:rPr>
                <w:sz w:val="13"/>
              </w:rPr>
              <w:t>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AA55C5" w14:textId="77777777" w:rsidR="00414768" w:rsidRDefault="00000000">
            <w:pPr>
              <w:spacing w:after="20"/>
            </w:pPr>
            <w:r>
              <w:rPr>
                <w:sz w:val="13"/>
              </w:rPr>
              <w:t>Frayer model for consequence.</w:t>
            </w:r>
          </w:p>
        </w:tc>
      </w:tr>
      <w:tr w:rsidR="00414768" w14:paraId="236286C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E61A5A" w14:textId="77777777" w:rsidR="00414768" w:rsidRDefault="00000000">
            <w:pPr>
              <w:spacing w:after="20"/>
            </w:pPr>
            <w:r>
              <w:rPr>
                <w:sz w:val="13"/>
              </w:rPr>
              <w:t>24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8DC2B0" w14:textId="77777777" w:rsidR="00414768" w:rsidRDefault="00000000">
            <w:pPr>
              <w:spacing w:after="20"/>
            </w:pPr>
            <w:r>
              <w:rPr>
                <w:sz w:val="13"/>
              </w:rPr>
              <w:t>What have we learned about the Great Fire?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72CB88" w14:textId="77777777" w:rsidR="00414768" w:rsidRDefault="00000000">
            <w:pPr>
              <w:spacing w:after="20"/>
            </w:pPr>
            <w:r>
              <w:rPr>
                <w:sz w:val="13"/>
              </w:rPr>
              <w:t>The Great Fire was a significant national event with causes and consequences.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F6E1F8" w14:textId="77777777" w:rsidR="00414768" w:rsidRDefault="00000000">
            <w:pPr>
              <w:spacing w:after="20"/>
            </w:pPr>
            <w:r>
              <w:rPr>
                <w:sz w:val="13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47BE75" w14:textId="77777777" w:rsidR="00414768" w:rsidRDefault="00000000">
            <w:pPr>
              <w:spacing w:after="20"/>
            </w:pPr>
            <w:r>
              <w:rPr>
                <w:sz w:val="13"/>
              </w:rPr>
              <w:t>The Great Fire of London happened in 1666. True or false?</w:t>
            </w:r>
          </w:p>
        </w:tc>
      </w:tr>
    </w:tbl>
    <w:p w14:paraId="15D8D523" w14:textId="77777777" w:rsidR="00414768" w:rsidRDefault="00414768"/>
    <w:p w14:paraId="3A756194" w14:textId="77777777" w:rsidR="00414768" w:rsidRDefault="00000000">
      <w:pPr>
        <w:pStyle w:val="Heading2"/>
      </w:pPr>
      <w:r>
        <w:rPr>
          <w:color w:val="7F4E00"/>
        </w:rPr>
        <w:t>Summer Term: Local Study: Gedling Memorial Hall and War Memorial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414768" w14:paraId="48E7F58F" w14:textId="77777777">
        <w:trPr>
          <w:jc w:val="center"/>
        </w:trPr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2D37A4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BC765B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154A7C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D7778D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Disciplinary focus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12237A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Example meta-learning question</w:t>
            </w:r>
          </w:p>
        </w:tc>
      </w:tr>
      <w:tr w:rsidR="00414768" w14:paraId="71BA8D9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C43AB5" w14:textId="77777777" w:rsidR="00414768" w:rsidRDefault="00000000">
            <w:pPr>
              <w:spacing w:after="20"/>
            </w:pPr>
            <w:r>
              <w:rPr>
                <w:sz w:val="13"/>
              </w:rPr>
              <w:t>25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0CD75E" w14:textId="77777777" w:rsidR="00414768" w:rsidRDefault="00000000">
            <w:pPr>
              <w:spacing w:after="20"/>
            </w:pPr>
            <w:r>
              <w:rPr>
                <w:sz w:val="13"/>
              </w:rPr>
              <w:t>What does local history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AF1209" w14:textId="77777777" w:rsidR="00414768" w:rsidRDefault="00000000">
            <w:pPr>
              <w:spacing w:after="20"/>
            </w:pPr>
            <w:r>
              <w:rPr>
                <w:sz w:val="13"/>
              </w:rPr>
              <w:t>Local history is history linked to our area.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53916D" w14:textId="77777777" w:rsidR="00414768" w:rsidRDefault="00000000">
            <w:pPr>
              <w:spacing w:after="20"/>
            </w:pPr>
            <w:r>
              <w:rPr>
                <w:sz w:val="13"/>
              </w:rPr>
              <w:t>Chronology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FED83D" w14:textId="77777777" w:rsidR="00414768" w:rsidRDefault="00000000">
            <w:pPr>
              <w:spacing w:after="20"/>
            </w:pPr>
            <w:r>
              <w:rPr>
                <w:sz w:val="13"/>
              </w:rPr>
              <w:t>Odd one out: Gedling Memorial Hall, war memorial, Stonehenge. Explain.</w:t>
            </w:r>
          </w:p>
        </w:tc>
      </w:tr>
      <w:tr w:rsidR="00414768" w14:paraId="0E11D64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D726F0" w14:textId="77777777" w:rsidR="00414768" w:rsidRDefault="00000000">
            <w:pPr>
              <w:spacing w:after="20"/>
            </w:pPr>
            <w:r>
              <w:rPr>
                <w:sz w:val="13"/>
              </w:rPr>
              <w:t>26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FD7E83" w14:textId="77777777" w:rsidR="00414768" w:rsidRDefault="00000000">
            <w:pPr>
              <w:spacing w:after="20"/>
            </w:pPr>
            <w:r>
              <w:rPr>
                <w:sz w:val="13"/>
              </w:rPr>
              <w:t>What is Gedling Memorial Hall?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EB1959" w14:textId="77777777" w:rsidR="00414768" w:rsidRDefault="00000000">
            <w:pPr>
              <w:spacing w:after="20"/>
            </w:pPr>
            <w:r>
              <w:rPr>
                <w:sz w:val="13"/>
              </w:rPr>
              <w:t>Gedling Memorial Hall is a significant local building connected to the community.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380FD2" w14:textId="77777777" w:rsidR="00414768" w:rsidRDefault="00000000">
            <w:pPr>
              <w:spacing w:after="20"/>
            </w:pPr>
            <w:r>
              <w:rPr>
                <w:sz w:val="13"/>
              </w:rPr>
              <w:t>Sources and 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C3D6BC" w14:textId="77777777" w:rsidR="00414768" w:rsidRDefault="00000000">
            <w:pPr>
              <w:spacing w:after="20"/>
            </w:pPr>
            <w:r>
              <w:rPr>
                <w:sz w:val="13"/>
              </w:rPr>
              <w:t>Local places are never linked to national events. Always, sometimes or never?</w:t>
            </w:r>
          </w:p>
        </w:tc>
      </w:tr>
      <w:tr w:rsidR="00414768" w14:paraId="1EB8450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55E517" w14:textId="77777777" w:rsidR="00414768" w:rsidRDefault="00000000">
            <w:pPr>
              <w:spacing w:after="20"/>
            </w:pPr>
            <w:r>
              <w:rPr>
                <w:sz w:val="13"/>
              </w:rPr>
              <w:t>27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427CE5" w14:textId="77777777" w:rsidR="00414768" w:rsidRDefault="00000000">
            <w:pPr>
              <w:spacing w:after="20"/>
            </w:pPr>
            <w:r>
              <w:rPr>
                <w:sz w:val="13"/>
              </w:rPr>
              <w:t>What is a war memorial?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BE395A" w14:textId="77777777" w:rsidR="00414768" w:rsidRDefault="00000000">
            <w:pPr>
              <w:spacing w:after="20"/>
            </w:pPr>
            <w:r>
              <w:rPr>
                <w:sz w:val="13"/>
              </w:rPr>
              <w:t>A war memorial helps people remember those affected by war.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AB1B91" w14:textId="77777777" w:rsidR="00414768" w:rsidRDefault="00000000">
            <w:pPr>
              <w:spacing w:after="20"/>
            </w:pPr>
            <w:r>
              <w:rPr>
                <w:sz w:val="13"/>
              </w:rPr>
              <w:t>Similarity/difference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4D7CC5" w14:textId="77777777" w:rsidR="00414768" w:rsidRDefault="00000000">
            <w:pPr>
              <w:spacing w:after="20"/>
            </w:pPr>
            <w:r>
              <w:rPr>
                <w:sz w:val="13"/>
              </w:rPr>
              <w:t>Double bubble: compare the local area now and a long time ago.</w:t>
            </w:r>
          </w:p>
        </w:tc>
      </w:tr>
      <w:tr w:rsidR="00414768" w14:paraId="06A1B65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3D88AC" w14:textId="77777777" w:rsidR="00414768" w:rsidRDefault="00000000">
            <w:pPr>
              <w:spacing w:after="20"/>
            </w:pPr>
            <w:r>
              <w:rPr>
                <w:sz w:val="13"/>
              </w:rPr>
              <w:t>28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B0E183" w14:textId="77777777" w:rsidR="00414768" w:rsidRDefault="00000000">
            <w:pPr>
              <w:spacing w:after="20"/>
            </w:pPr>
            <w:r>
              <w:rPr>
                <w:sz w:val="13"/>
              </w:rPr>
              <w:t>What was the original school building linked to?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C82CD0" w14:textId="77777777" w:rsidR="00414768" w:rsidRDefault="00000000">
            <w:pPr>
              <w:spacing w:after="20"/>
            </w:pPr>
            <w:r>
              <w:rPr>
                <w:sz w:val="13"/>
              </w:rPr>
              <w:t>The local study links the original school building, Memorial Hall and war memorial.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6C19AF" w14:textId="77777777" w:rsidR="00414768" w:rsidRDefault="00000000">
            <w:pPr>
              <w:spacing w:after="20"/>
            </w:pPr>
            <w:r>
              <w:rPr>
                <w:sz w:val="13"/>
              </w:rPr>
              <w:t>Change/continuity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21F430" w14:textId="77777777" w:rsidR="00414768" w:rsidRDefault="00000000">
            <w:pPr>
              <w:spacing w:after="20"/>
            </w:pPr>
            <w:r>
              <w:rPr>
                <w:sz w:val="13"/>
              </w:rPr>
              <w:t>Frayer model for memorial.</w:t>
            </w:r>
          </w:p>
        </w:tc>
      </w:tr>
      <w:tr w:rsidR="00414768" w14:paraId="058864B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DC3C50" w14:textId="77777777" w:rsidR="00414768" w:rsidRDefault="00000000">
            <w:pPr>
              <w:spacing w:after="20"/>
            </w:pPr>
            <w:r>
              <w:rPr>
                <w:sz w:val="13"/>
              </w:rPr>
              <w:t>29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027858" w14:textId="77777777" w:rsidR="00414768" w:rsidRDefault="00000000">
            <w:pPr>
              <w:spacing w:after="20"/>
            </w:pPr>
            <w:r>
              <w:rPr>
                <w:sz w:val="13"/>
              </w:rPr>
              <w:t>What does Victorian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CF930C" w14:textId="77777777" w:rsidR="00414768" w:rsidRDefault="00000000">
            <w:pPr>
              <w:spacing w:after="20"/>
            </w:pPr>
            <w:r>
              <w:rPr>
                <w:sz w:val="13"/>
              </w:rPr>
              <w:t>Victorian means linked to the reign of Queen Victoria.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490D59" w14:textId="77777777" w:rsidR="00414768" w:rsidRDefault="00000000">
            <w:pPr>
              <w:spacing w:after="20"/>
            </w:pPr>
            <w:r>
              <w:rPr>
                <w:sz w:val="13"/>
              </w:rPr>
              <w:t>Cause/consequence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91EEF0" w14:textId="77777777" w:rsidR="00414768" w:rsidRDefault="00000000">
            <w:pPr>
              <w:spacing w:after="20"/>
            </w:pPr>
            <w:r>
              <w:rPr>
                <w:sz w:val="13"/>
              </w:rPr>
              <w:t>War memorials can help us remember people and events. True or false?</w:t>
            </w:r>
          </w:p>
        </w:tc>
      </w:tr>
      <w:tr w:rsidR="00414768" w14:paraId="18B1F43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8BF613" w14:textId="77777777" w:rsidR="00414768" w:rsidRDefault="00000000">
            <w:pPr>
              <w:spacing w:after="20"/>
            </w:pPr>
            <w:r>
              <w:rPr>
                <w:sz w:val="13"/>
              </w:rPr>
              <w:t>30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6C28F3" w14:textId="77777777" w:rsidR="00414768" w:rsidRDefault="00000000">
            <w:pPr>
              <w:spacing w:after="20"/>
            </w:pPr>
            <w:r>
              <w:rPr>
                <w:sz w:val="13"/>
              </w:rPr>
              <w:t>What does Edwardian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6B90EC" w14:textId="77777777" w:rsidR="00414768" w:rsidRDefault="00000000">
            <w:pPr>
              <w:spacing w:after="20"/>
            </w:pPr>
            <w:r>
              <w:rPr>
                <w:sz w:val="13"/>
              </w:rPr>
              <w:t>Edwardian means linked to the reign of King Edward VII.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A392BD" w14:textId="77777777" w:rsidR="00414768" w:rsidRDefault="00000000">
            <w:pPr>
              <w:spacing w:after="20"/>
            </w:pPr>
            <w:r>
              <w:rPr>
                <w:sz w:val="13"/>
              </w:rPr>
              <w:t>Significance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413C45" w14:textId="77777777" w:rsidR="00414768" w:rsidRDefault="00000000">
            <w:pPr>
              <w:spacing w:after="20"/>
            </w:pPr>
            <w:r>
              <w:rPr>
                <w:sz w:val="13"/>
              </w:rPr>
              <w:t>Gedling Memorial Hall matters because... but... so...</w:t>
            </w:r>
          </w:p>
        </w:tc>
      </w:tr>
      <w:tr w:rsidR="00414768" w14:paraId="351E793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F2B0F4" w14:textId="77777777" w:rsidR="00414768" w:rsidRDefault="00000000">
            <w:pPr>
              <w:spacing w:after="20"/>
            </w:pPr>
            <w:r>
              <w:rPr>
                <w:sz w:val="13"/>
              </w:rPr>
              <w:t>31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7B6BB6" w14:textId="77777777" w:rsidR="00414768" w:rsidRDefault="00000000">
            <w:pPr>
              <w:spacing w:after="20"/>
            </w:pPr>
            <w:r>
              <w:rPr>
                <w:sz w:val="13"/>
              </w:rPr>
              <w:t>What is a sash window?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E014B0" w14:textId="77777777" w:rsidR="00414768" w:rsidRDefault="00000000">
            <w:pPr>
              <w:spacing w:after="20"/>
            </w:pPr>
            <w:r>
              <w:rPr>
                <w:sz w:val="13"/>
              </w:rPr>
              <w:t>A sash window is a traditional window with panels that slide.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86692C" w14:textId="77777777" w:rsidR="00414768" w:rsidRDefault="00000000">
            <w:pPr>
              <w:spacing w:after="20"/>
            </w:pPr>
            <w:r>
              <w:rPr>
                <w:sz w:val="13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7D9087" w14:textId="77777777" w:rsidR="00414768" w:rsidRDefault="00000000">
            <w:pPr>
              <w:spacing w:after="20"/>
            </w:pPr>
            <w:r>
              <w:rPr>
                <w:sz w:val="13"/>
              </w:rPr>
              <w:t>Connect three: Gedling, memorial, local history.</w:t>
            </w:r>
          </w:p>
        </w:tc>
      </w:tr>
      <w:tr w:rsidR="00414768" w14:paraId="5A23EC3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1C00B9" w14:textId="77777777" w:rsidR="00414768" w:rsidRDefault="00000000">
            <w:pPr>
              <w:spacing w:after="20"/>
            </w:pPr>
            <w:r>
              <w:rPr>
                <w:sz w:val="13"/>
              </w:rPr>
              <w:t>32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54B4B0" w14:textId="77777777" w:rsidR="00414768" w:rsidRDefault="00000000">
            <w:pPr>
              <w:spacing w:after="20"/>
            </w:pPr>
            <w:r>
              <w:rPr>
                <w:sz w:val="13"/>
              </w:rPr>
              <w:t>What is a blackboard?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A4AAF6" w14:textId="77777777" w:rsidR="00414768" w:rsidRDefault="00000000">
            <w:pPr>
              <w:spacing w:after="20"/>
            </w:pPr>
            <w:r>
              <w:rPr>
                <w:sz w:val="13"/>
              </w:rPr>
              <w:t>A blackboard was used in classrooms for writing and teaching.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3F9633" w14:textId="77777777" w:rsidR="00414768" w:rsidRDefault="00000000">
            <w:pPr>
              <w:spacing w:after="20"/>
            </w:pPr>
            <w:r>
              <w:rPr>
                <w:sz w:val="13"/>
              </w:rPr>
              <w:t>Reliability/bias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7225E0" w14:textId="77777777" w:rsidR="00414768" w:rsidRDefault="00000000">
            <w:pPr>
              <w:spacing w:after="20"/>
            </w:pPr>
            <w:r>
              <w:rPr>
                <w:sz w:val="13"/>
              </w:rPr>
              <w:t>Odd one out: Gedling Memorial Hall, war memorial, Stonehenge. Explain.</w:t>
            </w:r>
          </w:p>
        </w:tc>
      </w:tr>
      <w:tr w:rsidR="00414768" w14:paraId="04921DA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2B200E" w14:textId="77777777" w:rsidR="00414768" w:rsidRDefault="00000000">
            <w:pPr>
              <w:spacing w:after="20"/>
            </w:pPr>
            <w:r>
              <w:rPr>
                <w:sz w:val="13"/>
              </w:rPr>
              <w:t>33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797388" w14:textId="77777777" w:rsidR="00414768" w:rsidRDefault="00000000">
            <w:pPr>
              <w:spacing w:after="20"/>
            </w:pPr>
            <w:r>
              <w:rPr>
                <w:sz w:val="13"/>
              </w:rPr>
              <w:t>How was the local area different long ago?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51F5F5" w14:textId="77777777" w:rsidR="00414768" w:rsidRDefault="00000000">
            <w:pPr>
              <w:spacing w:after="20"/>
            </w:pPr>
            <w:r>
              <w:rPr>
                <w:sz w:val="13"/>
              </w:rPr>
              <w:t>Buildings, school life, objects and community use of places may have changed.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5591C4" w14:textId="77777777" w:rsidR="00414768" w:rsidRDefault="00000000">
            <w:pPr>
              <w:spacing w:after="20"/>
            </w:pPr>
            <w:r>
              <w:rPr>
                <w:sz w:val="13"/>
              </w:rPr>
              <w:t>Interpretation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C5FD45" w14:textId="77777777" w:rsidR="00414768" w:rsidRDefault="00000000">
            <w:pPr>
              <w:spacing w:after="20"/>
            </w:pPr>
            <w:r>
              <w:rPr>
                <w:sz w:val="13"/>
              </w:rPr>
              <w:t>Local places are never linked to national events. Always, sometimes or never?</w:t>
            </w:r>
          </w:p>
        </w:tc>
      </w:tr>
      <w:tr w:rsidR="00414768" w14:paraId="360BA79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88647C" w14:textId="77777777" w:rsidR="00414768" w:rsidRDefault="00000000">
            <w:pPr>
              <w:spacing w:after="20"/>
            </w:pPr>
            <w:r>
              <w:rPr>
                <w:sz w:val="13"/>
              </w:rPr>
              <w:t>34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83DA91" w14:textId="77777777" w:rsidR="00414768" w:rsidRDefault="00000000">
            <w:pPr>
              <w:spacing w:after="20"/>
            </w:pPr>
            <w:r>
              <w:rPr>
                <w:sz w:val="13"/>
              </w:rPr>
              <w:t>How can maps and photographs show local change?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64A758" w14:textId="77777777" w:rsidR="00414768" w:rsidRDefault="00000000">
            <w:pPr>
              <w:spacing w:after="20"/>
            </w:pPr>
            <w:r>
              <w:rPr>
                <w:sz w:val="13"/>
              </w:rPr>
              <w:t>They can show buildings, roads, land use and features from different times.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74BD6C" w14:textId="77777777" w:rsidR="00414768" w:rsidRDefault="00000000">
            <w:pPr>
              <w:spacing w:after="20"/>
            </w:pPr>
            <w:r>
              <w:rPr>
                <w:sz w:val="13"/>
              </w:rPr>
              <w:t>Historical 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93CC25" w14:textId="77777777" w:rsidR="00414768" w:rsidRDefault="00000000">
            <w:pPr>
              <w:spacing w:after="20"/>
            </w:pPr>
            <w:r>
              <w:rPr>
                <w:sz w:val="13"/>
              </w:rPr>
              <w:t>Double bubble: compare the local area now and a long time ago.</w:t>
            </w:r>
          </w:p>
        </w:tc>
      </w:tr>
      <w:tr w:rsidR="00414768" w14:paraId="1C35DD6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2856E4" w14:textId="77777777" w:rsidR="00414768" w:rsidRDefault="00000000">
            <w:pPr>
              <w:spacing w:after="20"/>
            </w:pPr>
            <w:r>
              <w:rPr>
                <w:sz w:val="13"/>
              </w:rPr>
              <w:t>35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9A5447" w14:textId="77777777" w:rsidR="00414768" w:rsidRDefault="00000000">
            <w:pPr>
              <w:spacing w:after="20"/>
            </w:pPr>
            <w:r>
              <w:rPr>
                <w:sz w:val="13"/>
              </w:rPr>
              <w:t>How can sources help us learn about Gedling?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9FED8D" w14:textId="77777777" w:rsidR="00414768" w:rsidRDefault="00000000">
            <w:pPr>
              <w:spacing w:after="20"/>
            </w:pPr>
            <w:r>
              <w:rPr>
                <w:sz w:val="13"/>
              </w:rPr>
              <w:t>Sources such as photographs, maps, buildings and memories can give evidence.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69182F" w14:textId="77777777" w:rsidR="00414768" w:rsidRDefault="00000000">
            <w:pPr>
              <w:spacing w:after="20"/>
            </w:pPr>
            <w:r>
              <w:rPr>
                <w:sz w:val="13"/>
              </w:rPr>
              <w:t>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D1945E" w14:textId="77777777" w:rsidR="00414768" w:rsidRDefault="00000000">
            <w:pPr>
              <w:spacing w:after="20"/>
            </w:pPr>
            <w:r>
              <w:rPr>
                <w:sz w:val="13"/>
              </w:rPr>
              <w:t>Frayer model for memorial.</w:t>
            </w:r>
          </w:p>
        </w:tc>
      </w:tr>
      <w:tr w:rsidR="00414768" w14:paraId="0D93415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7C5B10" w14:textId="77777777" w:rsidR="00414768" w:rsidRDefault="00000000">
            <w:pPr>
              <w:spacing w:after="20"/>
            </w:pPr>
            <w:r>
              <w:rPr>
                <w:sz w:val="13"/>
              </w:rPr>
              <w:t>36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BE650F" w14:textId="77777777" w:rsidR="00414768" w:rsidRDefault="00000000">
            <w:pPr>
              <w:spacing w:after="20"/>
            </w:pPr>
            <w:r>
              <w:rPr>
                <w:sz w:val="13"/>
              </w:rPr>
              <w:t>What have we learned about Gedling Memorial Hall?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37A7AC" w14:textId="77777777" w:rsidR="00414768" w:rsidRDefault="00000000">
            <w:pPr>
              <w:spacing w:after="20"/>
            </w:pPr>
            <w:r>
              <w:rPr>
                <w:sz w:val="13"/>
              </w:rPr>
              <w:t xml:space="preserve">Memorial Hall and the war memorial connect local </w:t>
            </w:r>
            <w:r>
              <w:rPr>
                <w:sz w:val="13"/>
              </w:rPr>
              <w:lastRenderedPageBreak/>
              <w:t>history with national events and remembrance.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28464E" w14:textId="77777777" w:rsidR="00414768" w:rsidRDefault="00000000">
            <w:pPr>
              <w:spacing w:after="20"/>
            </w:pPr>
            <w:r>
              <w:rPr>
                <w:sz w:val="13"/>
              </w:rPr>
              <w:lastRenderedPageBreak/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1DE97D" w14:textId="77777777" w:rsidR="00414768" w:rsidRDefault="00000000">
            <w:pPr>
              <w:spacing w:after="20"/>
            </w:pPr>
            <w:r>
              <w:rPr>
                <w:sz w:val="13"/>
              </w:rPr>
              <w:t xml:space="preserve">War memorials can help us remember people and </w:t>
            </w:r>
            <w:r>
              <w:rPr>
                <w:sz w:val="13"/>
              </w:rPr>
              <w:lastRenderedPageBreak/>
              <w:t>events. True or false?</w:t>
            </w:r>
          </w:p>
        </w:tc>
      </w:tr>
    </w:tbl>
    <w:p w14:paraId="653F8EA2" w14:textId="77777777" w:rsidR="00414768" w:rsidRDefault="00414768"/>
    <w:p w14:paraId="524FD4BC" w14:textId="77777777" w:rsidR="00414768" w:rsidRDefault="00000000">
      <w:r>
        <w:br w:type="page"/>
      </w:r>
    </w:p>
    <w:p w14:paraId="5BA1221D" w14:textId="77777777" w:rsidR="00414768" w:rsidRDefault="00000000">
      <w:pPr>
        <w:pStyle w:val="Heading1"/>
      </w:pPr>
      <w:r>
        <w:rPr>
          <w:color w:val="7F4E00"/>
        </w:rPr>
        <w:lastRenderedPageBreak/>
        <w:t>Year 3 History Retrieval Plan</w:t>
      </w:r>
    </w:p>
    <w:p w14:paraId="4FA68900" w14:textId="77777777" w:rsidR="00414768" w:rsidRDefault="00000000">
      <w:pPr>
        <w:pStyle w:val="Heading2"/>
      </w:pPr>
      <w:r>
        <w:rPr>
          <w:color w:val="7F4E00"/>
        </w:rPr>
        <w:t>Autumn Term: Stone Age to Iron Age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414768" w14:paraId="105EF6AC" w14:textId="77777777">
        <w:trPr>
          <w:jc w:val="center"/>
        </w:trPr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E2B65E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7B072C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CEE05A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81AD78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Disciplinary focus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E8A716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Example meta-learning question</w:t>
            </w:r>
          </w:p>
        </w:tc>
      </w:tr>
      <w:tr w:rsidR="00414768" w14:paraId="555A8B0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29EBBE" w14:textId="77777777" w:rsidR="00414768" w:rsidRDefault="00000000">
            <w:pPr>
              <w:spacing w:after="20"/>
            </w:pPr>
            <w:r>
              <w:rPr>
                <w:sz w:val="13"/>
              </w:rPr>
              <w:t>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45A7E6" w14:textId="77777777" w:rsidR="00414768" w:rsidRDefault="00000000">
            <w:pPr>
              <w:spacing w:after="20"/>
            </w:pPr>
            <w:r>
              <w:rPr>
                <w:sz w:val="13"/>
              </w:rPr>
              <w:t>What does prehistoric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46EE28" w14:textId="77777777" w:rsidR="00414768" w:rsidRDefault="00000000">
            <w:pPr>
              <w:spacing w:after="20"/>
            </w:pPr>
            <w:r>
              <w:rPr>
                <w:sz w:val="13"/>
              </w:rPr>
              <w:t>Prehistoric means before written records.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2B58F0" w14:textId="77777777" w:rsidR="00414768" w:rsidRDefault="00000000">
            <w:pPr>
              <w:spacing w:after="20"/>
            </w:pPr>
            <w:r>
              <w:rPr>
                <w:sz w:val="13"/>
              </w:rPr>
              <w:t>Chronology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FFB1F2" w14:textId="77777777" w:rsidR="00414768" w:rsidRDefault="00000000">
            <w:pPr>
              <w:spacing w:after="20"/>
            </w:pPr>
            <w:r>
              <w:rPr>
                <w:sz w:val="13"/>
              </w:rPr>
              <w:t>Odd one out: Stone Age, Bronze Age, Iron Age, Romans. Explain.</w:t>
            </w:r>
          </w:p>
        </w:tc>
      </w:tr>
      <w:tr w:rsidR="00414768" w14:paraId="03654D7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952833" w14:textId="77777777" w:rsidR="00414768" w:rsidRDefault="00000000">
            <w:pPr>
              <w:spacing w:after="20"/>
            </w:pPr>
            <w:r>
              <w:rPr>
                <w:sz w:val="13"/>
              </w:rPr>
              <w:t>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33E207" w14:textId="77777777" w:rsidR="00414768" w:rsidRDefault="00000000">
            <w:pPr>
              <w:spacing w:after="20"/>
            </w:pPr>
            <w:r>
              <w:rPr>
                <w:sz w:val="13"/>
              </w:rPr>
              <w:t>What was the Stone Age?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72F48C" w14:textId="77777777" w:rsidR="00414768" w:rsidRDefault="00000000">
            <w:pPr>
              <w:spacing w:after="20"/>
            </w:pPr>
            <w:r>
              <w:rPr>
                <w:sz w:val="13"/>
              </w:rPr>
              <w:t>The Stone Age was a period when people used stone tools.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1C55B5" w14:textId="77777777" w:rsidR="00414768" w:rsidRDefault="00000000">
            <w:pPr>
              <w:spacing w:after="20"/>
            </w:pPr>
            <w:r>
              <w:rPr>
                <w:sz w:val="13"/>
              </w:rPr>
              <w:t>Sources and 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10D918" w14:textId="77777777" w:rsidR="00414768" w:rsidRDefault="00000000">
            <w:pPr>
              <w:spacing w:after="20"/>
            </w:pPr>
            <w:r>
              <w:rPr>
                <w:sz w:val="13"/>
              </w:rPr>
              <w:t>Historians always have written evidence. Always, sometimes or never?</w:t>
            </w:r>
          </w:p>
        </w:tc>
      </w:tr>
      <w:tr w:rsidR="00414768" w14:paraId="55D3EB4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5A2067" w14:textId="77777777" w:rsidR="00414768" w:rsidRDefault="00000000">
            <w:pPr>
              <w:spacing w:after="20"/>
            </w:pPr>
            <w:r>
              <w:rPr>
                <w:sz w:val="13"/>
              </w:rPr>
              <w:t>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99FC83" w14:textId="77777777" w:rsidR="00414768" w:rsidRDefault="00000000">
            <w:pPr>
              <w:spacing w:after="20"/>
            </w:pPr>
            <w:r>
              <w:rPr>
                <w:sz w:val="13"/>
              </w:rPr>
              <w:t>What was the Bronze Age?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79196A" w14:textId="77777777" w:rsidR="00414768" w:rsidRDefault="00000000">
            <w:pPr>
              <w:spacing w:after="20"/>
            </w:pPr>
            <w:r>
              <w:rPr>
                <w:sz w:val="13"/>
              </w:rPr>
              <w:t>The Bronze Age was a period when people used bronze tools and objects.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D0B9AB" w14:textId="77777777" w:rsidR="00414768" w:rsidRDefault="00000000">
            <w:pPr>
              <w:spacing w:after="20"/>
            </w:pPr>
            <w:r>
              <w:rPr>
                <w:sz w:val="13"/>
              </w:rPr>
              <w:t>Similarity/difference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6FBDDF" w14:textId="77777777" w:rsidR="00414768" w:rsidRDefault="00000000">
            <w:pPr>
              <w:spacing w:after="20"/>
            </w:pPr>
            <w:r>
              <w:rPr>
                <w:sz w:val="13"/>
              </w:rPr>
              <w:t>Double bubble: compare hunter-gatherer life and farming life.</w:t>
            </w:r>
          </w:p>
        </w:tc>
      </w:tr>
      <w:tr w:rsidR="00414768" w14:paraId="3046DD4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F6DA44" w14:textId="77777777" w:rsidR="00414768" w:rsidRDefault="00000000">
            <w:pPr>
              <w:spacing w:after="20"/>
            </w:pPr>
            <w:r>
              <w:rPr>
                <w:sz w:val="13"/>
              </w:rPr>
              <w:t>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202EC1" w14:textId="77777777" w:rsidR="00414768" w:rsidRDefault="00000000">
            <w:pPr>
              <w:spacing w:after="20"/>
            </w:pPr>
            <w:r>
              <w:rPr>
                <w:sz w:val="13"/>
              </w:rPr>
              <w:t>What was the Iron Age?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AE89F6" w14:textId="77777777" w:rsidR="00414768" w:rsidRDefault="00000000">
            <w:pPr>
              <w:spacing w:after="20"/>
            </w:pPr>
            <w:r>
              <w:rPr>
                <w:sz w:val="13"/>
              </w:rPr>
              <w:t>The Iron Age was a period when people used iron tools and weapons.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EF9921" w14:textId="77777777" w:rsidR="00414768" w:rsidRDefault="00000000">
            <w:pPr>
              <w:spacing w:after="20"/>
            </w:pPr>
            <w:r>
              <w:rPr>
                <w:sz w:val="13"/>
              </w:rPr>
              <w:t>Change/continuity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D25D01" w14:textId="77777777" w:rsidR="00414768" w:rsidRDefault="00000000">
            <w:pPr>
              <w:spacing w:after="20"/>
            </w:pPr>
            <w:r>
              <w:rPr>
                <w:sz w:val="13"/>
              </w:rPr>
              <w:t>Frayer model for prehistoric.</w:t>
            </w:r>
          </w:p>
        </w:tc>
      </w:tr>
      <w:tr w:rsidR="00414768" w14:paraId="37F417B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A3FEE8" w14:textId="77777777" w:rsidR="00414768" w:rsidRDefault="00000000">
            <w:pPr>
              <w:spacing w:after="20"/>
            </w:pPr>
            <w:r>
              <w:rPr>
                <w:sz w:val="13"/>
              </w:rPr>
              <w:t>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76C567" w14:textId="77777777" w:rsidR="00414768" w:rsidRDefault="00000000">
            <w:pPr>
              <w:spacing w:after="20"/>
            </w:pPr>
            <w:r>
              <w:rPr>
                <w:sz w:val="13"/>
              </w:rPr>
              <w:t>What is a hunter-gatherer?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7FBFF5" w14:textId="77777777" w:rsidR="00414768" w:rsidRDefault="00000000">
            <w:pPr>
              <w:spacing w:after="20"/>
            </w:pPr>
            <w:r>
              <w:rPr>
                <w:sz w:val="13"/>
              </w:rPr>
              <w:t>A hunter-gatherer lives by hunting animals and gathering plants for food.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F3F50B" w14:textId="77777777" w:rsidR="00414768" w:rsidRDefault="00000000">
            <w:pPr>
              <w:spacing w:after="20"/>
            </w:pPr>
            <w:r>
              <w:rPr>
                <w:sz w:val="13"/>
              </w:rPr>
              <w:t>Cause/consequence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0C7512" w14:textId="77777777" w:rsidR="00414768" w:rsidRDefault="00000000">
            <w:pPr>
              <w:spacing w:after="20"/>
            </w:pPr>
            <w:r>
              <w:rPr>
                <w:sz w:val="13"/>
              </w:rPr>
              <w:t>Archaeology can help us learn about prehistory. True or false?</w:t>
            </w:r>
          </w:p>
        </w:tc>
      </w:tr>
      <w:tr w:rsidR="00414768" w14:paraId="061E9BE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3EC211" w14:textId="77777777" w:rsidR="00414768" w:rsidRDefault="00000000">
            <w:pPr>
              <w:spacing w:after="20"/>
            </w:pPr>
            <w:r>
              <w:rPr>
                <w:sz w:val="13"/>
              </w:rPr>
              <w:t>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A7BFF2" w14:textId="77777777" w:rsidR="00414768" w:rsidRDefault="00000000">
            <w:pPr>
              <w:spacing w:after="20"/>
            </w:pPr>
            <w:r>
              <w:rPr>
                <w:sz w:val="13"/>
              </w:rPr>
              <w:t>How did farming change life in the Stone Age?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7B8279" w14:textId="77777777" w:rsidR="00414768" w:rsidRDefault="00000000">
            <w:pPr>
              <w:spacing w:after="20"/>
            </w:pPr>
            <w:r>
              <w:rPr>
                <w:sz w:val="13"/>
              </w:rPr>
              <w:t>Farming helped communities settle, grow food and keep animals.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495AD0" w14:textId="77777777" w:rsidR="00414768" w:rsidRDefault="00000000">
            <w:pPr>
              <w:spacing w:after="20"/>
            </w:pPr>
            <w:r>
              <w:rPr>
                <w:sz w:val="13"/>
              </w:rPr>
              <w:t>Significance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2DA4F9" w14:textId="77777777" w:rsidR="00414768" w:rsidRDefault="00000000">
            <w:pPr>
              <w:spacing w:after="20"/>
            </w:pPr>
            <w:r>
              <w:rPr>
                <w:sz w:val="13"/>
              </w:rPr>
              <w:t>Farming changed lives because... but... so...</w:t>
            </w:r>
          </w:p>
        </w:tc>
      </w:tr>
      <w:tr w:rsidR="00414768" w14:paraId="7EB8D6C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4FD6A4" w14:textId="77777777" w:rsidR="00414768" w:rsidRDefault="00000000">
            <w:pPr>
              <w:spacing w:after="20"/>
            </w:pPr>
            <w:r>
              <w:rPr>
                <w:sz w:val="13"/>
              </w:rPr>
              <w:t>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EA36BC" w14:textId="77777777" w:rsidR="00414768" w:rsidRDefault="00000000">
            <w:pPr>
              <w:spacing w:after="20"/>
            </w:pPr>
            <w:r>
              <w:rPr>
                <w:sz w:val="13"/>
              </w:rPr>
              <w:t>What was Skara Brae?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428603" w14:textId="77777777" w:rsidR="00414768" w:rsidRDefault="00000000">
            <w:pPr>
              <w:spacing w:after="20"/>
            </w:pPr>
            <w:r>
              <w:rPr>
                <w:sz w:val="13"/>
              </w:rPr>
              <w:t>Skara Brae is a prehistoric settlement whose remains give evidence about Stone Age life.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1C1861" w14:textId="77777777" w:rsidR="00414768" w:rsidRDefault="00000000">
            <w:pPr>
              <w:spacing w:after="20"/>
            </w:pPr>
            <w:r>
              <w:rPr>
                <w:sz w:val="13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DFFB4E" w14:textId="77777777" w:rsidR="00414768" w:rsidRDefault="00000000">
            <w:pPr>
              <w:spacing w:after="20"/>
            </w:pPr>
            <w:r>
              <w:rPr>
                <w:sz w:val="13"/>
              </w:rPr>
              <w:t>Connect three: Stonehenge, Skara Brae, evidence.</w:t>
            </w:r>
          </w:p>
        </w:tc>
      </w:tr>
      <w:tr w:rsidR="00414768" w14:paraId="332487D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143217" w14:textId="77777777" w:rsidR="00414768" w:rsidRDefault="00000000">
            <w:pPr>
              <w:spacing w:after="20"/>
            </w:pPr>
            <w:r>
              <w:rPr>
                <w:sz w:val="13"/>
              </w:rPr>
              <w:t>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D24CD5" w14:textId="77777777" w:rsidR="00414768" w:rsidRDefault="00000000">
            <w:pPr>
              <w:spacing w:after="20"/>
            </w:pPr>
            <w:r>
              <w:rPr>
                <w:sz w:val="13"/>
              </w:rPr>
              <w:t>Why is Stonehenge important?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DA7539" w14:textId="77777777" w:rsidR="00414768" w:rsidRDefault="00000000">
            <w:pPr>
              <w:spacing w:after="20"/>
            </w:pPr>
            <w:r>
              <w:rPr>
                <w:sz w:val="13"/>
              </w:rPr>
              <w:t>Stonehenge is a prehistoric monument that helps us ask questions about beliefs and society.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CFF07D" w14:textId="77777777" w:rsidR="00414768" w:rsidRDefault="00000000">
            <w:pPr>
              <w:spacing w:after="20"/>
            </w:pPr>
            <w:r>
              <w:rPr>
                <w:sz w:val="13"/>
              </w:rPr>
              <w:t>Reliability/bias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49AAA6" w14:textId="77777777" w:rsidR="00414768" w:rsidRDefault="00000000">
            <w:pPr>
              <w:spacing w:after="20"/>
            </w:pPr>
            <w:r>
              <w:rPr>
                <w:sz w:val="13"/>
              </w:rPr>
              <w:t>Odd one out: Stone Age, Bronze Age, Iron Age, Romans. Explain.</w:t>
            </w:r>
          </w:p>
        </w:tc>
      </w:tr>
      <w:tr w:rsidR="00414768" w14:paraId="4B1F4FF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7BD4F1" w14:textId="77777777" w:rsidR="00414768" w:rsidRDefault="00000000">
            <w:pPr>
              <w:spacing w:after="20"/>
            </w:pPr>
            <w:r>
              <w:rPr>
                <w:sz w:val="13"/>
              </w:rPr>
              <w:t>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A4DDDD" w14:textId="77777777" w:rsidR="00414768" w:rsidRDefault="00000000">
            <w:pPr>
              <w:spacing w:after="20"/>
            </w:pPr>
            <w:r>
              <w:rPr>
                <w:sz w:val="13"/>
              </w:rPr>
              <w:t>What does BC/BCE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E06FF4" w14:textId="77777777" w:rsidR="00414768" w:rsidRDefault="00000000">
            <w:pPr>
              <w:spacing w:after="20"/>
            </w:pPr>
            <w:r>
              <w:rPr>
                <w:sz w:val="13"/>
              </w:rPr>
              <w:t>BC/BCE refers to dates before the Common Era.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33C978" w14:textId="77777777" w:rsidR="00414768" w:rsidRDefault="00000000">
            <w:pPr>
              <w:spacing w:after="20"/>
            </w:pPr>
            <w:r>
              <w:rPr>
                <w:sz w:val="13"/>
              </w:rPr>
              <w:t>Interpretation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C4D4A9" w14:textId="77777777" w:rsidR="00414768" w:rsidRDefault="00000000">
            <w:pPr>
              <w:spacing w:after="20"/>
            </w:pPr>
            <w:r>
              <w:rPr>
                <w:sz w:val="13"/>
              </w:rPr>
              <w:t>Historians always have written evidence. Always, sometimes or never?</w:t>
            </w:r>
          </w:p>
        </w:tc>
      </w:tr>
      <w:tr w:rsidR="00414768" w14:paraId="5D47566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4B2773" w14:textId="77777777" w:rsidR="00414768" w:rsidRDefault="00000000">
            <w:pPr>
              <w:spacing w:after="20"/>
            </w:pPr>
            <w:r>
              <w:rPr>
                <w:sz w:val="13"/>
              </w:rPr>
              <w:t>10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351827" w14:textId="77777777" w:rsidR="00414768" w:rsidRDefault="00000000">
            <w:pPr>
              <w:spacing w:after="20"/>
            </w:pPr>
            <w:r>
              <w:rPr>
                <w:sz w:val="13"/>
              </w:rPr>
              <w:t>What does AD/CE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EC84E8" w14:textId="77777777" w:rsidR="00414768" w:rsidRDefault="00000000">
            <w:pPr>
              <w:spacing w:after="20"/>
            </w:pPr>
            <w:r>
              <w:rPr>
                <w:sz w:val="13"/>
              </w:rPr>
              <w:t>AD/CE refers to dates in the Common Era.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B391F9" w14:textId="77777777" w:rsidR="00414768" w:rsidRDefault="00000000">
            <w:pPr>
              <w:spacing w:after="20"/>
            </w:pPr>
            <w:r>
              <w:rPr>
                <w:sz w:val="13"/>
              </w:rPr>
              <w:t>Historical 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F3C130" w14:textId="77777777" w:rsidR="00414768" w:rsidRDefault="00000000">
            <w:pPr>
              <w:spacing w:after="20"/>
            </w:pPr>
            <w:r>
              <w:rPr>
                <w:sz w:val="13"/>
              </w:rPr>
              <w:t>Double bubble: compare hunter-gatherer life and farming life.</w:t>
            </w:r>
          </w:p>
        </w:tc>
      </w:tr>
      <w:tr w:rsidR="00414768" w14:paraId="0BB7493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CBADE1" w14:textId="77777777" w:rsidR="00414768" w:rsidRDefault="00000000">
            <w:pPr>
              <w:spacing w:after="20"/>
            </w:pPr>
            <w:r>
              <w:rPr>
                <w:sz w:val="13"/>
              </w:rPr>
              <w:t>11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DA4423" w14:textId="77777777" w:rsidR="00414768" w:rsidRDefault="00000000">
            <w:pPr>
              <w:spacing w:after="20"/>
            </w:pPr>
            <w:r>
              <w:rPr>
                <w:sz w:val="13"/>
              </w:rPr>
              <w:t>How can archaeologists help us learn about prehistory?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74E3C9" w14:textId="77777777" w:rsidR="00414768" w:rsidRDefault="00000000">
            <w:pPr>
              <w:spacing w:after="20"/>
            </w:pPr>
            <w:r>
              <w:rPr>
                <w:sz w:val="13"/>
              </w:rPr>
              <w:t>Archaeologists study artefacts, buildings and remains to understand the past.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534D2B" w14:textId="77777777" w:rsidR="00414768" w:rsidRDefault="00000000">
            <w:pPr>
              <w:spacing w:after="20"/>
            </w:pPr>
            <w:r>
              <w:rPr>
                <w:sz w:val="13"/>
              </w:rPr>
              <w:t>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C43879" w14:textId="77777777" w:rsidR="00414768" w:rsidRDefault="00000000">
            <w:pPr>
              <w:spacing w:after="20"/>
            </w:pPr>
            <w:r>
              <w:rPr>
                <w:sz w:val="13"/>
              </w:rPr>
              <w:t>Frayer model for prehistoric.</w:t>
            </w:r>
          </w:p>
        </w:tc>
      </w:tr>
      <w:tr w:rsidR="00414768" w14:paraId="135E216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813D05" w14:textId="77777777" w:rsidR="00414768" w:rsidRDefault="00000000">
            <w:pPr>
              <w:spacing w:after="20"/>
            </w:pPr>
            <w:r>
              <w:rPr>
                <w:sz w:val="13"/>
              </w:rPr>
              <w:t>12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0EA177" w14:textId="77777777" w:rsidR="00414768" w:rsidRDefault="00000000">
            <w:pPr>
              <w:spacing w:after="20"/>
            </w:pPr>
            <w:r>
              <w:rPr>
                <w:sz w:val="13"/>
              </w:rPr>
              <w:t>What have we learned about Stone Age to Iron Age?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5511FF" w14:textId="77777777" w:rsidR="00414768" w:rsidRDefault="00000000">
            <w:pPr>
              <w:spacing w:after="20"/>
            </w:pPr>
            <w:r>
              <w:rPr>
                <w:sz w:val="13"/>
              </w:rPr>
              <w:t>Britain changed from hunter-gathering to farming, metalworking and more complex settlements.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A02D37" w14:textId="77777777" w:rsidR="00414768" w:rsidRDefault="00000000">
            <w:pPr>
              <w:spacing w:after="20"/>
            </w:pPr>
            <w:r>
              <w:rPr>
                <w:sz w:val="13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F37F0F" w14:textId="77777777" w:rsidR="00414768" w:rsidRDefault="00000000">
            <w:pPr>
              <w:spacing w:after="20"/>
            </w:pPr>
            <w:r>
              <w:rPr>
                <w:sz w:val="13"/>
              </w:rPr>
              <w:t>Archaeology can help us learn about prehistory. True or false?</w:t>
            </w:r>
          </w:p>
        </w:tc>
      </w:tr>
    </w:tbl>
    <w:p w14:paraId="1D33C2FC" w14:textId="77777777" w:rsidR="00414768" w:rsidRDefault="00414768"/>
    <w:p w14:paraId="65CC063A" w14:textId="77777777" w:rsidR="00414768" w:rsidRDefault="00000000">
      <w:pPr>
        <w:pStyle w:val="Heading2"/>
      </w:pPr>
      <w:r>
        <w:rPr>
          <w:color w:val="7F4E00"/>
        </w:rPr>
        <w:t>Spring Term: Ancient Egypt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414768" w14:paraId="60A0DD8B" w14:textId="77777777">
        <w:trPr>
          <w:jc w:val="center"/>
        </w:trPr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17C040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3747A5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C44A1A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5B9405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Disciplinary focus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4A7615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Example meta-learning question</w:t>
            </w:r>
          </w:p>
        </w:tc>
      </w:tr>
      <w:tr w:rsidR="00414768" w14:paraId="682D530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5FF624" w14:textId="77777777" w:rsidR="00414768" w:rsidRDefault="00000000">
            <w:pPr>
              <w:spacing w:after="20"/>
            </w:pPr>
            <w:r>
              <w:rPr>
                <w:sz w:val="13"/>
              </w:rPr>
              <w:t>13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7271FB" w14:textId="77777777" w:rsidR="00414768" w:rsidRDefault="00000000">
            <w:pPr>
              <w:spacing w:after="20"/>
            </w:pPr>
            <w:r>
              <w:rPr>
                <w:sz w:val="13"/>
              </w:rPr>
              <w:t>What is a civilisation?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8B9F26" w14:textId="77777777" w:rsidR="00414768" w:rsidRDefault="00000000">
            <w:pPr>
              <w:spacing w:after="20"/>
            </w:pPr>
            <w:r>
              <w:rPr>
                <w:sz w:val="13"/>
              </w:rPr>
              <w:t>A civilisation is a society with organised ways of living, such as farming, beliefs, buildings, trade or writing.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653D1C" w14:textId="77777777" w:rsidR="00414768" w:rsidRDefault="00000000">
            <w:pPr>
              <w:spacing w:after="20"/>
            </w:pPr>
            <w:r>
              <w:rPr>
                <w:sz w:val="13"/>
              </w:rPr>
              <w:t>Chronology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E63FE0" w14:textId="77777777" w:rsidR="00414768" w:rsidRDefault="00000000">
            <w:pPr>
              <w:spacing w:after="20"/>
            </w:pPr>
            <w:r>
              <w:rPr>
                <w:sz w:val="13"/>
              </w:rPr>
              <w:t>Odd one out: Nile, pyramids, Stonehenge. Explain.</w:t>
            </w:r>
          </w:p>
        </w:tc>
      </w:tr>
      <w:tr w:rsidR="00414768" w14:paraId="638F658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D65D60" w14:textId="77777777" w:rsidR="00414768" w:rsidRDefault="00000000">
            <w:pPr>
              <w:spacing w:after="20"/>
            </w:pPr>
            <w:r>
              <w:rPr>
                <w:sz w:val="13"/>
              </w:rPr>
              <w:t>14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C90A10" w14:textId="77777777" w:rsidR="00414768" w:rsidRDefault="00000000">
            <w:pPr>
              <w:spacing w:after="20"/>
            </w:pPr>
            <w:r>
              <w:rPr>
                <w:sz w:val="13"/>
              </w:rPr>
              <w:t>Why was the River Nile important?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93C7A7" w14:textId="77777777" w:rsidR="00414768" w:rsidRDefault="00000000">
            <w:pPr>
              <w:spacing w:after="20"/>
            </w:pPr>
            <w:r>
              <w:rPr>
                <w:sz w:val="13"/>
              </w:rPr>
              <w:t>The River Nile supported farming, transport, water and daily life in Ancient Egypt.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5F2238" w14:textId="77777777" w:rsidR="00414768" w:rsidRDefault="00000000">
            <w:pPr>
              <w:spacing w:after="20"/>
            </w:pPr>
            <w:r>
              <w:rPr>
                <w:sz w:val="13"/>
              </w:rPr>
              <w:t>Sources and 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B07BEF" w14:textId="77777777" w:rsidR="00414768" w:rsidRDefault="00000000">
            <w:pPr>
              <w:spacing w:after="20"/>
            </w:pPr>
            <w:r>
              <w:rPr>
                <w:sz w:val="13"/>
              </w:rPr>
              <w:t>Civilisations always develop in the same way. Always, sometimes or never?</w:t>
            </w:r>
          </w:p>
        </w:tc>
      </w:tr>
      <w:tr w:rsidR="00414768" w14:paraId="61CD824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35CC00" w14:textId="77777777" w:rsidR="00414768" w:rsidRDefault="00000000">
            <w:pPr>
              <w:spacing w:after="20"/>
            </w:pPr>
            <w:r>
              <w:rPr>
                <w:sz w:val="13"/>
              </w:rPr>
              <w:t>15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DFD014" w14:textId="77777777" w:rsidR="00414768" w:rsidRDefault="00000000">
            <w:pPr>
              <w:spacing w:after="20"/>
            </w:pPr>
            <w:r>
              <w:rPr>
                <w:sz w:val="13"/>
              </w:rPr>
              <w:t>What is a pharaoh?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3E4BF5" w14:textId="77777777" w:rsidR="00414768" w:rsidRDefault="00000000">
            <w:pPr>
              <w:spacing w:after="20"/>
            </w:pPr>
            <w:r>
              <w:rPr>
                <w:sz w:val="13"/>
              </w:rPr>
              <w:t>A pharaoh was a ruler of Ancient Egypt.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F4D4CA" w14:textId="77777777" w:rsidR="00414768" w:rsidRDefault="00000000">
            <w:pPr>
              <w:spacing w:after="20"/>
            </w:pPr>
            <w:r>
              <w:rPr>
                <w:sz w:val="13"/>
              </w:rPr>
              <w:t>Similarity/difference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941A9C" w14:textId="77777777" w:rsidR="00414768" w:rsidRDefault="00000000">
            <w:pPr>
              <w:spacing w:after="20"/>
            </w:pPr>
            <w:r>
              <w:rPr>
                <w:sz w:val="13"/>
              </w:rPr>
              <w:t>Double bubble: compare Ancient Egypt and prehistoric Britain.</w:t>
            </w:r>
          </w:p>
        </w:tc>
      </w:tr>
      <w:tr w:rsidR="00414768" w14:paraId="2F6DD9C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0AB834" w14:textId="77777777" w:rsidR="00414768" w:rsidRDefault="00000000">
            <w:pPr>
              <w:spacing w:after="20"/>
            </w:pPr>
            <w:r>
              <w:rPr>
                <w:sz w:val="13"/>
              </w:rPr>
              <w:t>16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496C65" w14:textId="77777777" w:rsidR="00414768" w:rsidRDefault="00000000">
            <w:pPr>
              <w:spacing w:after="20"/>
            </w:pPr>
            <w:r>
              <w:rPr>
                <w:sz w:val="13"/>
              </w:rPr>
              <w:t>Why were pyramids built?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D03FCC" w14:textId="77777777" w:rsidR="00414768" w:rsidRDefault="00000000">
            <w:pPr>
              <w:spacing w:after="20"/>
            </w:pPr>
            <w:r>
              <w:rPr>
                <w:sz w:val="13"/>
              </w:rPr>
              <w:t>Pyramids were built as tombs for important rulers.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2C5E89" w14:textId="77777777" w:rsidR="00414768" w:rsidRDefault="00000000">
            <w:pPr>
              <w:spacing w:after="20"/>
            </w:pPr>
            <w:r>
              <w:rPr>
                <w:sz w:val="13"/>
              </w:rPr>
              <w:t>Change/continuity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33771F" w14:textId="77777777" w:rsidR="00414768" w:rsidRDefault="00000000">
            <w:pPr>
              <w:spacing w:after="20"/>
            </w:pPr>
            <w:r>
              <w:rPr>
                <w:sz w:val="13"/>
              </w:rPr>
              <w:t>Frayer model for civilisation.</w:t>
            </w:r>
          </w:p>
        </w:tc>
      </w:tr>
      <w:tr w:rsidR="00414768" w14:paraId="4C575BE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493290" w14:textId="77777777" w:rsidR="00414768" w:rsidRDefault="00000000">
            <w:pPr>
              <w:spacing w:after="20"/>
            </w:pPr>
            <w:r>
              <w:rPr>
                <w:sz w:val="13"/>
              </w:rPr>
              <w:lastRenderedPageBreak/>
              <w:t>17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2594C8" w14:textId="77777777" w:rsidR="00414768" w:rsidRDefault="00000000">
            <w:pPr>
              <w:spacing w:after="20"/>
            </w:pPr>
            <w:r>
              <w:rPr>
                <w:sz w:val="13"/>
              </w:rPr>
              <w:t>What was the afterlife?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C987A8" w14:textId="77777777" w:rsidR="00414768" w:rsidRDefault="00000000">
            <w:pPr>
              <w:spacing w:after="20"/>
            </w:pPr>
            <w:r>
              <w:rPr>
                <w:sz w:val="13"/>
              </w:rPr>
              <w:t>The afterlife was a belief in life after death.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66316A" w14:textId="77777777" w:rsidR="00414768" w:rsidRDefault="00000000">
            <w:pPr>
              <w:spacing w:after="20"/>
            </w:pPr>
            <w:r>
              <w:rPr>
                <w:sz w:val="13"/>
              </w:rPr>
              <w:t>Cause/consequence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82933D" w14:textId="77777777" w:rsidR="00414768" w:rsidRDefault="00000000">
            <w:pPr>
              <w:spacing w:after="20"/>
            </w:pPr>
            <w:r>
              <w:rPr>
                <w:sz w:val="13"/>
              </w:rPr>
              <w:t>The River Nile was important to Ancient Egyptians. True or false?</w:t>
            </w:r>
          </w:p>
        </w:tc>
      </w:tr>
      <w:tr w:rsidR="00414768" w14:paraId="6E9D128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6EB252" w14:textId="77777777" w:rsidR="00414768" w:rsidRDefault="00000000">
            <w:pPr>
              <w:spacing w:after="20"/>
            </w:pPr>
            <w:r>
              <w:rPr>
                <w:sz w:val="13"/>
              </w:rPr>
              <w:t>18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BBCD1B" w14:textId="77777777" w:rsidR="00414768" w:rsidRDefault="00000000">
            <w:pPr>
              <w:spacing w:after="20"/>
            </w:pPr>
            <w:r>
              <w:rPr>
                <w:sz w:val="13"/>
              </w:rPr>
              <w:t>What can tombs tell us?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B84C11" w14:textId="77777777" w:rsidR="00414768" w:rsidRDefault="00000000">
            <w:pPr>
              <w:spacing w:after="20"/>
            </w:pPr>
            <w:r>
              <w:rPr>
                <w:sz w:val="13"/>
              </w:rPr>
              <w:t>Tombs can provide evidence about beliefs, power, objects and daily life.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4AF80D" w14:textId="77777777" w:rsidR="00414768" w:rsidRDefault="00000000">
            <w:pPr>
              <w:spacing w:after="20"/>
            </w:pPr>
            <w:r>
              <w:rPr>
                <w:sz w:val="13"/>
              </w:rPr>
              <w:t>Significance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1AD654" w14:textId="77777777" w:rsidR="00414768" w:rsidRDefault="00000000">
            <w:pPr>
              <w:spacing w:after="20"/>
            </w:pPr>
            <w:r>
              <w:rPr>
                <w:sz w:val="13"/>
              </w:rPr>
              <w:t>The pyramids were built because... but... so...</w:t>
            </w:r>
          </w:p>
        </w:tc>
      </w:tr>
      <w:tr w:rsidR="00414768" w14:paraId="6FAEBD1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DDBAB7" w14:textId="77777777" w:rsidR="00414768" w:rsidRDefault="00000000">
            <w:pPr>
              <w:spacing w:after="20"/>
            </w:pPr>
            <w:r>
              <w:rPr>
                <w:sz w:val="13"/>
              </w:rPr>
              <w:t>19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50ABF6" w14:textId="77777777" w:rsidR="00414768" w:rsidRDefault="00000000">
            <w:pPr>
              <w:spacing w:after="20"/>
            </w:pPr>
            <w:r>
              <w:rPr>
                <w:sz w:val="13"/>
              </w:rPr>
              <w:t>What was everyday life like in Ancient Egypt?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E1E005" w14:textId="77777777" w:rsidR="00414768" w:rsidRDefault="00000000">
            <w:pPr>
              <w:spacing w:after="20"/>
            </w:pPr>
            <w:r>
              <w:rPr>
                <w:sz w:val="13"/>
              </w:rPr>
              <w:t>People had roles linked to farming, family life, religion, building, craft and work.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5C0FFD" w14:textId="77777777" w:rsidR="00414768" w:rsidRDefault="00000000">
            <w:pPr>
              <w:spacing w:after="20"/>
            </w:pPr>
            <w:r>
              <w:rPr>
                <w:sz w:val="13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DE0D3D" w14:textId="77777777" w:rsidR="00414768" w:rsidRDefault="00000000">
            <w:pPr>
              <w:spacing w:after="20"/>
            </w:pPr>
            <w:r>
              <w:rPr>
                <w:sz w:val="13"/>
              </w:rPr>
              <w:t>Connect three: pharaoh, pyramid, afterlife.</w:t>
            </w:r>
          </w:p>
        </w:tc>
      </w:tr>
      <w:tr w:rsidR="00414768" w14:paraId="3D038D1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983096" w14:textId="77777777" w:rsidR="00414768" w:rsidRDefault="00000000">
            <w:pPr>
              <w:spacing w:after="20"/>
            </w:pPr>
            <w:r>
              <w:rPr>
                <w:sz w:val="13"/>
              </w:rPr>
              <w:t>20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8CA442" w14:textId="77777777" w:rsidR="00414768" w:rsidRDefault="00000000">
            <w:pPr>
              <w:spacing w:after="20"/>
            </w:pPr>
            <w:r>
              <w:rPr>
                <w:sz w:val="13"/>
              </w:rPr>
              <w:t>What does agriculture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8679E8" w14:textId="77777777" w:rsidR="00414768" w:rsidRDefault="00000000">
            <w:pPr>
              <w:spacing w:after="20"/>
            </w:pPr>
            <w:r>
              <w:rPr>
                <w:sz w:val="13"/>
              </w:rPr>
              <w:t>Agriculture means farming and growing crops.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FF6B8E" w14:textId="77777777" w:rsidR="00414768" w:rsidRDefault="00000000">
            <w:pPr>
              <w:spacing w:after="20"/>
            </w:pPr>
            <w:r>
              <w:rPr>
                <w:sz w:val="13"/>
              </w:rPr>
              <w:t>Reliability/bias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CE2237" w14:textId="77777777" w:rsidR="00414768" w:rsidRDefault="00000000">
            <w:pPr>
              <w:spacing w:after="20"/>
            </w:pPr>
            <w:r>
              <w:rPr>
                <w:sz w:val="13"/>
              </w:rPr>
              <w:t>Odd one out: Nile, pyramids, Stonehenge. Explain.</w:t>
            </w:r>
          </w:p>
        </w:tc>
      </w:tr>
      <w:tr w:rsidR="00414768" w14:paraId="693EFDF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48A7E3" w14:textId="77777777" w:rsidR="00414768" w:rsidRDefault="00000000">
            <w:pPr>
              <w:spacing w:after="20"/>
            </w:pPr>
            <w:r>
              <w:rPr>
                <w:sz w:val="13"/>
              </w:rPr>
              <w:t>21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5D84F6" w14:textId="77777777" w:rsidR="00414768" w:rsidRDefault="00000000">
            <w:pPr>
              <w:spacing w:after="20"/>
            </w:pPr>
            <w:r>
              <w:rPr>
                <w:sz w:val="13"/>
              </w:rPr>
              <w:t>What are gods and goddesses?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C28E83" w14:textId="77777777" w:rsidR="00414768" w:rsidRDefault="00000000">
            <w:pPr>
              <w:spacing w:after="20"/>
            </w:pPr>
            <w:r>
              <w:rPr>
                <w:sz w:val="13"/>
              </w:rPr>
              <w:t>Gods and goddesses are powerful beings worshipped in a religion.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E1F376" w14:textId="77777777" w:rsidR="00414768" w:rsidRDefault="00000000">
            <w:pPr>
              <w:spacing w:after="20"/>
            </w:pPr>
            <w:r>
              <w:rPr>
                <w:sz w:val="13"/>
              </w:rPr>
              <w:t>Interpretation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45AE5E" w14:textId="77777777" w:rsidR="00414768" w:rsidRDefault="00000000">
            <w:pPr>
              <w:spacing w:after="20"/>
            </w:pPr>
            <w:r>
              <w:rPr>
                <w:sz w:val="13"/>
              </w:rPr>
              <w:t>Civilisations always develop in the same way. Always, sometimes or never?</w:t>
            </w:r>
          </w:p>
        </w:tc>
      </w:tr>
      <w:tr w:rsidR="00414768" w14:paraId="5324330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A231A5" w14:textId="77777777" w:rsidR="00414768" w:rsidRDefault="00000000">
            <w:pPr>
              <w:spacing w:after="20"/>
            </w:pPr>
            <w:r>
              <w:rPr>
                <w:sz w:val="13"/>
              </w:rPr>
              <w:t>22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57535E" w14:textId="77777777" w:rsidR="00414768" w:rsidRDefault="00000000">
            <w:pPr>
              <w:spacing w:after="20"/>
            </w:pPr>
            <w:r>
              <w:rPr>
                <w:sz w:val="13"/>
              </w:rPr>
              <w:t>How can we use evidence to learn about Egypt?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26217B" w14:textId="77777777" w:rsidR="00414768" w:rsidRDefault="00000000">
            <w:pPr>
              <w:spacing w:after="20"/>
            </w:pPr>
            <w:r>
              <w:rPr>
                <w:sz w:val="13"/>
              </w:rPr>
              <w:t>We can use buildings, artefacts, writing and tombs as evidence.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DF2779" w14:textId="77777777" w:rsidR="00414768" w:rsidRDefault="00000000">
            <w:pPr>
              <w:spacing w:after="20"/>
            </w:pPr>
            <w:r>
              <w:rPr>
                <w:sz w:val="13"/>
              </w:rPr>
              <w:t>Historical 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FA4B36" w14:textId="77777777" w:rsidR="00414768" w:rsidRDefault="00000000">
            <w:pPr>
              <w:spacing w:after="20"/>
            </w:pPr>
            <w:r>
              <w:rPr>
                <w:sz w:val="13"/>
              </w:rPr>
              <w:t>Double bubble: compare Ancient Egypt and prehistoric Britain.</w:t>
            </w:r>
          </w:p>
        </w:tc>
      </w:tr>
      <w:tr w:rsidR="00414768" w14:paraId="734558E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C585C8" w14:textId="77777777" w:rsidR="00414768" w:rsidRDefault="00000000">
            <w:pPr>
              <w:spacing w:after="20"/>
            </w:pPr>
            <w:r>
              <w:rPr>
                <w:sz w:val="13"/>
              </w:rPr>
              <w:t>23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AA0A04" w14:textId="77777777" w:rsidR="00414768" w:rsidRDefault="00000000">
            <w:pPr>
              <w:spacing w:after="20"/>
            </w:pPr>
            <w:r>
              <w:rPr>
                <w:sz w:val="13"/>
              </w:rPr>
              <w:t>How was Ancient Egypt different from prehistoric Britain?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4F3CC8" w14:textId="77777777" w:rsidR="00414768" w:rsidRDefault="00000000">
            <w:pPr>
              <w:spacing w:after="20"/>
            </w:pPr>
            <w:r>
              <w:rPr>
                <w:sz w:val="13"/>
              </w:rPr>
              <w:t>Ancient Egypt had writing, rulers, pyramids and organised beliefs, while prehistoric Britain had no written records.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DB8BC4" w14:textId="77777777" w:rsidR="00414768" w:rsidRDefault="00000000">
            <w:pPr>
              <w:spacing w:after="20"/>
            </w:pPr>
            <w:r>
              <w:rPr>
                <w:sz w:val="13"/>
              </w:rPr>
              <w:t>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8DA024" w14:textId="77777777" w:rsidR="00414768" w:rsidRDefault="00000000">
            <w:pPr>
              <w:spacing w:after="20"/>
            </w:pPr>
            <w:r>
              <w:rPr>
                <w:sz w:val="13"/>
              </w:rPr>
              <w:t>Frayer model for civilisation.</w:t>
            </w:r>
          </w:p>
        </w:tc>
      </w:tr>
      <w:tr w:rsidR="00414768" w14:paraId="774E04C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713964" w14:textId="77777777" w:rsidR="00414768" w:rsidRDefault="00000000">
            <w:pPr>
              <w:spacing w:after="20"/>
            </w:pPr>
            <w:r>
              <w:rPr>
                <w:sz w:val="13"/>
              </w:rPr>
              <w:t>24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B37B49" w14:textId="77777777" w:rsidR="00414768" w:rsidRDefault="00000000">
            <w:pPr>
              <w:spacing w:after="20"/>
            </w:pPr>
            <w:r>
              <w:rPr>
                <w:sz w:val="13"/>
              </w:rPr>
              <w:t>What have we learned about Ancient Egypt?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8D5DB7" w14:textId="77777777" w:rsidR="00414768" w:rsidRDefault="00000000">
            <w:pPr>
              <w:spacing w:after="20"/>
            </w:pPr>
            <w:r>
              <w:rPr>
                <w:sz w:val="13"/>
              </w:rPr>
              <w:t>Ancient Egypt was an early civilisation with important beliefs, buildings, farming and evidence.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50DFD1" w14:textId="77777777" w:rsidR="00414768" w:rsidRDefault="00000000">
            <w:pPr>
              <w:spacing w:after="20"/>
            </w:pPr>
            <w:r>
              <w:rPr>
                <w:sz w:val="13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A72BF5" w14:textId="77777777" w:rsidR="00414768" w:rsidRDefault="00000000">
            <w:pPr>
              <w:spacing w:after="20"/>
            </w:pPr>
            <w:r>
              <w:rPr>
                <w:sz w:val="13"/>
              </w:rPr>
              <w:t>The River Nile was important to Ancient Egyptians. True or false?</w:t>
            </w:r>
          </w:p>
        </w:tc>
      </w:tr>
    </w:tbl>
    <w:p w14:paraId="07196D82" w14:textId="77777777" w:rsidR="00414768" w:rsidRDefault="00414768"/>
    <w:p w14:paraId="758ABE69" w14:textId="77777777" w:rsidR="00414768" w:rsidRDefault="00000000">
      <w:pPr>
        <w:pStyle w:val="Heading2"/>
      </w:pPr>
      <w:r>
        <w:rPr>
          <w:color w:val="7F4E00"/>
        </w:rPr>
        <w:t>Summer Term: Retrieval and Readiness: Prehistory and Ancient Egypt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5"/>
        <w:gridCol w:w="3105"/>
        <w:gridCol w:w="3106"/>
        <w:gridCol w:w="3106"/>
        <w:gridCol w:w="3106"/>
      </w:tblGrid>
      <w:tr w:rsidR="00414768" w14:paraId="085E4449" w14:textId="77777777">
        <w:trPr>
          <w:jc w:val="center"/>
        </w:trPr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B7A619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6BF2E9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52A8B6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1F46AD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Disciplinary focus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E73EB9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Example meta-learning question</w:t>
            </w:r>
          </w:p>
        </w:tc>
      </w:tr>
      <w:tr w:rsidR="00414768" w14:paraId="6E5E538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6E486A" w14:textId="77777777" w:rsidR="00414768" w:rsidRDefault="00000000">
            <w:pPr>
              <w:spacing w:after="20"/>
            </w:pPr>
            <w:r>
              <w:rPr>
                <w:sz w:val="13"/>
              </w:rPr>
              <w:t>25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DCBE35" w14:textId="77777777" w:rsidR="00414768" w:rsidRDefault="00000000">
            <w:pPr>
              <w:spacing w:after="20"/>
            </w:pPr>
            <w:r>
              <w:rPr>
                <w:sz w:val="13"/>
              </w:rPr>
              <w:t>How can we compare Stone Age Britain and Ancient Egypt?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79DDD5" w14:textId="77777777" w:rsidR="00414768" w:rsidRDefault="00000000">
            <w:pPr>
              <w:spacing w:after="20"/>
            </w:pPr>
            <w:r>
              <w:rPr>
                <w:sz w:val="13"/>
              </w:rPr>
              <w:t>We compare evidence, buildings, beliefs, farming, tools and ways of life.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400169" w14:textId="77777777" w:rsidR="00414768" w:rsidRDefault="00000000">
            <w:pPr>
              <w:spacing w:after="20"/>
            </w:pPr>
            <w:r>
              <w:rPr>
                <w:sz w:val="13"/>
              </w:rPr>
              <w:t>Chronology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82C221" w14:textId="77777777" w:rsidR="00414768" w:rsidRDefault="00000000">
            <w:pPr>
              <w:spacing w:after="20"/>
            </w:pPr>
            <w:r>
              <w:rPr>
                <w:sz w:val="13"/>
              </w:rPr>
              <w:t>Odd one out: Nile, pyramids, Stonehenge. Explain.</w:t>
            </w:r>
          </w:p>
        </w:tc>
      </w:tr>
      <w:tr w:rsidR="00414768" w14:paraId="562AD36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B7B02C" w14:textId="77777777" w:rsidR="00414768" w:rsidRDefault="00000000">
            <w:pPr>
              <w:spacing w:after="20"/>
            </w:pPr>
            <w:r>
              <w:rPr>
                <w:sz w:val="13"/>
              </w:rPr>
              <w:t>26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EE5623" w14:textId="77777777" w:rsidR="00414768" w:rsidRDefault="00000000">
            <w:pPr>
              <w:spacing w:after="20"/>
            </w:pPr>
            <w:r>
              <w:rPr>
                <w:sz w:val="13"/>
              </w:rPr>
              <w:t>What is change?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6B417F" w14:textId="77777777" w:rsidR="00414768" w:rsidRDefault="00000000">
            <w:pPr>
              <w:spacing w:after="20"/>
            </w:pPr>
            <w:r>
              <w:rPr>
                <w:sz w:val="13"/>
              </w:rPr>
              <w:t>Change means something became different over time.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BC9B99" w14:textId="77777777" w:rsidR="00414768" w:rsidRDefault="00000000">
            <w:pPr>
              <w:spacing w:after="20"/>
            </w:pPr>
            <w:r>
              <w:rPr>
                <w:sz w:val="13"/>
              </w:rPr>
              <w:t>Sources and 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AA1D17" w14:textId="77777777" w:rsidR="00414768" w:rsidRDefault="00000000">
            <w:pPr>
              <w:spacing w:after="20"/>
            </w:pPr>
            <w:r>
              <w:rPr>
                <w:sz w:val="13"/>
              </w:rPr>
              <w:t>Civilisations always develop in the same way. Always, sometimes or never?</w:t>
            </w:r>
          </w:p>
        </w:tc>
      </w:tr>
      <w:tr w:rsidR="00414768" w14:paraId="7442766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FCB3F1" w14:textId="77777777" w:rsidR="00414768" w:rsidRDefault="00000000">
            <w:pPr>
              <w:spacing w:after="20"/>
            </w:pPr>
            <w:r>
              <w:rPr>
                <w:sz w:val="13"/>
              </w:rPr>
              <w:t>27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8FEDC1" w14:textId="77777777" w:rsidR="00414768" w:rsidRDefault="00000000">
            <w:pPr>
              <w:spacing w:after="20"/>
            </w:pPr>
            <w:r>
              <w:rPr>
                <w:sz w:val="13"/>
              </w:rPr>
              <w:t>What is continuity?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A0F0B6" w14:textId="77777777" w:rsidR="00414768" w:rsidRDefault="00000000">
            <w:pPr>
              <w:spacing w:after="20"/>
            </w:pPr>
            <w:r>
              <w:rPr>
                <w:sz w:val="13"/>
              </w:rPr>
              <w:t>Continuity means something stayed the same over time.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3F49AB" w14:textId="77777777" w:rsidR="00414768" w:rsidRDefault="00000000">
            <w:pPr>
              <w:spacing w:after="20"/>
            </w:pPr>
            <w:r>
              <w:rPr>
                <w:sz w:val="13"/>
              </w:rPr>
              <w:t>Similarity/difference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F9C689" w14:textId="77777777" w:rsidR="00414768" w:rsidRDefault="00000000">
            <w:pPr>
              <w:spacing w:after="20"/>
            </w:pPr>
            <w:r>
              <w:rPr>
                <w:sz w:val="13"/>
              </w:rPr>
              <w:t>Double bubble: compare Ancient Egypt and prehistoric Britain.</w:t>
            </w:r>
          </w:p>
        </w:tc>
      </w:tr>
      <w:tr w:rsidR="00414768" w14:paraId="1F045E7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C5E25B" w14:textId="77777777" w:rsidR="00414768" w:rsidRDefault="00000000">
            <w:pPr>
              <w:spacing w:after="20"/>
            </w:pPr>
            <w:r>
              <w:rPr>
                <w:sz w:val="13"/>
              </w:rPr>
              <w:t>28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897DB9" w14:textId="77777777" w:rsidR="00414768" w:rsidRDefault="00000000">
            <w:pPr>
              <w:spacing w:after="20"/>
            </w:pPr>
            <w:r>
              <w:rPr>
                <w:sz w:val="13"/>
              </w:rPr>
              <w:t>Why are artefacts important?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A8F2AF" w14:textId="77777777" w:rsidR="00414768" w:rsidRDefault="00000000">
            <w:pPr>
              <w:spacing w:after="20"/>
            </w:pPr>
            <w:r>
              <w:rPr>
                <w:sz w:val="13"/>
              </w:rPr>
              <w:t>Artefacts provide evidence about how people lived.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72DA33" w14:textId="77777777" w:rsidR="00414768" w:rsidRDefault="00000000">
            <w:pPr>
              <w:spacing w:after="20"/>
            </w:pPr>
            <w:r>
              <w:rPr>
                <w:sz w:val="13"/>
              </w:rPr>
              <w:t>Change/continuity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2999F6" w14:textId="77777777" w:rsidR="00414768" w:rsidRDefault="00000000">
            <w:pPr>
              <w:spacing w:after="20"/>
            </w:pPr>
            <w:r>
              <w:rPr>
                <w:sz w:val="13"/>
              </w:rPr>
              <w:t>Frayer model for civilisation.</w:t>
            </w:r>
          </w:p>
        </w:tc>
      </w:tr>
      <w:tr w:rsidR="00414768" w14:paraId="5479AF1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A9BF60" w14:textId="77777777" w:rsidR="00414768" w:rsidRDefault="00000000">
            <w:pPr>
              <w:spacing w:after="20"/>
            </w:pPr>
            <w:r>
              <w:rPr>
                <w:sz w:val="13"/>
              </w:rPr>
              <w:t>29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1F70CF" w14:textId="77777777" w:rsidR="00414768" w:rsidRDefault="00000000">
            <w:pPr>
              <w:spacing w:after="20"/>
            </w:pPr>
            <w:r>
              <w:rPr>
                <w:sz w:val="13"/>
              </w:rPr>
              <w:t>Why might there be different accounts of history?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37921C" w14:textId="77777777" w:rsidR="00414768" w:rsidRDefault="00000000">
            <w:pPr>
              <w:spacing w:after="20"/>
            </w:pPr>
            <w:r>
              <w:rPr>
                <w:sz w:val="13"/>
              </w:rPr>
              <w:t>People use different evidence, viewpoints and interpretations.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ED1F01" w14:textId="77777777" w:rsidR="00414768" w:rsidRDefault="00000000">
            <w:pPr>
              <w:spacing w:after="20"/>
            </w:pPr>
            <w:r>
              <w:rPr>
                <w:sz w:val="13"/>
              </w:rPr>
              <w:t>Cause/consequence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CB333D" w14:textId="77777777" w:rsidR="00414768" w:rsidRDefault="00000000">
            <w:pPr>
              <w:spacing w:after="20"/>
            </w:pPr>
            <w:r>
              <w:rPr>
                <w:sz w:val="13"/>
              </w:rPr>
              <w:t>The River Nile was important to Ancient Egyptians. True or false?</w:t>
            </w:r>
          </w:p>
        </w:tc>
      </w:tr>
      <w:tr w:rsidR="00414768" w14:paraId="3CB51EF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3F9A10" w14:textId="77777777" w:rsidR="00414768" w:rsidRDefault="00000000">
            <w:pPr>
              <w:spacing w:after="20"/>
            </w:pPr>
            <w:r>
              <w:rPr>
                <w:sz w:val="13"/>
              </w:rPr>
              <w:t>30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06504C" w14:textId="77777777" w:rsidR="00414768" w:rsidRDefault="00000000">
            <w:pPr>
              <w:spacing w:after="20"/>
            </w:pPr>
            <w:r>
              <w:rPr>
                <w:sz w:val="13"/>
              </w:rPr>
              <w:t>How do timelines help historians?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435072" w14:textId="77777777" w:rsidR="00414768" w:rsidRDefault="00000000">
            <w:pPr>
              <w:spacing w:after="20"/>
            </w:pPr>
            <w:r>
              <w:rPr>
                <w:sz w:val="13"/>
              </w:rPr>
              <w:t>Timelines help historians organise events and periods in chronological order.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720147" w14:textId="77777777" w:rsidR="00414768" w:rsidRDefault="00000000">
            <w:pPr>
              <w:spacing w:after="20"/>
            </w:pPr>
            <w:r>
              <w:rPr>
                <w:sz w:val="13"/>
              </w:rPr>
              <w:t>Significance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A7CECB" w14:textId="77777777" w:rsidR="00414768" w:rsidRDefault="00000000">
            <w:pPr>
              <w:spacing w:after="20"/>
            </w:pPr>
            <w:r>
              <w:rPr>
                <w:sz w:val="13"/>
              </w:rPr>
              <w:t>The pyramids were built because... but... so...</w:t>
            </w:r>
          </w:p>
        </w:tc>
      </w:tr>
      <w:tr w:rsidR="00414768" w14:paraId="3F8060D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717559" w14:textId="77777777" w:rsidR="00414768" w:rsidRDefault="00000000">
            <w:pPr>
              <w:spacing w:after="20"/>
            </w:pPr>
            <w:r>
              <w:rPr>
                <w:sz w:val="13"/>
              </w:rPr>
              <w:t>31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AF90BB" w14:textId="77777777" w:rsidR="00414768" w:rsidRDefault="00000000">
            <w:pPr>
              <w:spacing w:after="20"/>
            </w:pPr>
            <w:r>
              <w:rPr>
                <w:sz w:val="13"/>
              </w:rPr>
              <w:t>What can buildings tell us about the past?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500EA7" w14:textId="77777777" w:rsidR="00414768" w:rsidRDefault="00000000">
            <w:pPr>
              <w:spacing w:after="20"/>
            </w:pPr>
            <w:r>
              <w:rPr>
                <w:sz w:val="13"/>
              </w:rPr>
              <w:t>Buildings can show beliefs, skills, power, materials and ways of life.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4F09C4" w14:textId="77777777" w:rsidR="00414768" w:rsidRDefault="00000000">
            <w:pPr>
              <w:spacing w:after="20"/>
            </w:pPr>
            <w:r>
              <w:rPr>
                <w:sz w:val="13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3669AA" w14:textId="77777777" w:rsidR="00414768" w:rsidRDefault="00000000">
            <w:pPr>
              <w:spacing w:after="20"/>
            </w:pPr>
            <w:r>
              <w:rPr>
                <w:sz w:val="13"/>
              </w:rPr>
              <w:t>Connect three: pharaoh, pyramid, afterlife.</w:t>
            </w:r>
          </w:p>
        </w:tc>
      </w:tr>
      <w:tr w:rsidR="00414768" w14:paraId="5A6F77F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102040" w14:textId="77777777" w:rsidR="00414768" w:rsidRDefault="00000000">
            <w:pPr>
              <w:spacing w:after="20"/>
            </w:pPr>
            <w:r>
              <w:rPr>
                <w:sz w:val="13"/>
              </w:rPr>
              <w:t>32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B212A9" w14:textId="77777777" w:rsidR="00414768" w:rsidRDefault="00000000">
            <w:pPr>
              <w:spacing w:after="20"/>
            </w:pPr>
            <w:r>
              <w:rPr>
                <w:sz w:val="13"/>
              </w:rPr>
              <w:t>What can evidence tell us about clothes and leisure?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82CE4F" w14:textId="77777777" w:rsidR="00414768" w:rsidRDefault="00000000">
            <w:pPr>
              <w:spacing w:after="20"/>
            </w:pPr>
            <w:r>
              <w:rPr>
                <w:sz w:val="13"/>
              </w:rPr>
              <w:t>Evidence can show what people wore, did and valued.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31A2B6" w14:textId="77777777" w:rsidR="00414768" w:rsidRDefault="00000000">
            <w:pPr>
              <w:spacing w:after="20"/>
            </w:pPr>
            <w:r>
              <w:rPr>
                <w:sz w:val="13"/>
              </w:rPr>
              <w:t>Reliability/bias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3BFD41" w14:textId="77777777" w:rsidR="00414768" w:rsidRDefault="00000000">
            <w:pPr>
              <w:spacing w:after="20"/>
            </w:pPr>
            <w:r>
              <w:rPr>
                <w:sz w:val="13"/>
              </w:rPr>
              <w:t>Odd one out: Nile, pyramids, Stonehenge. Explain.</w:t>
            </w:r>
          </w:p>
        </w:tc>
      </w:tr>
      <w:tr w:rsidR="00414768" w14:paraId="1068805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5AE26E" w14:textId="77777777" w:rsidR="00414768" w:rsidRDefault="00000000">
            <w:pPr>
              <w:spacing w:after="20"/>
            </w:pPr>
            <w:r>
              <w:rPr>
                <w:sz w:val="13"/>
              </w:rPr>
              <w:t>33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AD4E4F" w14:textId="77777777" w:rsidR="00414768" w:rsidRDefault="00000000">
            <w:pPr>
              <w:spacing w:after="20"/>
            </w:pPr>
            <w:r>
              <w:rPr>
                <w:sz w:val="13"/>
              </w:rPr>
              <w:t>What does century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A1F6F5" w14:textId="77777777" w:rsidR="00414768" w:rsidRDefault="00000000">
            <w:pPr>
              <w:spacing w:after="20"/>
            </w:pPr>
            <w:r>
              <w:rPr>
                <w:sz w:val="13"/>
              </w:rPr>
              <w:t>A century is a period of 100 years.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8BD436" w14:textId="77777777" w:rsidR="00414768" w:rsidRDefault="00000000">
            <w:pPr>
              <w:spacing w:after="20"/>
            </w:pPr>
            <w:r>
              <w:rPr>
                <w:sz w:val="13"/>
              </w:rPr>
              <w:t>Interpretation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58C41E" w14:textId="77777777" w:rsidR="00414768" w:rsidRDefault="00000000">
            <w:pPr>
              <w:spacing w:after="20"/>
            </w:pPr>
            <w:r>
              <w:rPr>
                <w:sz w:val="13"/>
              </w:rPr>
              <w:t>Civilisations always develop in the same way. Always, sometimes or never?</w:t>
            </w:r>
          </w:p>
        </w:tc>
      </w:tr>
      <w:tr w:rsidR="00414768" w14:paraId="3C75FBB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1045B3" w14:textId="77777777" w:rsidR="00414768" w:rsidRDefault="00000000">
            <w:pPr>
              <w:spacing w:after="20"/>
            </w:pPr>
            <w:r>
              <w:rPr>
                <w:sz w:val="13"/>
              </w:rPr>
              <w:t>34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4EB16D" w14:textId="77777777" w:rsidR="00414768" w:rsidRDefault="00000000">
            <w:pPr>
              <w:spacing w:after="20"/>
            </w:pPr>
            <w:r>
              <w:rPr>
                <w:sz w:val="13"/>
              </w:rPr>
              <w:t>What does settlement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F994CB" w14:textId="77777777" w:rsidR="00414768" w:rsidRDefault="00000000">
            <w:pPr>
              <w:spacing w:after="20"/>
            </w:pPr>
            <w:r>
              <w:rPr>
                <w:sz w:val="13"/>
              </w:rPr>
              <w:t>A settlement is a place where people live.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CDDC54" w14:textId="77777777" w:rsidR="00414768" w:rsidRDefault="00000000">
            <w:pPr>
              <w:spacing w:after="20"/>
            </w:pPr>
            <w:r>
              <w:rPr>
                <w:sz w:val="13"/>
              </w:rPr>
              <w:t>Historical 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8A5F47" w14:textId="77777777" w:rsidR="00414768" w:rsidRDefault="00000000">
            <w:pPr>
              <w:spacing w:after="20"/>
            </w:pPr>
            <w:r>
              <w:rPr>
                <w:sz w:val="13"/>
              </w:rPr>
              <w:t>Double bubble: compare Ancient Egypt and prehistoric Britain.</w:t>
            </w:r>
          </w:p>
        </w:tc>
      </w:tr>
      <w:tr w:rsidR="00414768" w14:paraId="24B00DB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456110" w14:textId="77777777" w:rsidR="00414768" w:rsidRDefault="00000000">
            <w:pPr>
              <w:spacing w:after="20"/>
            </w:pPr>
            <w:r>
              <w:rPr>
                <w:sz w:val="13"/>
              </w:rPr>
              <w:t>35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A9594A" w14:textId="77777777" w:rsidR="00414768" w:rsidRDefault="00000000">
            <w:pPr>
              <w:spacing w:after="20"/>
            </w:pPr>
            <w:r>
              <w:rPr>
                <w:sz w:val="13"/>
              </w:rPr>
              <w:t>How can questions help historians?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D32161" w14:textId="77777777" w:rsidR="00414768" w:rsidRDefault="00000000">
            <w:pPr>
              <w:spacing w:after="20"/>
            </w:pPr>
            <w:r>
              <w:rPr>
                <w:sz w:val="13"/>
              </w:rPr>
              <w:t>Questions guide historians to look for evidence and explanations.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B47A9A" w14:textId="77777777" w:rsidR="00414768" w:rsidRDefault="00000000">
            <w:pPr>
              <w:spacing w:after="20"/>
            </w:pPr>
            <w:r>
              <w:rPr>
                <w:sz w:val="13"/>
              </w:rPr>
              <w:t>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D0433B" w14:textId="77777777" w:rsidR="00414768" w:rsidRDefault="00000000">
            <w:pPr>
              <w:spacing w:after="20"/>
            </w:pPr>
            <w:r>
              <w:rPr>
                <w:sz w:val="13"/>
              </w:rPr>
              <w:t>Frayer model for civilisation.</w:t>
            </w:r>
          </w:p>
        </w:tc>
      </w:tr>
      <w:tr w:rsidR="00414768" w14:paraId="7505825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0C0DAA" w14:textId="77777777" w:rsidR="00414768" w:rsidRDefault="00000000">
            <w:pPr>
              <w:spacing w:after="20"/>
            </w:pPr>
            <w:r>
              <w:rPr>
                <w:sz w:val="13"/>
              </w:rPr>
              <w:lastRenderedPageBreak/>
              <w:t>36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74EBDB" w14:textId="77777777" w:rsidR="00414768" w:rsidRDefault="00000000">
            <w:pPr>
              <w:spacing w:after="20"/>
            </w:pPr>
            <w:r>
              <w:rPr>
                <w:sz w:val="13"/>
              </w:rPr>
              <w:t>What prior knowledge will help us with Romans?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88F3C6" w14:textId="77777777" w:rsidR="00414768" w:rsidRDefault="00000000">
            <w:pPr>
              <w:spacing w:after="20"/>
            </w:pPr>
            <w:r>
              <w:rPr>
                <w:sz w:val="13"/>
              </w:rPr>
              <w:t>Knowledge of Iron Age Britain, chronology, evidence and change will help us study Roman Britain.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FCA3C9" w14:textId="77777777" w:rsidR="00414768" w:rsidRDefault="00000000">
            <w:pPr>
              <w:spacing w:after="20"/>
            </w:pPr>
            <w:r>
              <w:rPr>
                <w:sz w:val="13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2419FB" w14:textId="77777777" w:rsidR="00414768" w:rsidRDefault="00000000">
            <w:pPr>
              <w:spacing w:after="20"/>
            </w:pPr>
            <w:r>
              <w:rPr>
                <w:sz w:val="13"/>
              </w:rPr>
              <w:t>The River Nile was important to Ancient Egyptians. True or false?</w:t>
            </w:r>
          </w:p>
        </w:tc>
      </w:tr>
    </w:tbl>
    <w:p w14:paraId="6F66C488" w14:textId="77777777" w:rsidR="00414768" w:rsidRDefault="00414768"/>
    <w:p w14:paraId="548E8FC3" w14:textId="77777777" w:rsidR="00414768" w:rsidRDefault="00000000">
      <w:r>
        <w:br w:type="page"/>
      </w:r>
    </w:p>
    <w:p w14:paraId="7C2E1D81" w14:textId="77777777" w:rsidR="00414768" w:rsidRDefault="00000000">
      <w:pPr>
        <w:pStyle w:val="Heading1"/>
      </w:pPr>
      <w:r>
        <w:rPr>
          <w:color w:val="7F4E00"/>
        </w:rPr>
        <w:lastRenderedPageBreak/>
        <w:t>Year 4 History Retrieval Plan</w:t>
      </w:r>
    </w:p>
    <w:p w14:paraId="102ECCC3" w14:textId="77777777" w:rsidR="00414768" w:rsidRDefault="00000000">
      <w:pPr>
        <w:pStyle w:val="Heading2"/>
      </w:pPr>
      <w:r>
        <w:rPr>
          <w:color w:val="7F4E00"/>
        </w:rPr>
        <w:t>Autumn Term: Roman Britain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414768" w14:paraId="3688C4A2" w14:textId="77777777">
        <w:trPr>
          <w:jc w:val="center"/>
        </w:trPr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7201B8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B8E87B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BB7B3F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73DB15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Disciplinary focus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A87B24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Example meta-learning question</w:t>
            </w:r>
          </w:p>
        </w:tc>
      </w:tr>
      <w:tr w:rsidR="00414768" w14:paraId="243508F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EC494D" w14:textId="77777777" w:rsidR="00414768" w:rsidRDefault="00000000">
            <w:pPr>
              <w:spacing w:after="20"/>
            </w:pPr>
            <w:r>
              <w:rPr>
                <w:sz w:val="13"/>
              </w:rPr>
              <w:t>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C4EFA0" w14:textId="77777777" w:rsidR="00414768" w:rsidRDefault="00000000">
            <w:pPr>
              <w:spacing w:after="20"/>
            </w:pPr>
            <w:r>
              <w:rPr>
                <w:sz w:val="13"/>
              </w:rPr>
              <w:t>What is an empire?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29D977" w14:textId="77777777" w:rsidR="00414768" w:rsidRDefault="00000000">
            <w:pPr>
              <w:spacing w:after="20"/>
            </w:pPr>
            <w:r>
              <w:rPr>
                <w:sz w:val="13"/>
              </w:rPr>
              <w:t>An empire is a group of lands or peoples ruled by one power.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888C50" w14:textId="77777777" w:rsidR="00414768" w:rsidRDefault="00000000">
            <w:pPr>
              <w:spacing w:after="20"/>
            </w:pPr>
            <w:r>
              <w:rPr>
                <w:sz w:val="13"/>
              </w:rPr>
              <w:t>Chronology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7BA9FB" w14:textId="77777777" w:rsidR="00414768" w:rsidRDefault="00000000">
            <w:pPr>
              <w:spacing w:after="20"/>
            </w:pPr>
            <w:r>
              <w:rPr>
                <w:sz w:val="13"/>
              </w:rPr>
              <w:t>Odd one out: Caesar, Boudica, Tutankhamun. Explain.</w:t>
            </w:r>
          </w:p>
        </w:tc>
      </w:tr>
      <w:tr w:rsidR="00414768" w14:paraId="7FE8046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A65655" w14:textId="77777777" w:rsidR="00414768" w:rsidRDefault="00000000">
            <w:pPr>
              <w:spacing w:after="20"/>
            </w:pPr>
            <w:r>
              <w:rPr>
                <w:sz w:val="13"/>
              </w:rPr>
              <w:t>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4AC9DB" w14:textId="77777777" w:rsidR="00414768" w:rsidRDefault="00000000">
            <w:pPr>
              <w:spacing w:after="20"/>
            </w:pPr>
            <w:r>
              <w:rPr>
                <w:sz w:val="13"/>
              </w:rPr>
              <w:t>Who was Julius Caesar?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2E9B45" w14:textId="77777777" w:rsidR="00414768" w:rsidRDefault="00000000">
            <w:pPr>
              <w:spacing w:after="20"/>
            </w:pPr>
            <w:r>
              <w:rPr>
                <w:sz w:val="13"/>
              </w:rPr>
              <w:t>Julius Caesar was a Roman leader who invaded Britain but did not fully conquer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076F33" w14:textId="77777777" w:rsidR="00414768" w:rsidRDefault="00000000">
            <w:pPr>
              <w:spacing w:after="20"/>
            </w:pPr>
            <w:r>
              <w:rPr>
                <w:sz w:val="13"/>
              </w:rPr>
              <w:t>Sources and 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41B5CA" w14:textId="77777777" w:rsidR="00414768" w:rsidRDefault="00000000">
            <w:pPr>
              <w:spacing w:after="20"/>
            </w:pPr>
            <w:r>
              <w:rPr>
                <w:sz w:val="13"/>
              </w:rPr>
              <w:t>Invasions always lead to change. Always, sometimes or never?</w:t>
            </w:r>
          </w:p>
        </w:tc>
      </w:tr>
      <w:tr w:rsidR="00414768" w14:paraId="0748220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FE1E12" w14:textId="77777777" w:rsidR="00414768" w:rsidRDefault="00000000">
            <w:pPr>
              <w:spacing w:after="20"/>
            </w:pPr>
            <w:r>
              <w:rPr>
                <w:sz w:val="13"/>
              </w:rPr>
              <w:t>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D437A2" w14:textId="77777777" w:rsidR="00414768" w:rsidRDefault="00000000">
            <w:pPr>
              <w:spacing w:after="20"/>
            </w:pPr>
            <w:r>
              <w:rPr>
                <w:sz w:val="13"/>
              </w:rPr>
              <w:t>Who was Emperor Claudius?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672A4F" w14:textId="77777777" w:rsidR="00414768" w:rsidRDefault="00000000">
            <w:pPr>
              <w:spacing w:after="20"/>
            </w:pPr>
            <w:r>
              <w:rPr>
                <w:sz w:val="13"/>
              </w:rPr>
              <w:t>Claudius was the Roman emperor linked to the successful invasion of Britain.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CEC4C2" w14:textId="77777777" w:rsidR="00414768" w:rsidRDefault="00000000">
            <w:pPr>
              <w:spacing w:after="20"/>
            </w:pPr>
            <w:r>
              <w:rPr>
                <w:sz w:val="13"/>
              </w:rPr>
              <w:t>Similarity/difference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5F18D3" w14:textId="77777777" w:rsidR="00414768" w:rsidRDefault="00000000">
            <w:pPr>
              <w:spacing w:after="20"/>
            </w:pPr>
            <w:r>
              <w:rPr>
                <w:sz w:val="13"/>
              </w:rPr>
              <w:t>Double bubble: compare Iron Age Britain and Roman Britain.</w:t>
            </w:r>
          </w:p>
        </w:tc>
      </w:tr>
      <w:tr w:rsidR="00414768" w14:paraId="581746B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4E5C67" w14:textId="77777777" w:rsidR="00414768" w:rsidRDefault="00000000">
            <w:pPr>
              <w:spacing w:after="20"/>
            </w:pPr>
            <w:r>
              <w:rPr>
                <w:sz w:val="13"/>
              </w:rPr>
              <w:t>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3BD0E7" w14:textId="77777777" w:rsidR="00414768" w:rsidRDefault="00000000">
            <w:pPr>
              <w:spacing w:after="20"/>
            </w:pPr>
            <w:r>
              <w:rPr>
                <w:sz w:val="13"/>
              </w:rPr>
              <w:t>When did the Romans invade Britain successfully?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CA26ED" w14:textId="77777777" w:rsidR="00414768" w:rsidRDefault="00000000">
            <w:pPr>
              <w:spacing w:after="20"/>
            </w:pPr>
            <w:r>
              <w:rPr>
                <w:sz w:val="13"/>
              </w:rPr>
              <w:t>The Roman invasion under Claudius took place in AD 43.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443959" w14:textId="77777777" w:rsidR="00414768" w:rsidRDefault="00000000">
            <w:pPr>
              <w:spacing w:after="20"/>
            </w:pPr>
            <w:r>
              <w:rPr>
                <w:sz w:val="13"/>
              </w:rPr>
              <w:t>Change/continuity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58F0B5" w14:textId="77777777" w:rsidR="00414768" w:rsidRDefault="00000000">
            <w:pPr>
              <w:spacing w:after="20"/>
            </w:pPr>
            <w:r>
              <w:rPr>
                <w:sz w:val="13"/>
              </w:rPr>
              <w:t>Frayer model for empire.</w:t>
            </w:r>
          </w:p>
        </w:tc>
      </w:tr>
      <w:tr w:rsidR="00414768" w14:paraId="5A61942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01AB96" w14:textId="77777777" w:rsidR="00414768" w:rsidRDefault="00000000">
            <w:pPr>
              <w:spacing w:after="20"/>
            </w:pPr>
            <w:r>
              <w:rPr>
                <w:sz w:val="13"/>
              </w:rPr>
              <w:t>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2054B0" w14:textId="77777777" w:rsidR="00414768" w:rsidRDefault="00000000">
            <w:pPr>
              <w:spacing w:after="20"/>
            </w:pPr>
            <w:r>
              <w:rPr>
                <w:sz w:val="13"/>
              </w:rPr>
              <w:t>Who was Boudica?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5DAA73" w14:textId="77777777" w:rsidR="00414768" w:rsidRDefault="00000000">
            <w:pPr>
              <w:spacing w:after="20"/>
            </w:pPr>
            <w:r>
              <w:rPr>
                <w:sz w:val="13"/>
              </w:rPr>
              <w:t>Boudica was a British leader who resisted Roman rule.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60AE55" w14:textId="77777777" w:rsidR="00414768" w:rsidRDefault="00000000">
            <w:pPr>
              <w:spacing w:after="20"/>
            </w:pPr>
            <w:r>
              <w:rPr>
                <w:sz w:val="13"/>
              </w:rPr>
              <w:t>Cause/consequence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0CC154" w14:textId="77777777" w:rsidR="00414768" w:rsidRDefault="00000000">
            <w:pPr>
              <w:spacing w:after="20"/>
            </w:pPr>
            <w:r>
              <w:rPr>
                <w:sz w:val="13"/>
              </w:rPr>
              <w:t>The Roman occupation changed Britain. True or false?</w:t>
            </w:r>
          </w:p>
        </w:tc>
      </w:tr>
      <w:tr w:rsidR="00414768" w14:paraId="76DB142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7E41F6" w14:textId="77777777" w:rsidR="00414768" w:rsidRDefault="00000000">
            <w:pPr>
              <w:spacing w:after="20"/>
            </w:pPr>
            <w:r>
              <w:rPr>
                <w:sz w:val="13"/>
              </w:rPr>
              <w:t>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B55C60" w14:textId="77777777" w:rsidR="00414768" w:rsidRDefault="00000000">
            <w:pPr>
              <w:spacing w:after="20"/>
            </w:pPr>
            <w:r>
              <w:rPr>
                <w:sz w:val="13"/>
              </w:rPr>
              <w:t>Why was the Roman army powerful?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A598D4" w14:textId="77777777" w:rsidR="00414768" w:rsidRDefault="00000000">
            <w:pPr>
              <w:spacing w:after="20"/>
            </w:pPr>
            <w:r>
              <w:rPr>
                <w:sz w:val="13"/>
              </w:rPr>
              <w:t>The Roman army was powerful because of training, organisation, equipment and discipline.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E4E191" w14:textId="77777777" w:rsidR="00414768" w:rsidRDefault="00000000">
            <w:pPr>
              <w:spacing w:after="20"/>
            </w:pPr>
            <w:r>
              <w:rPr>
                <w:sz w:val="13"/>
              </w:rPr>
              <w:t>Significance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AE6EBD" w14:textId="77777777" w:rsidR="00414768" w:rsidRDefault="00000000">
            <w:pPr>
              <w:spacing w:after="20"/>
            </w:pPr>
            <w:r>
              <w:rPr>
                <w:sz w:val="13"/>
              </w:rPr>
              <w:t>The Roman army was powerful because... but... so...</w:t>
            </w:r>
          </w:p>
        </w:tc>
      </w:tr>
      <w:tr w:rsidR="00414768" w14:paraId="71E6E09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A252DF" w14:textId="77777777" w:rsidR="00414768" w:rsidRDefault="00000000">
            <w:pPr>
              <w:spacing w:after="20"/>
            </w:pPr>
            <w:r>
              <w:rPr>
                <w:sz w:val="13"/>
              </w:rPr>
              <w:t>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522254" w14:textId="77777777" w:rsidR="00414768" w:rsidRDefault="00000000">
            <w:pPr>
              <w:spacing w:after="20"/>
            </w:pPr>
            <w:r>
              <w:rPr>
                <w:sz w:val="13"/>
              </w:rPr>
              <w:t>How did Romans change Britain?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FBF13E" w14:textId="77777777" w:rsidR="00414768" w:rsidRDefault="00000000">
            <w:pPr>
              <w:spacing w:after="20"/>
            </w:pPr>
            <w:r>
              <w:rPr>
                <w:sz w:val="13"/>
              </w:rPr>
              <w:t>Romans changed Britain through roads, money, numerals, Latin, towns, food and new ways of living.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62B39C" w14:textId="77777777" w:rsidR="00414768" w:rsidRDefault="00000000">
            <w:pPr>
              <w:spacing w:after="20"/>
            </w:pPr>
            <w:r>
              <w:rPr>
                <w:sz w:val="13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914A94" w14:textId="77777777" w:rsidR="00414768" w:rsidRDefault="00000000">
            <w:pPr>
              <w:spacing w:after="20"/>
            </w:pPr>
            <w:r>
              <w:rPr>
                <w:sz w:val="13"/>
              </w:rPr>
              <w:t>Connect three: roads, Latin, Roman Britain.</w:t>
            </w:r>
          </w:p>
        </w:tc>
      </w:tr>
      <w:tr w:rsidR="00414768" w14:paraId="263C649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43C080" w14:textId="77777777" w:rsidR="00414768" w:rsidRDefault="00000000">
            <w:pPr>
              <w:spacing w:after="20"/>
            </w:pPr>
            <w:r>
              <w:rPr>
                <w:sz w:val="13"/>
              </w:rPr>
              <w:t>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3CC3D7" w14:textId="77777777" w:rsidR="00414768" w:rsidRDefault="00000000">
            <w:pPr>
              <w:spacing w:after="20"/>
            </w:pPr>
            <w:r>
              <w:rPr>
                <w:sz w:val="13"/>
              </w:rPr>
              <w:t>What is a legacy?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320B0A" w14:textId="77777777" w:rsidR="00414768" w:rsidRDefault="00000000">
            <w:pPr>
              <w:spacing w:after="20"/>
            </w:pPr>
            <w:r>
              <w:rPr>
                <w:sz w:val="13"/>
              </w:rPr>
              <w:t>A legacy is something left behind that continues to influence later life.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DE42BE" w14:textId="77777777" w:rsidR="00414768" w:rsidRDefault="00000000">
            <w:pPr>
              <w:spacing w:after="20"/>
            </w:pPr>
            <w:r>
              <w:rPr>
                <w:sz w:val="13"/>
              </w:rPr>
              <w:t>Reliability/bias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B35123" w14:textId="77777777" w:rsidR="00414768" w:rsidRDefault="00000000">
            <w:pPr>
              <w:spacing w:after="20"/>
            </w:pPr>
            <w:r>
              <w:rPr>
                <w:sz w:val="13"/>
              </w:rPr>
              <w:t>Odd one out: Caesar, Boudica, Tutankhamun. Explain.</w:t>
            </w:r>
          </w:p>
        </w:tc>
      </w:tr>
      <w:tr w:rsidR="00414768" w14:paraId="04F0C91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EBA328" w14:textId="77777777" w:rsidR="00414768" w:rsidRDefault="00000000">
            <w:pPr>
              <w:spacing w:after="20"/>
            </w:pPr>
            <w:r>
              <w:rPr>
                <w:sz w:val="13"/>
              </w:rPr>
              <w:t>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DF3F79" w14:textId="77777777" w:rsidR="00414768" w:rsidRDefault="00000000">
            <w:pPr>
              <w:spacing w:after="20"/>
            </w:pPr>
            <w:r>
              <w:rPr>
                <w:sz w:val="13"/>
              </w:rPr>
              <w:t>What is reliability?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92EE3B" w14:textId="77777777" w:rsidR="00414768" w:rsidRDefault="00000000">
            <w:pPr>
              <w:spacing w:after="20"/>
            </w:pPr>
            <w:r>
              <w:rPr>
                <w:sz w:val="13"/>
              </w:rPr>
              <w:t>Reliability is how far we can trust a source.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CA2F38" w14:textId="77777777" w:rsidR="00414768" w:rsidRDefault="00000000">
            <w:pPr>
              <w:spacing w:after="20"/>
            </w:pPr>
            <w:r>
              <w:rPr>
                <w:sz w:val="13"/>
              </w:rPr>
              <w:t>Interpretation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822C79" w14:textId="77777777" w:rsidR="00414768" w:rsidRDefault="00000000">
            <w:pPr>
              <w:spacing w:after="20"/>
            </w:pPr>
            <w:r>
              <w:rPr>
                <w:sz w:val="13"/>
              </w:rPr>
              <w:t>Invasions always lead to change. Always, sometimes or never?</w:t>
            </w:r>
          </w:p>
        </w:tc>
      </w:tr>
      <w:tr w:rsidR="00414768" w14:paraId="362D5B0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604F5A" w14:textId="77777777" w:rsidR="00414768" w:rsidRDefault="00000000">
            <w:pPr>
              <w:spacing w:after="20"/>
            </w:pPr>
            <w:r>
              <w:rPr>
                <w:sz w:val="13"/>
              </w:rPr>
              <w:t>10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D1062A" w14:textId="77777777" w:rsidR="00414768" w:rsidRDefault="00000000">
            <w:pPr>
              <w:spacing w:after="20"/>
            </w:pPr>
            <w:r>
              <w:rPr>
                <w:sz w:val="13"/>
              </w:rPr>
              <w:t>What is validity?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E64442" w14:textId="77777777" w:rsidR="00414768" w:rsidRDefault="00000000">
            <w:pPr>
              <w:spacing w:after="20"/>
            </w:pPr>
            <w:r>
              <w:rPr>
                <w:sz w:val="13"/>
              </w:rPr>
              <w:t>Validity is whether evidence is useful for answering a question.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D5915B" w14:textId="77777777" w:rsidR="00414768" w:rsidRDefault="00000000">
            <w:pPr>
              <w:spacing w:after="20"/>
            </w:pPr>
            <w:r>
              <w:rPr>
                <w:sz w:val="13"/>
              </w:rPr>
              <w:t>Historical 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365A26" w14:textId="77777777" w:rsidR="00414768" w:rsidRDefault="00000000">
            <w:pPr>
              <w:spacing w:after="20"/>
            </w:pPr>
            <w:r>
              <w:rPr>
                <w:sz w:val="13"/>
              </w:rPr>
              <w:t>Double bubble: compare Iron Age Britain and Roman Britain.</w:t>
            </w:r>
          </w:p>
        </w:tc>
      </w:tr>
      <w:tr w:rsidR="00414768" w14:paraId="7B399CC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0981FF" w14:textId="77777777" w:rsidR="00414768" w:rsidRDefault="00000000">
            <w:pPr>
              <w:spacing w:after="20"/>
            </w:pPr>
            <w:r>
              <w:rPr>
                <w:sz w:val="13"/>
              </w:rPr>
              <w:t>11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CCC96F" w14:textId="77777777" w:rsidR="00414768" w:rsidRDefault="00000000">
            <w:pPr>
              <w:spacing w:after="20"/>
            </w:pPr>
            <w:r>
              <w:rPr>
                <w:sz w:val="13"/>
              </w:rPr>
              <w:t>How did Roman Britain differ from Iron Age Britain?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589133" w14:textId="77777777" w:rsidR="00414768" w:rsidRDefault="00000000">
            <w:pPr>
              <w:spacing w:after="20"/>
            </w:pPr>
            <w:r>
              <w:rPr>
                <w:sz w:val="13"/>
              </w:rPr>
              <w:t>Roman Britain had towns, roads, villas, trade and new cultural influences.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C71E41" w14:textId="77777777" w:rsidR="00414768" w:rsidRDefault="00000000">
            <w:pPr>
              <w:spacing w:after="20"/>
            </w:pPr>
            <w:r>
              <w:rPr>
                <w:sz w:val="13"/>
              </w:rPr>
              <w:t>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E07D73" w14:textId="77777777" w:rsidR="00414768" w:rsidRDefault="00000000">
            <w:pPr>
              <w:spacing w:after="20"/>
            </w:pPr>
            <w:r>
              <w:rPr>
                <w:sz w:val="13"/>
              </w:rPr>
              <w:t>Frayer model for empire.</w:t>
            </w:r>
          </w:p>
        </w:tc>
      </w:tr>
      <w:tr w:rsidR="00414768" w14:paraId="77D0B10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41B119" w14:textId="77777777" w:rsidR="00414768" w:rsidRDefault="00000000">
            <w:pPr>
              <w:spacing w:after="20"/>
            </w:pPr>
            <w:r>
              <w:rPr>
                <w:sz w:val="13"/>
              </w:rPr>
              <w:t>12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340EAF" w14:textId="77777777" w:rsidR="00414768" w:rsidRDefault="00000000">
            <w:pPr>
              <w:spacing w:after="20"/>
            </w:pPr>
            <w:r>
              <w:rPr>
                <w:sz w:val="13"/>
              </w:rPr>
              <w:t>What have we learned about Roman Britain?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241A20" w14:textId="77777777" w:rsidR="00414768" w:rsidRDefault="00000000">
            <w:pPr>
              <w:spacing w:after="20"/>
            </w:pPr>
            <w:r>
              <w:rPr>
                <w:sz w:val="13"/>
              </w:rPr>
              <w:t>Roman Britain shows invasion, resistance, change, continuity and legacy.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0B3390" w14:textId="77777777" w:rsidR="00414768" w:rsidRDefault="00000000">
            <w:pPr>
              <w:spacing w:after="20"/>
            </w:pPr>
            <w:r>
              <w:rPr>
                <w:sz w:val="13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C5F18E" w14:textId="77777777" w:rsidR="00414768" w:rsidRDefault="00000000">
            <w:pPr>
              <w:spacing w:after="20"/>
            </w:pPr>
            <w:r>
              <w:rPr>
                <w:sz w:val="13"/>
              </w:rPr>
              <w:t>The Roman occupation changed Britain. True or false?</w:t>
            </w:r>
          </w:p>
        </w:tc>
      </w:tr>
    </w:tbl>
    <w:p w14:paraId="1C24F8BF" w14:textId="77777777" w:rsidR="00414768" w:rsidRDefault="00414768"/>
    <w:p w14:paraId="516773B4" w14:textId="77777777" w:rsidR="00414768" w:rsidRDefault="00000000">
      <w:pPr>
        <w:pStyle w:val="Heading2"/>
      </w:pPr>
      <w:r>
        <w:rPr>
          <w:color w:val="7F4E00"/>
        </w:rPr>
        <w:t>Spring Term: Local Study: All Hallows Church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5"/>
        <w:gridCol w:w="3106"/>
        <w:gridCol w:w="3106"/>
        <w:gridCol w:w="3106"/>
        <w:gridCol w:w="3105"/>
      </w:tblGrid>
      <w:tr w:rsidR="00414768" w14:paraId="5EAE6DD5" w14:textId="77777777">
        <w:trPr>
          <w:jc w:val="center"/>
        </w:trPr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CEA2B3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446C7D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02F1D8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04BDD1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Disciplinary focus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F2C64E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Example meta-learning question</w:t>
            </w:r>
          </w:p>
        </w:tc>
      </w:tr>
      <w:tr w:rsidR="00414768" w14:paraId="1EB2BF5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B879DD" w14:textId="77777777" w:rsidR="00414768" w:rsidRDefault="00000000">
            <w:pPr>
              <w:spacing w:after="20"/>
            </w:pPr>
            <w:r>
              <w:rPr>
                <w:sz w:val="13"/>
              </w:rPr>
              <w:t>13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280C4C" w14:textId="77777777" w:rsidR="00414768" w:rsidRDefault="00000000">
            <w:pPr>
              <w:spacing w:after="20"/>
            </w:pPr>
            <w:r>
              <w:rPr>
                <w:sz w:val="13"/>
              </w:rPr>
              <w:t>What is local history?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6C807F" w14:textId="77777777" w:rsidR="00414768" w:rsidRDefault="00000000">
            <w:pPr>
              <w:spacing w:after="20"/>
            </w:pPr>
            <w:r>
              <w:rPr>
                <w:sz w:val="13"/>
              </w:rPr>
              <w:t>Local history is history linked to our area.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8A6D83" w14:textId="77777777" w:rsidR="00414768" w:rsidRDefault="00000000">
            <w:pPr>
              <w:spacing w:after="20"/>
            </w:pPr>
            <w:r>
              <w:rPr>
                <w:sz w:val="13"/>
              </w:rPr>
              <w:t>Chronology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983194" w14:textId="77777777" w:rsidR="00414768" w:rsidRDefault="00000000">
            <w:pPr>
              <w:spacing w:after="20"/>
            </w:pPr>
            <w:r>
              <w:rPr>
                <w:sz w:val="13"/>
              </w:rPr>
              <w:t>Odd one out: All Hallows Church, Roman road, war memorial. Explain.</w:t>
            </w:r>
          </w:p>
        </w:tc>
      </w:tr>
      <w:tr w:rsidR="00414768" w14:paraId="658C6F6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62B4B5" w14:textId="77777777" w:rsidR="00414768" w:rsidRDefault="00000000">
            <w:pPr>
              <w:spacing w:after="20"/>
            </w:pPr>
            <w:r>
              <w:rPr>
                <w:sz w:val="13"/>
              </w:rPr>
              <w:t>14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BB70A0" w14:textId="77777777" w:rsidR="00414768" w:rsidRDefault="00000000">
            <w:pPr>
              <w:spacing w:after="20"/>
            </w:pPr>
            <w:r>
              <w:rPr>
                <w:sz w:val="13"/>
              </w:rPr>
              <w:t>What is All Hallows Church?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DC810A" w14:textId="77777777" w:rsidR="00414768" w:rsidRDefault="00000000">
            <w:pPr>
              <w:spacing w:after="20"/>
            </w:pPr>
            <w:r>
              <w:rPr>
                <w:sz w:val="13"/>
              </w:rPr>
              <w:t>All Hallows Church is a significant local site in Gedling.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4F5172" w14:textId="77777777" w:rsidR="00414768" w:rsidRDefault="00000000">
            <w:pPr>
              <w:spacing w:after="20"/>
            </w:pPr>
            <w:r>
              <w:rPr>
                <w:sz w:val="13"/>
              </w:rPr>
              <w:t>Sources and 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F46326" w14:textId="77777777" w:rsidR="00414768" w:rsidRDefault="00000000">
            <w:pPr>
              <w:spacing w:after="20"/>
            </w:pPr>
            <w:r>
              <w:rPr>
                <w:sz w:val="13"/>
              </w:rPr>
              <w:t>A building is always significant for the same reason. Always, sometimes or never?</w:t>
            </w:r>
          </w:p>
        </w:tc>
      </w:tr>
      <w:tr w:rsidR="00414768" w14:paraId="0C95F2A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9A06D9" w14:textId="77777777" w:rsidR="00414768" w:rsidRDefault="00000000">
            <w:pPr>
              <w:spacing w:after="20"/>
            </w:pPr>
            <w:r>
              <w:rPr>
                <w:sz w:val="13"/>
              </w:rPr>
              <w:t>15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05A386" w14:textId="77777777" w:rsidR="00414768" w:rsidRDefault="00000000">
            <w:pPr>
              <w:spacing w:after="20"/>
            </w:pPr>
            <w:r>
              <w:rPr>
                <w:sz w:val="13"/>
              </w:rPr>
              <w:t>Why is All Hallows Church significant?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5F2CB7" w14:textId="77777777" w:rsidR="00414768" w:rsidRDefault="00000000">
            <w:pPr>
              <w:spacing w:after="20"/>
            </w:pPr>
            <w:r>
              <w:rPr>
                <w:sz w:val="13"/>
              </w:rPr>
              <w:t>It is significant because it is an important local building with a long history and continuing community importance.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432494" w14:textId="77777777" w:rsidR="00414768" w:rsidRDefault="00000000">
            <w:pPr>
              <w:spacing w:after="20"/>
            </w:pPr>
            <w:r>
              <w:rPr>
                <w:sz w:val="13"/>
              </w:rPr>
              <w:t>Similarity/difference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DEE8CE" w14:textId="77777777" w:rsidR="00414768" w:rsidRDefault="00000000">
            <w:pPr>
              <w:spacing w:after="20"/>
            </w:pPr>
            <w:r>
              <w:rPr>
                <w:sz w:val="13"/>
              </w:rPr>
              <w:t>Double bubble: compare All Hallows Church then and now.</w:t>
            </w:r>
          </w:p>
        </w:tc>
      </w:tr>
      <w:tr w:rsidR="00414768" w14:paraId="1B56ECA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8B36B3" w14:textId="77777777" w:rsidR="00414768" w:rsidRDefault="00000000">
            <w:pPr>
              <w:spacing w:after="20"/>
            </w:pPr>
            <w:r>
              <w:rPr>
                <w:sz w:val="13"/>
              </w:rPr>
              <w:t>16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BE7427" w14:textId="77777777" w:rsidR="00414768" w:rsidRDefault="00000000">
            <w:pPr>
              <w:spacing w:after="20"/>
            </w:pPr>
            <w:r>
              <w:rPr>
                <w:sz w:val="13"/>
              </w:rPr>
              <w:t>What does beyond 1066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7AD137" w14:textId="77777777" w:rsidR="00414768" w:rsidRDefault="00000000">
            <w:pPr>
              <w:spacing w:after="20"/>
            </w:pPr>
            <w:r>
              <w:rPr>
                <w:sz w:val="13"/>
              </w:rPr>
              <w:t>Beyond 1066 means after the Norman Conquest.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B8E4AE" w14:textId="77777777" w:rsidR="00414768" w:rsidRDefault="00000000">
            <w:pPr>
              <w:spacing w:after="20"/>
            </w:pPr>
            <w:r>
              <w:rPr>
                <w:sz w:val="13"/>
              </w:rPr>
              <w:t>Change/continuity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299572" w14:textId="77777777" w:rsidR="00414768" w:rsidRDefault="00000000">
            <w:pPr>
              <w:spacing w:after="20"/>
            </w:pPr>
            <w:r>
              <w:rPr>
                <w:sz w:val="13"/>
              </w:rPr>
              <w:t>Frayer model for local history.</w:t>
            </w:r>
          </w:p>
        </w:tc>
      </w:tr>
      <w:tr w:rsidR="00414768" w14:paraId="796585B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C1FCB6" w14:textId="77777777" w:rsidR="00414768" w:rsidRDefault="00000000">
            <w:pPr>
              <w:spacing w:after="20"/>
            </w:pPr>
            <w:r>
              <w:rPr>
                <w:sz w:val="13"/>
              </w:rPr>
              <w:lastRenderedPageBreak/>
              <w:t>17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08D2D8" w14:textId="77777777" w:rsidR="00414768" w:rsidRDefault="00000000">
            <w:pPr>
              <w:spacing w:after="20"/>
            </w:pPr>
            <w:r>
              <w:rPr>
                <w:sz w:val="13"/>
              </w:rPr>
              <w:t>How can a building be a source?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8D84B5" w14:textId="77777777" w:rsidR="00414768" w:rsidRDefault="00000000">
            <w:pPr>
              <w:spacing w:after="20"/>
            </w:pPr>
            <w:r>
              <w:rPr>
                <w:sz w:val="13"/>
              </w:rPr>
              <w:t>A building can show materials, use, beliefs, changes and community importance.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28DE3B" w14:textId="77777777" w:rsidR="00414768" w:rsidRDefault="00000000">
            <w:pPr>
              <w:spacing w:after="20"/>
            </w:pPr>
            <w:r>
              <w:rPr>
                <w:sz w:val="13"/>
              </w:rPr>
              <w:t>Cause/consequence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E26C67" w14:textId="77777777" w:rsidR="00414768" w:rsidRDefault="00000000">
            <w:pPr>
              <w:spacing w:after="20"/>
            </w:pPr>
            <w:r>
              <w:rPr>
                <w:sz w:val="13"/>
              </w:rPr>
              <w:t>All Hallows Church can be a source about the past. True or false?</w:t>
            </w:r>
          </w:p>
        </w:tc>
      </w:tr>
      <w:tr w:rsidR="00414768" w14:paraId="38C92C9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C745DF" w14:textId="77777777" w:rsidR="00414768" w:rsidRDefault="00000000">
            <w:pPr>
              <w:spacing w:after="20"/>
            </w:pPr>
            <w:r>
              <w:rPr>
                <w:sz w:val="13"/>
              </w:rPr>
              <w:t>18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D06309" w14:textId="77777777" w:rsidR="00414768" w:rsidRDefault="00000000">
            <w:pPr>
              <w:spacing w:after="20"/>
            </w:pPr>
            <w:r>
              <w:rPr>
                <w:sz w:val="13"/>
              </w:rPr>
              <w:t>What can architecture tell us?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74471C" w14:textId="77777777" w:rsidR="00414768" w:rsidRDefault="00000000">
            <w:pPr>
              <w:spacing w:after="20"/>
            </w:pPr>
            <w:r>
              <w:rPr>
                <w:sz w:val="13"/>
              </w:rPr>
              <w:t>Architecture can give evidence about age, purpose, wealth, skills and beliefs.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D8B3CC" w14:textId="77777777" w:rsidR="00414768" w:rsidRDefault="00000000">
            <w:pPr>
              <w:spacing w:after="20"/>
            </w:pPr>
            <w:r>
              <w:rPr>
                <w:sz w:val="13"/>
              </w:rPr>
              <w:t>Significance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765C8B" w14:textId="77777777" w:rsidR="00414768" w:rsidRDefault="00000000">
            <w:pPr>
              <w:spacing w:after="20"/>
            </w:pPr>
            <w:r>
              <w:rPr>
                <w:sz w:val="13"/>
              </w:rPr>
              <w:t>All Hallows Church is significant because... but... so...</w:t>
            </w:r>
          </w:p>
        </w:tc>
      </w:tr>
      <w:tr w:rsidR="00414768" w14:paraId="2354803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C1875C" w14:textId="77777777" w:rsidR="00414768" w:rsidRDefault="00000000">
            <w:pPr>
              <w:spacing w:after="20"/>
            </w:pPr>
            <w:r>
              <w:rPr>
                <w:sz w:val="13"/>
              </w:rPr>
              <w:t>19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72A5B8" w14:textId="77777777" w:rsidR="00414768" w:rsidRDefault="00000000">
            <w:pPr>
              <w:spacing w:after="20"/>
            </w:pPr>
            <w:r>
              <w:rPr>
                <w:sz w:val="13"/>
              </w:rPr>
              <w:t>How can we ask questions about All Hallows Church?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4C60C1" w14:textId="77777777" w:rsidR="00414768" w:rsidRDefault="00000000">
            <w:pPr>
              <w:spacing w:after="20"/>
            </w:pPr>
            <w:r>
              <w:rPr>
                <w:sz w:val="13"/>
              </w:rPr>
              <w:t>We can ask when it was built, why it matters, how it changed and what evidence remains.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28AEF2" w14:textId="77777777" w:rsidR="00414768" w:rsidRDefault="00000000">
            <w:pPr>
              <w:spacing w:after="20"/>
            </w:pPr>
            <w:r>
              <w:rPr>
                <w:sz w:val="13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CC43DE" w14:textId="77777777" w:rsidR="00414768" w:rsidRDefault="00000000">
            <w:pPr>
              <w:spacing w:after="20"/>
            </w:pPr>
            <w:r>
              <w:rPr>
                <w:sz w:val="13"/>
              </w:rPr>
              <w:t>Connect three: All Hallows Church, Gedling, local history.</w:t>
            </w:r>
          </w:p>
        </w:tc>
      </w:tr>
      <w:tr w:rsidR="00414768" w14:paraId="2510678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C71B96" w14:textId="77777777" w:rsidR="00414768" w:rsidRDefault="00000000">
            <w:pPr>
              <w:spacing w:after="20"/>
            </w:pPr>
            <w:r>
              <w:rPr>
                <w:sz w:val="13"/>
              </w:rPr>
              <w:t>20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7A3B63" w14:textId="77777777" w:rsidR="00414768" w:rsidRDefault="00000000">
            <w:pPr>
              <w:spacing w:after="20"/>
            </w:pPr>
            <w:r>
              <w:rPr>
                <w:sz w:val="13"/>
              </w:rPr>
              <w:t>Why might a building change over time?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44FC0A" w14:textId="77777777" w:rsidR="00414768" w:rsidRDefault="00000000">
            <w:pPr>
              <w:spacing w:after="20"/>
            </w:pPr>
            <w:r>
              <w:rPr>
                <w:sz w:val="13"/>
              </w:rPr>
              <w:t>Buildings change because of use, repair, damage, growth or community needs.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85D284" w14:textId="77777777" w:rsidR="00414768" w:rsidRDefault="00000000">
            <w:pPr>
              <w:spacing w:after="20"/>
            </w:pPr>
            <w:r>
              <w:rPr>
                <w:sz w:val="13"/>
              </w:rPr>
              <w:t>Reliability/bias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E9E55A" w14:textId="77777777" w:rsidR="00414768" w:rsidRDefault="00000000">
            <w:pPr>
              <w:spacing w:after="20"/>
            </w:pPr>
            <w:r>
              <w:rPr>
                <w:sz w:val="13"/>
              </w:rPr>
              <w:t>Odd one out: All Hallows Church, Roman road, war memorial. Explain.</w:t>
            </w:r>
          </w:p>
        </w:tc>
      </w:tr>
      <w:tr w:rsidR="00414768" w14:paraId="1EE6189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60FBAB" w14:textId="77777777" w:rsidR="00414768" w:rsidRDefault="00000000">
            <w:pPr>
              <w:spacing w:after="20"/>
            </w:pPr>
            <w:r>
              <w:rPr>
                <w:sz w:val="13"/>
              </w:rPr>
              <w:t>21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A37D22" w14:textId="77777777" w:rsidR="00414768" w:rsidRDefault="00000000">
            <w:pPr>
              <w:spacing w:after="20"/>
            </w:pPr>
            <w:r>
              <w:rPr>
                <w:sz w:val="13"/>
              </w:rPr>
              <w:t>How can local history link to national history?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0422B3" w14:textId="77777777" w:rsidR="00414768" w:rsidRDefault="00000000">
            <w:pPr>
              <w:spacing w:after="20"/>
            </w:pPr>
            <w:r>
              <w:rPr>
                <w:sz w:val="13"/>
              </w:rPr>
              <w:t>Local sites can show wider changes in religion, community, architecture and society.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B3E57D" w14:textId="77777777" w:rsidR="00414768" w:rsidRDefault="00000000">
            <w:pPr>
              <w:spacing w:after="20"/>
            </w:pPr>
            <w:r>
              <w:rPr>
                <w:sz w:val="13"/>
              </w:rPr>
              <w:t>Interpretation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7796EE" w14:textId="77777777" w:rsidR="00414768" w:rsidRDefault="00000000">
            <w:pPr>
              <w:spacing w:after="20"/>
            </w:pPr>
            <w:r>
              <w:rPr>
                <w:sz w:val="13"/>
              </w:rPr>
              <w:t>A building is always significant for the same reason. Always, sometimes or never?</w:t>
            </w:r>
          </w:p>
        </w:tc>
      </w:tr>
      <w:tr w:rsidR="00414768" w14:paraId="1BF8247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4A3F47" w14:textId="77777777" w:rsidR="00414768" w:rsidRDefault="00000000">
            <w:pPr>
              <w:spacing w:after="20"/>
            </w:pPr>
            <w:r>
              <w:rPr>
                <w:sz w:val="13"/>
              </w:rPr>
              <w:t>22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6A929C" w14:textId="77777777" w:rsidR="00414768" w:rsidRDefault="00000000">
            <w:pPr>
              <w:spacing w:after="20"/>
            </w:pPr>
            <w:r>
              <w:rPr>
                <w:sz w:val="13"/>
              </w:rPr>
              <w:t>What sources could help us study All Hallows Church?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874269" w14:textId="77777777" w:rsidR="00414768" w:rsidRDefault="00000000">
            <w:pPr>
              <w:spacing w:after="20"/>
            </w:pPr>
            <w:r>
              <w:rPr>
                <w:sz w:val="13"/>
              </w:rPr>
              <w:t>The building, photographs, maps, written records, artefacts and oral history can help.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0BAAE3" w14:textId="77777777" w:rsidR="00414768" w:rsidRDefault="00000000">
            <w:pPr>
              <w:spacing w:after="20"/>
            </w:pPr>
            <w:r>
              <w:rPr>
                <w:sz w:val="13"/>
              </w:rPr>
              <w:t>Historical 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A779CB" w14:textId="77777777" w:rsidR="00414768" w:rsidRDefault="00000000">
            <w:pPr>
              <w:spacing w:after="20"/>
            </w:pPr>
            <w:r>
              <w:rPr>
                <w:sz w:val="13"/>
              </w:rPr>
              <w:t>Double bubble: compare All Hallows Church then and now.</w:t>
            </w:r>
          </w:p>
        </w:tc>
      </w:tr>
      <w:tr w:rsidR="00414768" w14:paraId="39AF335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9C6451" w14:textId="77777777" w:rsidR="00414768" w:rsidRDefault="00000000">
            <w:pPr>
              <w:spacing w:after="20"/>
            </w:pPr>
            <w:r>
              <w:rPr>
                <w:sz w:val="13"/>
              </w:rPr>
              <w:t>23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C144E7" w14:textId="77777777" w:rsidR="00414768" w:rsidRDefault="00000000">
            <w:pPr>
              <w:spacing w:after="20"/>
            </w:pPr>
            <w:r>
              <w:rPr>
                <w:sz w:val="13"/>
              </w:rPr>
              <w:t>How can we judge source reliability?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7D24B6" w14:textId="77777777" w:rsidR="00414768" w:rsidRDefault="00000000">
            <w:pPr>
              <w:spacing w:after="20"/>
            </w:pPr>
            <w:r>
              <w:rPr>
                <w:sz w:val="13"/>
              </w:rPr>
              <w:t>We consider who made the source, when, why and how it agrees with other evidence.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F64F4E" w14:textId="77777777" w:rsidR="00414768" w:rsidRDefault="00000000">
            <w:pPr>
              <w:spacing w:after="20"/>
            </w:pPr>
            <w:r>
              <w:rPr>
                <w:sz w:val="13"/>
              </w:rPr>
              <w:t>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4D407A" w14:textId="77777777" w:rsidR="00414768" w:rsidRDefault="00000000">
            <w:pPr>
              <w:spacing w:after="20"/>
            </w:pPr>
            <w:r>
              <w:rPr>
                <w:sz w:val="13"/>
              </w:rPr>
              <w:t>Frayer model for local history.</w:t>
            </w:r>
          </w:p>
        </w:tc>
      </w:tr>
      <w:tr w:rsidR="00414768" w14:paraId="699F379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510166" w14:textId="77777777" w:rsidR="00414768" w:rsidRDefault="00000000">
            <w:pPr>
              <w:spacing w:after="20"/>
            </w:pPr>
            <w:r>
              <w:rPr>
                <w:sz w:val="13"/>
              </w:rPr>
              <w:t>24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AF5E66" w14:textId="77777777" w:rsidR="00414768" w:rsidRDefault="00000000">
            <w:pPr>
              <w:spacing w:after="20"/>
            </w:pPr>
            <w:r>
              <w:rPr>
                <w:sz w:val="13"/>
              </w:rPr>
              <w:t>What have we learned about All Hallows Church?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C55FAC" w14:textId="77777777" w:rsidR="00414768" w:rsidRDefault="00000000">
            <w:pPr>
              <w:spacing w:after="20"/>
            </w:pPr>
            <w:r>
              <w:rPr>
                <w:sz w:val="13"/>
              </w:rPr>
              <w:t>All Hallows Church helps pupils connect local history to wider periods and historical enquiry.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F4239F" w14:textId="77777777" w:rsidR="00414768" w:rsidRDefault="00000000">
            <w:pPr>
              <w:spacing w:after="20"/>
            </w:pPr>
            <w:r>
              <w:rPr>
                <w:sz w:val="13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07784E" w14:textId="77777777" w:rsidR="00414768" w:rsidRDefault="00000000">
            <w:pPr>
              <w:spacing w:after="20"/>
            </w:pPr>
            <w:r>
              <w:rPr>
                <w:sz w:val="13"/>
              </w:rPr>
              <w:t>All Hallows Church can be a source about the past. True or false?</w:t>
            </w:r>
          </w:p>
        </w:tc>
      </w:tr>
    </w:tbl>
    <w:p w14:paraId="1C25051C" w14:textId="77777777" w:rsidR="00414768" w:rsidRDefault="00414768"/>
    <w:p w14:paraId="5341C7CE" w14:textId="77777777" w:rsidR="00414768" w:rsidRDefault="00000000">
      <w:pPr>
        <w:pStyle w:val="Heading2"/>
      </w:pPr>
      <w:r>
        <w:rPr>
          <w:color w:val="7F4E00"/>
        </w:rPr>
        <w:t>Summer Term: Anglo-Saxons and Vikings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414768" w14:paraId="7772A1D3" w14:textId="77777777">
        <w:trPr>
          <w:jc w:val="center"/>
        </w:trPr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9B125D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1C3C2C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3D3B47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17DDB9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Disciplinary focus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A1CE42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Example meta-learning question</w:t>
            </w:r>
          </w:p>
        </w:tc>
      </w:tr>
      <w:tr w:rsidR="00414768" w14:paraId="347B7C0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B7126B" w14:textId="77777777" w:rsidR="00414768" w:rsidRDefault="00000000">
            <w:pPr>
              <w:spacing w:after="20"/>
            </w:pPr>
            <w:r>
              <w:rPr>
                <w:sz w:val="13"/>
              </w:rPr>
              <w:t>25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4A429A" w14:textId="77777777" w:rsidR="00414768" w:rsidRDefault="00000000">
            <w:pPr>
              <w:spacing w:after="20"/>
            </w:pPr>
            <w:r>
              <w:rPr>
                <w:sz w:val="13"/>
              </w:rPr>
              <w:t>What happened after Roman rule ended in Britain?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E9DC79" w14:textId="77777777" w:rsidR="00414768" w:rsidRDefault="00000000">
            <w:pPr>
              <w:spacing w:after="20"/>
            </w:pPr>
            <w:r>
              <w:rPr>
                <w:sz w:val="13"/>
              </w:rPr>
              <w:t>New groups, including Anglo-Saxons and Scots, settled in Britain.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BBCF37" w14:textId="77777777" w:rsidR="00414768" w:rsidRDefault="00000000">
            <w:pPr>
              <w:spacing w:after="20"/>
            </w:pPr>
            <w:r>
              <w:rPr>
                <w:sz w:val="13"/>
              </w:rPr>
              <w:t>Chronology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097934" w14:textId="77777777" w:rsidR="00414768" w:rsidRDefault="00000000">
            <w:pPr>
              <w:spacing w:after="20"/>
            </w:pPr>
            <w:r>
              <w:rPr>
                <w:sz w:val="13"/>
              </w:rPr>
              <w:t>Odd one out: Anglo-Saxons, Vikings, Great Fire. Explain.</w:t>
            </w:r>
          </w:p>
        </w:tc>
      </w:tr>
      <w:tr w:rsidR="00414768" w14:paraId="501946D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531FD3" w14:textId="77777777" w:rsidR="00414768" w:rsidRDefault="00000000">
            <w:pPr>
              <w:spacing w:after="20"/>
            </w:pPr>
            <w:r>
              <w:rPr>
                <w:sz w:val="13"/>
              </w:rPr>
              <w:t>26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F88300" w14:textId="77777777" w:rsidR="00414768" w:rsidRDefault="00000000">
            <w:pPr>
              <w:spacing w:after="20"/>
            </w:pPr>
            <w:r>
              <w:rPr>
                <w:sz w:val="13"/>
              </w:rPr>
              <w:t>Who were the Anglo-Saxons?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C643F5" w14:textId="77777777" w:rsidR="00414768" w:rsidRDefault="00000000">
            <w:pPr>
              <w:spacing w:after="20"/>
            </w:pPr>
            <w:r>
              <w:rPr>
                <w:sz w:val="13"/>
              </w:rPr>
              <w:t>The Anglo-Saxons were groups who settled in Britain after the Romans left.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29F59D" w14:textId="77777777" w:rsidR="00414768" w:rsidRDefault="00000000">
            <w:pPr>
              <w:spacing w:after="20"/>
            </w:pPr>
            <w:r>
              <w:rPr>
                <w:sz w:val="13"/>
              </w:rPr>
              <w:t>Sources and 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C04B66" w14:textId="77777777" w:rsidR="00414768" w:rsidRDefault="00000000">
            <w:pPr>
              <w:spacing w:after="20"/>
            </w:pPr>
            <w:r>
              <w:rPr>
                <w:sz w:val="13"/>
              </w:rPr>
              <w:t>Settlement always happens peacefully. Always, sometimes or never?</w:t>
            </w:r>
          </w:p>
        </w:tc>
      </w:tr>
      <w:tr w:rsidR="00414768" w14:paraId="53D4281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BFAE8C" w14:textId="77777777" w:rsidR="00414768" w:rsidRDefault="00000000">
            <w:pPr>
              <w:spacing w:after="20"/>
            </w:pPr>
            <w:r>
              <w:rPr>
                <w:sz w:val="13"/>
              </w:rPr>
              <w:t>27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982824" w14:textId="77777777" w:rsidR="00414768" w:rsidRDefault="00000000">
            <w:pPr>
              <w:spacing w:after="20"/>
            </w:pPr>
            <w:r>
              <w:rPr>
                <w:sz w:val="13"/>
              </w:rPr>
              <w:t>What were the seven Anglo-Saxon kingdoms?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48F3E1" w14:textId="77777777" w:rsidR="00414768" w:rsidRDefault="00000000">
            <w:pPr>
              <w:spacing w:after="20"/>
            </w:pPr>
            <w:r>
              <w:rPr>
                <w:sz w:val="13"/>
              </w:rPr>
              <w:t>Anglo-Saxon Britain was divided into several kingdoms, often remembered as seven main kingdoms.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C0A987" w14:textId="77777777" w:rsidR="00414768" w:rsidRDefault="00000000">
            <w:pPr>
              <w:spacing w:after="20"/>
            </w:pPr>
            <w:r>
              <w:rPr>
                <w:sz w:val="13"/>
              </w:rPr>
              <w:t>Similarity/difference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3448A8" w14:textId="77777777" w:rsidR="00414768" w:rsidRDefault="00000000">
            <w:pPr>
              <w:spacing w:after="20"/>
            </w:pPr>
            <w:r>
              <w:rPr>
                <w:sz w:val="13"/>
              </w:rPr>
              <w:t>Double bubble: compare Anglo-Saxons and Vikings.</w:t>
            </w:r>
          </w:p>
        </w:tc>
      </w:tr>
      <w:tr w:rsidR="00414768" w14:paraId="3FA74D0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13E250" w14:textId="77777777" w:rsidR="00414768" w:rsidRDefault="00000000">
            <w:pPr>
              <w:spacing w:after="20"/>
            </w:pPr>
            <w:r>
              <w:rPr>
                <w:sz w:val="13"/>
              </w:rPr>
              <w:t>28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DDE19E" w14:textId="77777777" w:rsidR="00414768" w:rsidRDefault="00000000">
            <w:pPr>
              <w:spacing w:after="20"/>
            </w:pPr>
            <w:r>
              <w:rPr>
                <w:sz w:val="13"/>
              </w:rPr>
              <w:t>What were Anglo-Saxon religious beliefs?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2539F9" w14:textId="77777777" w:rsidR="00414768" w:rsidRDefault="00000000">
            <w:pPr>
              <w:spacing w:after="20"/>
            </w:pPr>
            <w:r>
              <w:rPr>
                <w:sz w:val="13"/>
              </w:rPr>
              <w:t>Anglo-Saxons had pagan beliefs and later Christianity spread.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2DDB8C" w14:textId="77777777" w:rsidR="00414768" w:rsidRDefault="00000000">
            <w:pPr>
              <w:spacing w:after="20"/>
            </w:pPr>
            <w:r>
              <w:rPr>
                <w:sz w:val="13"/>
              </w:rPr>
              <w:t>Change/continuity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4C7EC0" w14:textId="77777777" w:rsidR="00414768" w:rsidRDefault="00000000">
            <w:pPr>
              <w:spacing w:after="20"/>
            </w:pPr>
            <w:r>
              <w:rPr>
                <w:sz w:val="13"/>
              </w:rPr>
              <w:t>Frayer model for raid.</w:t>
            </w:r>
          </w:p>
        </w:tc>
      </w:tr>
      <w:tr w:rsidR="00414768" w14:paraId="4E96513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424DF3" w14:textId="77777777" w:rsidR="00414768" w:rsidRDefault="00000000">
            <w:pPr>
              <w:spacing w:after="20"/>
            </w:pPr>
            <w:r>
              <w:rPr>
                <w:sz w:val="13"/>
              </w:rPr>
              <w:t>29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B51F4B" w14:textId="77777777" w:rsidR="00414768" w:rsidRDefault="00000000">
            <w:pPr>
              <w:spacing w:after="20"/>
            </w:pPr>
            <w:r>
              <w:rPr>
                <w:sz w:val="13"/>
              </w:rPr>
              <w:t>Where did the Vikings originate from?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7E6D0A" w14:textId="77777777" w:rsidR="00414768" w:rsidRDefault="00000000">
            <w:pPr>
              <w:spacing w:after="20"/>
            </w:pPr>
            <w:r>
              <w:rPr>
                <w:sz w:val="13"/>
              </w:rPr>
              <w:t>The Vikings came from Scandinavia.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2A0EF2" w14:textId="77777777" w:rsidR="00414768" w:rsidRDefault="00000000">
            <w:pPr>
              <w:spacing w:after="20"/>
            </w:pPr>
            <w:r>
              <w:rPr>
                <w:sz w:val="13"/>
              </w:rPr>
              <w:t>Cause/consequence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8C2C8F" w14:textId="77777777" w:rsidR="00414768" w:rsidRDefault="00000000">
            <w:pPr>
              <w:spacing w:after="20"/>
            </w:pPr>
            <w:r>
              <w:rPr>
                <w:sz w:val="13"/>
              </w:rPr>
              <w:t>The Vikings and Anglo-Saxons were sometimes in conflict. True or false?</w:t>
            </w:r>
          </w:p>
        </w:tc>
      </w:tr>
      <w:tr w:rsidR="00414768" w14:paraId="2F08229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B5F6E7" w14:textId="77777777" w:rsidR="00414768" w:rsidRDefault="00000000">
            <w:pPr>
              <w:spacing w:after="20"/>
            </w:pPr>
            <w:r>
              <w:rPr>
                <w:sz w:val="13"/>
              </w:rPr>
              <w:t>30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CDF2E8" w14:textId="77777777" w:rsidR="00414768" w:rsidRDefault="00000000">
            <w:pPr>
              <w:spacing w:after="20"/>
            </w:pPr>
            <w:r>
              <w:rPr>
                <w:sz w:val="13"/>
              </w:rPr>
              <w:t>What does raid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EC72D7" w14:textId="77777777" w:rsidR="00414768" w:rsidRDefault="00000000">
            <w:pPr>
              <w:spacing w:after="20"/>
            </w:pPr>
            <w:r>
              <w:rPr>
                <w:sz w:val="13"/>
              </w:rPr>
              <w:t>A raid is a sudden attack, often to take goods.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FE83AA" w14:textId="77777777" w:rsidR="00414768" w:rsidRDefault="00000000">
            <w:pPr>
              <w:spacing w:after="20"/>
            </w:pPr>
            <w:r>
              <w:rPr>
                <w:sz w:val="13"/>
              </w:rPr>
              <w:t>Significance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0DD743" w14:textId="77777777" w:rsidR="00414768" w:rsidRDefault="00000000">
            <w:pPr>
              <w:spacing w:after="20"/>
            </w:pPr>
            <w:r>
              <w:rPr>
                <w:sz w:val="13"/>
              </w:rPr>
              <w:t>Vikings came to Britain because... but... so...</w:t>
            </w:r>
          </w:p>
        </w:tc>
      </w:tr>
      <w:tr w:rsidR="00414768" w14:paraId="672D5CC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24FC36" w14:textId="77777777" w:rsidR="00414768" w:rsidRDefault="00000000">
            <w:pPr>
              <w:spacing w:after="20"/>
            </w:pPr>
            <w:r>
              <w:rPr>
                <w:sz w:val="13"/>
              </w:rPr>
              <w:t>31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EC8447" w14:textId="77777777" w:rsidR="00414768" w:rsidRDefault="00000000">
            <w:pPr>
              <w:spacing w:after="20"/>
            </w:pPr>
            <w:r>
              <w:rPr>
                <w:sz w:val="13"/>
              </w:rPr>
              <w:t>What was the Danelaw?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9B5769" w14:textId="77777777" w:rsidR="00414768" w:rsidRDefault="00000000">
            <w:pPr>
              <w:spacing w:after="20"/>
            </w:pPr>
            <w:r>
              <w:rPr>
                <w:sz w:val="13"/>
              </w:rPr>
              <w:t>The Danelaw was an area of England influenced or controlled by Viking law and settlement.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7512CA" w14:textId="77777777" w:rsidR="00414768" w:rsidRDefault="00000000">
            <w:pPr>
              <w:spacing w:after="20"/>
            </w:pPr>
            <w:r>
              <w:rPr>
                <w:sz w:val="13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5E9957" w14:textId="77777777" w:rsidR="00414768" w:rsidRDefault="00000000">
            <w:pPr>
              <w:spacing w:after="20"/>
            </w:pPr>
            <w:r>
              <w:rPr>
                <w:sz w:val="13"/>
              </w:rPr>
              <w:t>Connect three: Danelaw, kingdom, raid.</w:t>
            </w:r>
          </w:p>
        </w:tc>
      </w:tr>
      <w:tr w:rsidR="00414768" w14:paraId="3371726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4DCECE" w14:textId="77777777" w:rsidR="00414768" w:rsidRDefault="00000000">
            <w:pPr>
              <w:spacing w:after="20"/>
            </w:pPr>
            <w:r>
              <w:rPr>
                <w:sz w:val="13"/>
              </w:rPr>
              <w:t>32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03A6BB" w14:textId="77777777" w:rsidR="00414768" w:rsidRDefault="00000000">
            <w:pPr>
              <w:spacing w:after="20"/>
            </w:pPr>
            <w:r>
              <w:rPr>
                <w:sz w:val="13"/>
              </w:rPr>
              <w:t>Who was Alfred the Great?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200B02" w14:textId="77777777" w:rsidR="00414768" w:rsidRDefault="00000000">
            <w:pPr>
              <w:spacing w:after="20"/>
            </w:pPr>
            <w:r>
              <w:rPr>
                <w:sz w:val="13"/>
              </w:rPr>
              <w:t>Alfred the Great was an Anglo-Saxon king linked to conflict with the Vikings.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53129D" w14:textId="77777777" w:rsidR="00414768" w:rsidRDefault="00000000">
            <w:pPr>
              <w:spacing w:after="20"/>
            </w:pPr>
            <w:r>
              <w:rPr>
                <w:sz w:val="13"/>
              </w:rPr>
              <w:t>Reliability/bias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FDBE11" w14:textId="77777777" w:rsidR="00414768" w:rsidRDefault="00000000">
            <w:pPr>
              <w:spacing w:after="20"/>
            </w:pPr>
            <w:r>
              <w:rPr>
                <w:sz w:val="13"/>
              </w:rPr>
              <w:t>Odd one out: Anglo-Saxons, Vikings, Great Fire. Explain.</w:t>
            </w:r>
          </w:p>
        </w:tc>
      </w:tr>
      <w:tr w:rsidR="00414768" w14:paraId="05A1A1C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3DFC22" w14:textId="77777777" w:rsidR="00414768" w:rsidRDefault="00000000">
            <w:pPr>
              <w:spacing w:after="20"/>
            </w:pPr>
            <w:r>
              <w:rPr>
                <w:sz w:val="13"/>
              </w:rPr>
              <w:t>33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FE78B9" w14:textId="77777777" w:rsidR="00414768" w:rsidRDefault="00000000">
            <w:pPr>
              <w:spacing w:after="20"/>
            </w:pPr>
            <w:r>
              <w:rPr>
                <w:sz w:val="13"/>
              </w:rPr>
              <w:t>What do place names tell us?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6A18EA" w14:textId="77777777" w:rsidR="00414768" w:rsidRDefault="00000000">
            <w:pPr>
              <w:spacing w:after="20"/>
            </w:pPr>
            <w:r>
              <w:rPr>
                <w:sz w:val="13"/>
              </w:rPr>
              <w:t>Place names can give clues about Saxon and Viking settlement and language.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4A9C54" w14:textId="77777777" w:rsidR="00414768" w:rsidRDefault="00000000">
            <w:pPr>
              <w:spacing w:after="20"/>
            </w:pPr>
            <w:r>
              <w:rPr>
                <w:sz w:val="13"/>
              </w:rPr>
              <w:t>Interpretation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5C1BC1" w14:textId="77777777" w:rsidR="00414768" w:rsidRDefault="00000000">
            <w:pPr>
              <w:spacing w:after="20"/>
            </w:pPr>
            <w:r>
              <w:rPr>
                <w:sz w:val="13"/>
              </w:rPr>
              <w:t>Settlement always happens peacefully. Always, sometimes or never?</w:t>
            </w:r>
          </w:p>
        </w:tc>
      </w:tr>
      <w:tr w:rsidR="00414768" w14:paraId="0B412E7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C7B033" w14:textId="77777777" w:rsidR="00414768" w:rsidRDefault="00000000">
            <w:pPr>
              <w:spacing w:after="20"/>
            </w:pPr>
            <w:r>
              <w:rPr>
                <w:sz w:val="13"/>
              </w:rPr>
              <w:t>34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BF5FC2" w14:textId="77777777" w:rsidR="00414768" w:rsidRDefault="00000000">
            <w:pPr>
              <w:spacing w:after="20"/>
            </w:pPr>
            <w:r>
              <w:rPr>
                <w:sz w:val="13"/>
              </w:rPr>
              <w:t>How were Anglo-Saxons and Vikings similar?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C9570B" w14:textId="77777777" w:rsidR="00414768" w:rsidRDefault="00000000">
            <w:pPr>
              <w:spacing w:after="20"/>
            </w:pPr>
            <w:r>
              <w:rPr>
                <w:sz w:val="13"/>
              </w:rPr>
              <w:t>Both settled, traded, farmed, fought and influenced Britain.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1CF200" w14:textId="77777777" w:rsidR="00414768" w:rsidRDefault="00000000">
            <w:pPr>
              <w:spacing w:after="20"/>
            </w:pPr>
            <w:r>
              <w:rPr>
                <w:sz w:val="13"/>
              </w:rPr>
              <w:t>Historical 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7CBBE5" w14:textId="77777777" w:rsidR="00414768" w:rsidRDefault="00000000">
            <w:pPr>
              <w:spacing w:after="20"/>
            </w:pPr>
            <w:r>
              <w:rPr>
                <w:sz w:val="13"/>
              </w:rPr>
              <w:t>Double bubble: compare Anglo-Saxons and Vikings.</w:t>
            </w:r>
          </w:p>
        </w:tc>
      </w:tr>
      <w:tr w:rsidR="00414768" w14:paraId="519DFD3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A13345" w14:textId="77777777" w:rsidR="00414768" w:rsidRDefault="00000000">
            <w:pPr>
              <w:spacing w:after="20"/>
            </w:pPr>
            <w:r>
              <w:rPr>
                <w:sz w:val="13"/>
              </w:rPr>
              <w:t>35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38D14E" w14:textId="77777777" w:rsidR="00414768" w:rsidRDefault="00000000">
            <w:pPr>
              <w:spacing w:after="20"/>
            </w:pPr>
            <w:r>
              <w:rPr>
                <w:sz w:val="13"/>
              </w:rPr>
              <w:t>How were Anglo-Saxons and Vikings different?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C2851D" w14:textId="77777777" w:rsidR="00414768" w:rsidRDefault="00000000">
            <w:pPr>
              <w:spacing w:after="20"/>
            </w:pPr>
            <w:r>
              <w:rPr>
                <w:sz w:val="13"/>
              </w:rPr>
              <w:t xml:space="preserve">They came from different places and had different </w:t>
            </w:r>
            <w:r>
              <w:rPr>
                <w:sz w:val="13"/>
              </w:rPr>
              <w:lastRenderedPageBreak/>
              <w:t>cultures, beliefs and political roles.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7972F8" w14:textId="77777777" w:rsidR="00414768" w:rsidRDefault="00000000">
            <w:pPr>
              <w:spacing w:after="20"/>
            </w:pPr>
            <w:r>
              <w:rPr>
                <w:sz w:val="13"/>
              </w:rPr>
              <w:lastRenderedPageBreak/>
              <w:t>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3C47E0" w14:textId="77777777" w:rsidR="00414768" w:rsidRDefault="00000000">
            <w:pPr>
              <w:spacing w:after="20"/>
            </w:pPr>
            <w:r>
              <w:rPr>
                <w:sz w:val="13"/>
              </w:rPr>
              <w:t>Frayer model for raid.</w:t>
            </w:r>
          </w:p>
        </w:tc>
      </w:tr>
      <w:tr w:rsidR="00414768" w14:paraId="3C8017D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073012" w14:textId="77777777" w:rsidR="00414768" w:rsidRDefault="00000000">
            <w:pPr>
              <w:spacing w:after="20"/>
            </w:pPr>
            <w:r>
              <w:rPr>
                <w:sz w:val="13"/>
              </w:rPr>
              <w:t>36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CBF243" w14:textId="77777777" w:rsidR="00414768" w:rsidRDefault="00000000">
            <w:pPr>
              <w:spacing w:after="20"/>
            </w:pPr>
            <w:r>
              <w:rPr>
                <w:sz w:val="13"/>
              </w:rPr>
              <w:t>How should we remember the Vikings?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19D85E" w14:textId="77777777" w:rsidR="00414768" w:rsidRDefault="00000000">
            <w:pPr>
              <w:spacing w:after="20"/>
            </w:pPr>
            <w:r>
              <w:rPr>
                <w:sz w:val="13"/>
              </w:rPr>
              <w:t>Pupils should use evidence to explain that Vikings were raiders, traders and settlers, not only warriors.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8E7ADF" w14:textId="77777777" w:rsidR="00414768" w:rsidRDefault="00000000">
            <w:pPr>
              <w:spacing w:after="20"/>
            </w:pPr>
            <w:r>
              <w:rPr>
                <w:sz w:val="13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0C8611" w14:textId="77777777" w:rsidR="00414768" w:rsidRDefault="00000000">
            <w:pPr>
              <w:spacing w:after="20"/>
            </w:pPr>
            <w:r>
              <w:rPr>
                <w:sz w:val="13"/>
              </w:rPr>
              <w:t>The Vikings and Anglo-Saxons were sometimes in conflict. True or false?</w:t>
            </w:r>
          </w:p>
        </w:tc>
      </w:tr>
    </w:tbl>
    <w:p w14:paraId="191F4888" w14:textId="77777777" w:rsidR="00414768" w:rsidRDefault="00414768"/>
    <w:p w14:paraId="602E5070" w14:textId="77777777" w:rsidR="00414768" w:rsidRDefault="00000000">
      <w:r>
        <w:br w:type="page"/>
      </w:r>
    </w:p>
    <w:p w14:paraId="6BD0BA04" w14:textId="77777777" w:rsidR="00414768" w:rsidRDefault="00000000">
      <w:pPr>
        <w:pStyle w:val="Heading1"/>
      </w:pPr>
      <w:r>
        <w:rPr>
          <w:color w:val="7F4E00"/>
        </w:rPr>
        <w:lastRenderedPageBreak/>
        <w:t>Year 5 History Retrieval Plan</w:t>
      </w:r>
    </w:p>
    <w:p w14:paraId="417D29C8" w14:textId="77777777" w:rsidR="00414768" w:rsidRDefault="00000000">
      <w:pPr>
        <w:pStyle w:val="Heading2"/>
      </w:pPr>
      <w:r>
        <w:rPr>
          <w:color w:val="7F4E00"/>
        </w:rPr>
        <w:t>Autumn Term: Mayan Civilisation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414768" w14:paraId="652B2E02" w14:textId="77777777">
        <w:trPr>
          <w:jc w:val="center"/>
        </w:trPr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B8C115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D44441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4B54BE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FEE2C6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Disciplinary focus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4EB966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Example meta-learning question</w:t>
            </w:r>
          </w:p>
        </w:tc>
      </w:tr>
      <w:tr w:rsidR="00414768" w14:paraId="2822174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90E628" w14:textId="77777777" w:rsidR="00414768" w:rsidRDefault="00000000">
            <w:pPr>
              <w:spacing w:after="20"/>
            </w:pPr>
            <w:r>
              <w:rPr>
                <w:sz w:val="13"/>
              </w:rPr>
              <w:t>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DA67CC" w14:textId="77777777" w:rsidR="00414768" w:rsidRDefault="00000000">
            <w:pPr>
              <w:spacing w:after="20"/>
            </w:pPr>
            <w:r>
              <w:rPr>
                <w:sz w:val="13"/>
              </w:rPr>
              <w:t>Where was the Mayan civilisation?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CCB9BA" w14:textId="77777777" w:rsidR="00414768" w:rsidRDefault="00000000">
            <w:pPr>
              <w:spacing w:after="20"/>
            </w:pPr>
            <w:r>
              <w:rPr>
                <w:sz w:val="13"/>
              </w:rPr>
              <w:t>The Maya lived in parts of Mesoamerica.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FDEC64" w14:textId="77777777" w:rsidR="00414768" w:rsidRDefault="00000000">
            <w:pPr>
              <w:spacing w:after="20"/>
            </w:pPr>
            <w:r>
              <w:rPr>
                <w:sz w:val="13"/>
              </w:rPr>
              <w:t>Chronology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62674F" w14:textId="77777777" w:rsidR="00414768" w:rsidRDefault="00000000">
            <w:pPr>
              <w:spacing w:after="20"/>
            </w:pPr>
            <w:r>
              <w:rPr>
                <w:sz w:val="13"/>
              </w:rPr>
              <w:t>Odd one out: Maya, Anglo-Saxons, Florence Nightingale. Explain.</w:t>
            </w:r>
          </w:p>
        </w:tc>
      </w:tr>
      <w:tr w:rsidR="00414768" w14:paraId="2C9B0FE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E3762D" w14:textId="77777777" w:rsidR="00414768" w:rsidRDefault="00000000">
            <w:pPr>
              <w:spacing w:after="20"/>
            </w:pPr>
            <w:r>
              <w:rPr>
                <w:sz w:val="13"/>
              </w:rPr>
              <w:t>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397A75" w14:textId="77777777" w:rsidR="00414768" w:rsidRDefault="00000000">
            <w:pPr>
              <w:spacing w:after="20"/>
            </w:pPr>
            <w:r>
              <w:rPr>
                <w:sz w:val="13"/>
              </w:rPr>
              <w:t>What is a non-European society?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1BB9BD" w14:textId="77777777" w:rsidR="00414768" w:rsidRDefault="00000000">
            <w:pPr>
              <w:spacing w:after="20"/>
            </w:pPr>
            <w:r>
              <w:rPr>
                <w:sz w:val="13"/>
              </w:rPr>
              <w:t>A non-European society is a society from outside Europe.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B15C54" w14:textId="77777777" w:rsidR="00414768" w:rsidRDefault="00000000">
            <w:pPr>
              <w:spacing w:after="20"/>
            </w:pPr>
            <w:r>
              <w:rPr>
                <w:sz w:val="13"/>
              </w:rPr>
              <w:t>Sources and 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2FE619" w14:textId="77777777" w:rsidR="00414768" w:rsidRDefault="00000000">
            <w:pPr>
              <w:spacing w:after="20"/>
            </w:pPr>
            <w:r>
              <w:rPr>
                <w:sz w:val="13"/>
              </w:rPr>
              <w:t>Non-European societies were always less advanced than European societies. Always, sometimes or never?</w:t>
            </w:r>
          </w:p>
        </w:tc>
      </w:tr>
      <w:tr w:rsidR="00414768" w14:paraId="455325F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BE851C" w14:textId="77777777" w:rsidR="00414768" w:rsidRDefault="00000000">
            <w:pPr>
              <w:spacing w:after="20"/>
            </w:pPr>
            <w:r>
              <w:rPr>
                <w:sz w:val="13"/>
              </w:rPr>
              <w:t>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055BBD" w14:textId="77777777" w:rsidR="00414768" w:rsidRDefault="00000000">
            <w:pPr>
              <w:spacing w:after="20"/>
            </w:pPr>
            <w:r>
              <w:rPr>
                <w:sz w:val="13"/>
              </w:rPr>
              <w:t>Why is it important to learn about the Maya?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9D2FF6" w14:textId="77777777" w:rsidR="00414768" w:rsidRDefault="00000000">
            <w:pPr>
              <w:spacing w:after="20"/>
            </w:pPr>
            <w:r>
              <w:rPr>
                <w:sz w:val="13"/>
              </w:rPr>
              <w:t>The Maya show that powerful and complex societies developed outside Europe.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45C316" w14:textId="77777777" w:rsidR="00414768" w:rsidRDefault="00000000">
            <w:pPr>
              <w:spacing w:after="20"/>
            </w:pPr>
            <w:r>
              <w:rPr>
                <w:sz w:val="13"/>
              </w:rPr>
              <w:t>Similarity/difference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5A1137" w14:textId="77777777" w:rsidR="00414768" w:rsidRDefault="00000000">
            <w:pPr>
              <w:spacing w:after="20"/>
            </w:pPr>
            <w:r>
              <w:rPr>
                <w:sz w:val="13"/>
              </w:rPr>
              <w:t>Double bubble: compare the Maya and Anglo-Saxon Britain.</w:t>
            </w:r>
          </w:p>
        </w:tc>
      </w:tr>
      <w:tr w:rsidR="00414768" w14:paraId="1C942C9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E3B33F" w14:textId="77777777" w:rsidR="00414768" w:rsidRDefault="00000000">
            <w:pPr>
              <w:spacing w:after="20"/>
            </w:pPr>
            <w:r>
              <w:rPr>
                <w:sz w:val="13"/>
              </w:rPr>
              <w:t>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6034CE" w14:textId="77777777" w:rsidR="00414768" w:rsidRDefault="00000000">
            <w:pPr>
              <w:spacing w:after="20"/>
            </w:pPr>
            <w:r>
              <w:rPr>
                <w:sz w:val="13"/>
              </w:rPr>
              <w:t>What was life like at the height of the Mayan civilisation?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D6902B" w14:textId="77777777" w:rsidR="00414768" w:rsidRDefault="00000000">
            <w:pPr>
              <w:spacing w:after="20"/>
            </w:pPr>
            <w:r>
              <w:rPr>
                <w:sz w:val="13"/>
              </w:rPr>
              <w:t>Mayan life included cities, farming, religion, trade, writing, maths and social organisation.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65601E" w14:textId="77777777" w:rsidR="00414768" w:rsidRDefault="00000000">
            <w:pPr>
              <w:spacing w:after="20"/>
            </w:pPr>
            <w:r>
              <w:rPr>
                <w:sz w:val="13"/>
              </w:rPr>
              <w:t>Change/continuity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2535F7" w14:textId="77777777" w:rsidR="00414768" w:rsidRDefault="00000000">
            <w:pPr>
              <w:spacing w:after="20"/>
            </w:pPr>
            <w:r>
              <w:rPr>
                <w:sz w:val="13"/>
              </w:rPr>
              <w:t>Frayer model for civilisation.</w:t>
            </w:r>
          </w:p>
        </w:tc>
      </w:tr>
      <w:tr w:rsidR="00414768" w14:paraId="7123016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7F2086" w14:textId="77777777" w:rsidR="00414768" w:rsidRDefault="00000000">
            <w:pPr>
              <w:spacing w:after="20"/>
            </w:pPr>
            <w:r>
              <w:rPr>
                <w:sz w:val="13"/>
              </w:rPr>
              <w:t>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0FB10F" w14:textId="77777777" w:rsidR="00414768" w:rsidRDefault="00000000">
            <w:pPr>
              <w:spacing w:after="20"/>
            </w:pPr>
            <w:r>
              <w:rPr>
                <w:sz w:val="13"/>
              </w:rPr>
              <w:t>What impact did the Maya have on the world?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087A5F" w14:textId="77777777" w:rsidR="00414768" w:rsidRDefault="00000000">
            <w:pPr>
              <w:spacing w:after="20"/>
            </w:pPr>
            <w:r>
              <w:rPr>
                <w:sz w:val="13"/>
              </w:rPr>
              <w:t>The Maya made achievements in areas such as maths, writing, astronomy and architecture.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4B53E6" w14:textId="77777777" w:rsidR="00414768" w:rsidRDefault="00000000">
            <w:pPr>
              <w:spacing w:after="20"/>
            </w:pPr>
            <w:r>
              <w:rPr>
                <w:sz w:val="13"/>
              </w:rPr>
              <w:t>Cause/consequence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DE59AC" w14:textId="77777777" w:rsidR="00414768" w:rsidRDefault="00000000">
            <w:pPr>
              <w:spacing w:after="20"/>
            </w:pPr>
            <w:r>
              <w:rPr>
                <w:sz w:val="13"/>
              </w:rPr>
              <w:t>The Maya had important achievements and religious practices. True or false?</w:t>
            </w:r>
          </w:p>
        </w:tc>
      </w:tr>
      <w:tr w:rsidR="00414768" w14:paraId="02E9F15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F90E00" w14:textId="77777777" w:rsidR="00414768" w:rsidRDefault="00000000">
            <w:pPr>
              <w:spacing w:after="20"/>
            </w:pPr>
            <w:r>
              <w:rPr>
                <w:sz w:val="13"/>
              </w:rPr>
              <w:t>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9B0A83" w14:textId="77777777" w:rsidR="00414768" w:rsidRDefault="00000000">
            <w:pPr>
              <w:spacing w:after="20"/>
            </w:pPr>
            <w:r>
              <w:rPr>
                <w:sz w:val="13"/>
              </w:rPr>
              <w:t>Why did the Maya grow strong?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EF2EBE" w14:textId="77777777" w:rsidR="00414768" w:rsidRDefault="00000000">
            <w:pPr>
              <w:spacing w:after="20"/>
            </w:pPr>
            <w:r>
              <w:rPr>
                <w:sz w:val="13"/>
              </w:rPr>
              <w:t>They grew strong through farming, cities, trade, leadership, beliefs and organisation.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E0D8E9" w14:textId="77777777" w:rsidR="00414768" w:rsidRDefault="00000000">
            <w:pPr>
              <w:spacing w:after="20"/>
            </w:pPr>
            <w:r>
              <w:rPr>
                <w:sz w:val="13"/>
              </w:rPr>
              <w:t>Significance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EE2ABA" w14:textId="77777777" w:rsidR="00414768" w:rsidRDefault="00000000">
            <w:pPr>
              <w:spacing w:after="20"/>
            </w:pPr>
            <w:r>
              <w:rPr>
                <w:sz w:val="13"/>
              </w:rPr>
              <w:t>The Maya became powerful because... but... so...</w:t>
            </w:r>
          </w:p>
        </w:tc>
      </w:tr>
      <w:tr w:rsidR="00414768" w14:paraId="62267F0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DD8E25" w14:textId="77777777" w:rsidR="00414768" w:rsidRDefault="00000000">
            <w:pPr>
              <w:spacing w:after="20"/>
            </w:pPr>
            <w:r>
              <w:rPr>
                <w:sz w:val="13"/>
              </w:rPr>
              <w:t>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A309F8" w14:textId="77777777" w:rsidR="00414768" w:rsidRDefault="00000000">
            <w:pPr>
              <w:spacing w:after="20"/>
            </w:pPr>
            <w:r>
              <w:rPr>
                <w:sz w:val="13"/>
              </w:rPr>
              <w:t>What were some Maya religious practices?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C2487C" w14:textId="77777777" w:rsidR="00414768" w:rsidRDefault="00000000">
            <w:pPr>
              <w:spacing w:after="20"/>
            </w:pPr>
            <w:r>
              <w:rPr>
                <w:sz w:val="13"/>
              </w:rPr>
              <w:t>Maya religious practices included gods, ceremonies and rituals.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638B46" w14:textId="77777777" w:rsidR="00414768" w:rsidRDefault="00000000">
            <w:pPr>
              <w:spacing w:after="20"/>
            </w:pPr>
            <w:r>
              <w:rPr>
                <w:sz w:val="13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E2C82F" w14:textId="77777777" w:rsidR="00414768" w:rsidRDefault="00000000">
            <w:pPr>
              <w:spacing w:after="20"/>
            </w:pPr>
            <w:r>
              <w:rPr>
                <w:sz w:val="13"/>
              </w:rPr>
              <w:t>Connect three: Maya, civilisation, evidence.</w:t>
            </w:r>
          </w:p>
        </w:tc>
      </w:tr>
      <w:tr w:rsidR="00414768" w14:paraId="4FA80E9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E4F69A" w14:textId="77777777" w:rsidR="00414768" w:rsidRDefault="00000000">
            <w:pPr>
              <w:spacing w:after="20"/>
            </w:pPr>
            <w:r>
              <w:rPr>
                <w:sz w:val="13"/>
              </w:rPr>
              <w:t>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D56CD3" w14:textId="77777777" w:rsidR="00414768" w:rsidRDefault="00000000">
            <w:pPr>
              <w:spacing w:after="20"/>
            </w:pPr>
            <w:r>
              <w:rPr>
                <w:sz w:val="13"/>
              </w:rPr>
              <w:t>Why might the Maya Empire have ended?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BCD6A9" w14:textId="77777777" w:rsidR="00414768" w:rsidRDefault="00000000">
            <w:pPr>
              <w:spacing w:after="20"/>
            </w:pPr>
            <w:r>
              <w:rPr>
                <w:sz w:val="13"/>
              </w:rPr>
              <w:t>The decline may have involved several causes, such as conflict, environment, resources or political change.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83DC78" w14:textId="77777777" w:rsidR="00414768" w:rsidRDefault="00000000">
            <w:pPr>
              <w:spacing w:after="20"/>
            </w:pPr>
            <w:r>
              <w:rPr>
                <w:sz w:val="13"/>
              </w:rPr>
              <w:t>Reliability/bias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ADE7F2" w14:textId="77777777" w:rsidR="00414768" w:rsidRDefault="00000000">
            <w:pPr>
              <w:spacing w:after="20"/>
            </w:pPr>
            <w:r>
              <w:rPr>
                <w:sz w:val="13"/>
              </w:rPr>
              <w:t>Odd one out: Maya, Anglo-Saxons, Florence Nightingale. Explain.</w:t>
            </w:r>
          </w:p>
        </w:tc>
      </w:tr>
      <w:tr w:rsidR="00414768" w14:paraId="56424F1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44DBB2" w14:textId="77777777" w:rsidR="00414768" w:rsidRDefault="00000000">
            <w:pPr>
              <w:spacing w:after="20"/>
            </w:pPr>
            <w:r>
              <w:rPr>
                <w:sz w:val="13"/>
              </w:rPr>
              <w:t>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AD2CE1" w14:textId="77777777" w:rsidR="00414768" w:rsidRDefault="00000000">
            <w:pPr>
              <w:spacing w:after="20"/>
            </w:pPr>
            <w:r>
              <w:rPr>
                <w:sz w:val="13"/>
              </w:rPr>
              <w:t>What is misinformation?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9F9F42" w14:textId="77777777" w:rsidR="00414768" w:rsidRDefault="00000000">
            <w:pPr>
              <w:spacing w:after="20"/>
            </w:pPr>
            <w:r>
              <w:rPr>
                <w:sz w:val="13"/>
              </w:rPr>
              <w:t>Misinformation is inaccurate or misleading information.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AD99EA" w14:textId="77777777" w:rsidR="00414768" w:rsidRDefault="00000000">
            <w:pPr>
              <w:spacing w:after="20"/>
            </w:pPr>
            <w:r>
              <w:rPr>
                <w:sz w:val="13"/>
              </w:rPr>
              <w:t>Interpretation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F6986C" w14:textId="77777777" w:rsidR="00414768" w:rsidRDefault="00000000">
            <w:pPr>
              <w:spacing w:after="20"/>
            </w:pPr>
            <w:r>
              <w:rPr>
                <w:sz w:val="13"/>
              </w:rPr>
              <w:t>Non-European societies were always less advanced than European societies. Always, sometimes or never?</w:t>
            </w:r>
          </w:p>
        </w:tc>
      </w:tr>
      <w:tr w:rsidR="00414768" w14:paraId="47451FB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E0CF8A" w14:textId="77777777" w:rsidR="00414768" w:rsidRDefault="00000000">
            <w:pPr>
              <w:spacing w:after="20"/>
            </w:pPr>
            <w:r>
              <w:rPr>
                <w:sz w:val="13"/>
              </w:rPr>
              <w:t>10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86C516" w14:textId="77777777" w:rsidR="00414768" w:rsidRDefault="00000000">
            <w:pPr>
              <w:spacing w:after="20"/>
            </w:pPr>
            <w:r>
              <w:rPr>
                <w:sz w:val="13"/>
              </w:rPr>
              <w:t>How can we evaluate evidence?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43C2AC" w14:textId="77777777" w:rsidR="00414768" w:rsidRDefault="00000000">
            <w:pPr>
              <w:spacing w:after="20"/>
            </w:pPr>
            <w:r>
              <w:rPr>
                <w:sz w:val="13"/>
              </w:rPr>
              <w:t>We compare sources, ask who made them and consider reliability and purpose.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9006B2" w14:textId="77777777" w:rsidR="00414768" w:rsidRDefault="00000000">
            <w:pPr>
              <w:spacing w:after="20"/>
            </w:pPr>
            <w:r>
              <w:rPr>
                <w:sz w:val="13"/>
              </w:rPr>
              <w:t>Historical 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5D95B5" w14:textId="77777777" w:rsidR="00414768" w:rsidRDefault="00000000">
            <w:pPr>
              <w:spacing w:after="20"/>
            </w:pPr>
            <w:r>
              <w:rPr>
                <w:sz w:val="13"/>
              </w:rPr>
              <w:t>Double bubble: compare the Maya and Anglo-Saxon Britain.</w:t>
            </w:r>
          </w:p>
        </w:tc>
      </w:tr>
      <w:tr w:rsidR="00414768" w14:paraId="69A92B9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DD8219" w14:textId="77777777" w:rsidR="00414768" w:rsidRDefault="00000000">
            <w:pPr>
              <w:spacing w:after="20"/>
            </w:pPr>
            <w:r>
              <w:rPr>
                <w:sz w:val="13"/>
              </w:rPr>
              <w:t>11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D4C6C8" w14:textId="77777777" w:rsidR="00414768" w:rsidRDefault="00000000">
            <w:pPr>
              <w:spacing w:after="20"/>
            </w:pPr>
            <w:r>
              <w:rPr>
                <w:sz w:val="13"/>
              </w:rPr>
              <w:t>How can we compare the Maya and Saxon Britain?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DACE5C" w14:textId="77777777" w:rsidR="00414768" w:rsidRDefault="00000000">
            <w:pPr>
              <w:spacing w:after="20"/>
            </w:pPr>
            <w:r>
              <w:rPr>
                <w:sz w:val="13"/>
              </w:rPr>
              <w:t>We can compare settlement, writing, beliefs, power, buildings and achievements.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2B61E2" w14:textId="77777777" w:rsidR="00414768" w:rsidRDefault="00000000">
            <w:pPr>
              <w:spacing w:after="20"/>
            </w:pPr>
            <w:r>
              <w:rPr>
                <w:sz w:val="13"/>
              </w:rPr>
              <w:t>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56F95C" w14:textId="77777777" w:rsidR="00414768" w:rsidRDefault="00000000">
            <w:pPr>
              <w:spacing w:after="20"/>
            </w:pPr>
            <w:r>
              <w:rPr>
                <w:sz w:val="13"/>
              </w:rPr>
              <w:t>Frayer model for civilisation.</w:t>
            </w:r>
          </w:p>
        </w:tc>
      </w:tr>
      <w:tr w:rsidR="00414768" w14:paraId="332BC18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FA32B9" w14:textId="77777777" w:rsidR="00414768" w:rsidRDefault="00000000">
            <w:pPr>
              <w:spacing w:after="20"/>
            </w:pPr>
            <w:r>
              <w:rPr>
                <w:sz w:val="13"/>
              </w:rPr>
              <w:t>12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78A824" w14:textId="77777777" w:rsidR="00414768" w:rsidRDefault="00000000">
            <w:pPr>
              <w:spacing w:after="20"/>
            </w:pPr>
            <w:r>
              <w:rPr>
                <w:sz w:val="13"/>
              </w:rPr>
              <w:t>What have we learned about the Maya?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D74B1C" w14:textId="77777777" w:rsidR="00414768" w:rsidRDefault="00000000">
            <w:pPr>
              <w:spacing w:after="20"/>
            </w:pPr>
            <w:r>
              <w:rPr>
                <w:sz w:val="13"/>
              </w:rPr>
              <w:t>The Maya were a sophisticated civilisation that contrasts with British history.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696FCE" w14:textId="77777777" w:rsidR="00414768" w:rsidRDefault="00000000">
            <w:pPr>
              <w:spacing w:after="20"/>
            </w:pPr>
            <w:r>
              <w:rPr>
                <w:sz w:val="13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F2E443" w14:textId="77777777" w:rsidR="00414768" w:rsidRDefault="00000000">
            <w:pPr>
              <w:spacing w:after="20"/>
            </w:pPr>
            <w:r>
              <w:rPr>
                <w:sz w:val="13"/>
              </w:rPr>
              <w:t>The Maya had important achievements and religious practices. True or false?</w:t>
            </w:r>
          </w:p>
        </w:tc>
      </w:tr>
    </w:tbl>
    <w:p w14:paraId="30ACDE38" w14:textId="77777777" w:rsidR="00414768" w:rsidRDefault="00414768"/>
    <w:p w14:paraId="72D5D352" w14:textId="77777777" w:rsidR="00414768" w:rsidRDefault="00000000">
      <w:pPr>
        <w:pStyle w:val="Heading2"/>
      </w:pPr>
      <w:r>
        <w:rPr>
          <w:color w:val="7F4E00"/>
        </w:rPr>
        <w:t>Spring Term: Ancient Greece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414768" w14:paraId="05EB7575" w14:textId="77777777">
        <w:trPr>
          <w:jc w:val="center"/>
        </w:trPr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18EDD9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695774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4CCAC5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0BA1F0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Disciplinary focus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503AC6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Example meta-learning question</w:t>
            </w:r>
          </w:p>
        </w:tc>
      </w:tr>
      <w:tr w:rsidR="00414768" w14:paraId="4D61039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05AD78" w14:textId="77777777" w:rsidR="00414768" w:rsidRDefault="00000000">
            <w:pPr>
              <w:spacing w:after="20"/>
            </w:pPr>
            <w:r>
              <w:rPr>
                <w:sz w:val="13"/>
              </w:rPr>
              <w:t>13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DCB5A0" w14:textId="77777777" w:rsidR="00414768" w:rsidRDefault="00000000">
            <w:pPr>
              <w:spacing w:after="20"/>
            </w:pPr>
            <w:r>
              <w:rPr>
                <w:sz w:val="13"/>
              </w:rPr>
              <w:t>What was Ancient Greece?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309D94" w14:textId="77777777" w:rsidR="00414768" w:rsidRDefault="00000000">
            <w:pPr>
              <w:spacing w:after="20"/>
            </w:pPr>
            <w:r>
              <w:rPr>
                <w:sz w:val="13"/>
              </w:rPr>
              <w:t>Ancient Greece was an ancient civilisation made up of city-states.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1A2A88" w14:textId="77777777" w:rsidR="00414768" w:rsidRDefault="00000000">
            <w:pPr>
              <w:spacing w:after="20"/>
            </w:pPr>
            <w:r>
              <w:rPr>
                <w:sz w:val="13"/>
              </w:rPr>
              <w:t>Chronology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DE6F50" w14:textId="77777777" w:rsidR="00414768" w:rsidRDefault="00000000">
            <w:pPr>
              <w:spacing w:after="20"/>
            </w:pPr>
            <w:r>
              <w:rPr>
                <w:sz w:val="13"/>
              </w:rPr>
              <w:t>Odd one out: Athens, democracy, Danelaw. Explain.</w:t>
            </w:r>
          </w:p>
        </w:tc>
      </w:tr>
      <w:tr w:rsidR="00414768" w14:paraId="49D5872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D476AE" w14:textId="77777777" w:rsidR="00414768" w:rsidRDefault="00000000">
            <w:pPr>
              <w:spacing w:after="20"/>
            </w:pPr>
            <w:r>
              <w:rPr>
                <w:sz w:val="13"/>
              </w:rPr>
              <w:t>14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D9B71E" w14:textId="77777777" w:rsidR="00414768" w:rsidRDefault="00000000">
            <w:pPr>
              <w:spacing w:after="20"/>
            </w:pPr>
            <w:r>
              <w:rPr>
                <w:sz w:val="13"/>
              </w:rPr>
              <w:t>What is a city-state?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52E5CC" w14:textId="77777777" w:rsidR="00414768" w:rsidRDefault="00000000">
            <w:pPr>
              <w:spacing w:after="20"/>
            </w:pPr>
            <w:r>
              <w:rPr>
                <w:sz w:val="13"/>
              </w:rPr>
              <w:t>A city-state is a city and its surrounding area that governs itself.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468C2A" w14:textId="77777777" w:rsidR="00414768" w:rsidRDefault="00000000">
            <w:pPr>
              <w:spacing w:after="20"/>
            </w:pPr>
            <w:r>
              <w:rPr>
                <w:sz w:val="13"/>
              </w:rPr>
              <w:t>Sources and 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7C04EA" w14:textId="77777777" w:rsidR="00414768" w:rsidRDefault="00000000">
            <w:pPr>
              <w:spacing w:after="20"/>
            </w:pPr>
            <w:r>
              <w:rPr>
                <w:sz w:val="13"/>
              </w:rPr>
              <w:t>Ancient achievements always influence life today. Always, sometimes or never?</w:t>
            </w:r>
          </w:p>
        </w:tc>
      </w:tr>
      <w:tr w:rsidR="00414768" w14:paraId="6378B17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AEF701" w14:textId="77777777" w:rsidR="00414768" w:rsidRDefault="00000000">
            <w:pPr>
              <w:spacing w:after="20"/>
            </w:pPr>
            <w:r>
              <w:rPr>
                <w:sz w:val="13"/>
              </w:rPr>
              <w:t>15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46A34E" w14:textId="77777777" w:rsidR="00414768" w:rsidRDefault="00000000">
            <w:pPr>
              <w:spacing w:after="20"/>
            </w:pPr>
            <w:r>
              <w:rPr>
                <w:sz w:val="13"/>
              </w:rPr>
              <w:t>What was Athens?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F394D2" w14:textId="77777777" w:rsidR="00414768" w:rsidRDefault="00000000">
            <w:pPr>
              <w:spacing w:after="20"/>
            </w:pPr>
            <w:r>
              <w:rPr>
                <w:sz w:val="13"/>
              </w:rPr>
              <w:t>Athens was a powerful Greek city-state.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A0F994" w14:textId="77777777" w:rsidR="00414768" w:rsidRDefault="00000000">
            <w:pPr>
              <w:spacing w:after="20"/>
            </w:pPr>
            <w:r>
              <w:rPr>
                <w:sz w:val="13"/>
              </w:rPr>
              <w:t>Similarity/difference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9392EF" w14:textId="77777777" w:rsidR="00414768" w:rsidRDefault="00000000">
            <w:pPr>
              <w:spacing w:after="20"/>
            </w:pPr>
            <w:r>
              <w:rPr>
                <w:sz w:val="13"/>
              </w:rPr>
              <w:t>Double bubble: compare Ancient Greece and the Maya.</w:t>
            </w:r>
          </w:p>
        </w:tc>
      </w:tr>
      <w:tr w:rsidR="00414768" w14:paraId="1D3C863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3C14FE" w14:textId="77777777" w:rsidR="00414768" w:rsidRDefault="00000000">
            <w:pPr>
              <w:spacing w:after="20"/>
            </w:pPr>
            <w:r>
              <w:rPr>
                <w:sz w:val="13"/>
              </w:rPr>
              <w:lastRenderedPageBreak/>
              <w:t>16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FE1F0E" w14:textId="77777777" w:rsidR="00414768" w:rsidRDefault="00000000">
            <w:pPr>
              <w:spacing w:after="20"/>
            </w:pPr>
            <w:r>
              <w:rPr>
                <w:sz w:val="13"/>
              </w:rPr>
              <w:t>What is democracy?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FA1A33" w14:textId="77777777" w:rsidR="00414768" w:rsidRDefault="00000000">
            <w:pPr>
              <w:spacing w:after="20"/>
            </w:pPr>
            <w:r>
              <w:rPr>
                <w:sz w:val="13"/>
              </w:rPr>
              <w:t>Democracy is a system where citizens have a say in decisions.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CC069F" w14:textId="77777777" w:rsidR="00414768" w:rsidRDefault="00000000">
            <w:pPr>
              <w:spacing w:after="20"/>
            </w:pPr>
            <w:r>
              <w:rPr>
                <w:sz w:val="13"/>
              </w:rPr>
              <w:t>Change/continuity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26D169" w14:textId="77777777" w:rsidR="00414768" w:rsidRDefault="00000000">
            <w:pPr>
              <w:spacing w:after="20"/>
            </w:pPr>
            <w:r>
              <w:rPr>
                <w:sz w:val="13"/>
              </w:rPr>
              <w:t>Frayer model for democracy.</w:t>
            </w:r>
          </w:p>
        </w:tc>
      </w:tr>
      <w:tr w:rsidR="00414768" w14:paraId="3A90F08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F569A9" w14:textId="77777777" w:rsidR="00414768" w:rsidRDefault="00000000">
            <w:pPr>
              <w:spacing w:after="20"/>
            </w:pPr>
            <w:r>
              <w:rPr>
                <w:sz w:val="13"/>
              </w:rPr>
              <w:t>17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E33A09" w14:textId="77777777" w:rsidR="00414768" w:rsidRDefault="00000000">
            <w:pPr>
              <w:spacing w:after="20"/>
            </w:pPr>
            <w:r>
              <w:rPr>
                <w:sz w:val="13"/>
              </w:rPr>
              <w:t>What is the Acropolis?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36233F" w14:textId="77777777" w:rsidR="00414768" w:rsidRDefault="00000000">
            <w:pPr>
              <w:spacing w:after="20"/>
            </w:pPr>
            <w:r>
              <w:rPr>
                <w:sz w:val="13"/>
              </w:rPr>
              <w:t>The Acropolis is a significant ancient site in Athens.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F2CF4C" w14:textId="77777777" w:rsidR="00414768" w:rsidRDefault="00000000">
            <w:pPr>
              <w:spacing w:after="20"/>
            </w:pPr>
            <w:r>
              <w:rPr>
                <w:sz w:val="13"/>
              </w:rPr>
              <w:t>Cause/consequence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078549" w14:textId="77777777" w:rsidR="00414768" w:rsidRDefault="00000000">
            <w:pPr>
              <w:spacing w:after="20"/>
            </w:pPr>
            <w:r>
              <w:rPr>
                <w:sz w:val="13"/>
              </w:rPr>
              <w:t>Ancient Greece influenced Western society. True or false?</w:t>
            </w:r>
          </w:p>
        </w:tc>
      </w:tr>
      <w:tr w:rsidR="00414768" w14:paraId="4EA81BE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673411" w14:textId="77777777" w:rsidR="00414768" w:rsidRDefault="00000000">
            <w:pPr>
              <w:spacing w:after="20"/>
            </w:pPr>
            <w:r>
              <w:rPr>
                <w:sz w:val="13"/>
              </w:rPr>
              <w:t>18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455AA6" w14:textId="77777777" w:rsidR="00414768" w:rsidRDefault="00000000">
            <w:pPr>
              <w:spacing w:after="20"/>
            </w:pPr>
            <w:r>
              <w:rPr>
                <w:sz w:val="13"/>
              </w:rPr>
              <w:t>What is the Parthenon?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B3706A" w14:textId="77777777" w:rsidR="00414768" w:rsidRDefault="00000000">
            <w:pPr>
              <w:spacing w:after="20"/>
            </w:pPr>
            <w:r>
              <w:rPr>
                <w:sz w:val="13"/>
              </w:rPr>
              <w:t>The Parthenon is a temple on the Acropolis in Athens.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EC71BE" w14:textId="77777777" w:rsidR="00414768" w:rsidRDefault="00000000">
            <w:pPr>
              <w:spacing w:after="20"/>
            </w:pPr>
            <w:r>
              <w:rPr>
                <w:sz w:val="13"/>
              </w:rPr>
              <w:t>Significance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D45AB1" w14:textId="77777777" w:rsidR="00414768" w:rsidRDefault="00000000">
            <w:pPr>
              <w:spacing w:after="20"/>
            </w:pPr>
            <w:r>
              <w:rPr>
                <w:sz w:val="13"/>
              </w:rPr>
              <w:t>Athens became powerful because... but... so...</w:t>
            </w:r>
          </w:p>
        </w:tc>
      </w:tr>
      <w:tr w:rsidR="00414768" w14:paraId="063A81B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426FF1" w14:textId="77777777" w:rsidR="00414768" w:rsidRDefault="00000000">
            <w:pPr>
              <w:spacing w:after="20"/>
            </w:pPr>
            <w:r>
              <w:rPr>
                <w:sz w:val="13"/>
              </w:rPr>
              <w:t>19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CD24EC" w14:textId="77777777" w:rsidR="00414768" w:rsidRDefault="00000000">
            <w:pPr>
              <w:spacing w:after="20"/>
            </w:pPr>
            <w:r>
              <w:rPr>
                <w:sz w:val="13"/>
              </w:rPr>
              <w:t>How did Ancient Greece influence life today?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0E70A9" w14:textId="77777777" w:rsidR="00414768" w:rsidRDefault="00000000">
            <w:pPr>
              <w:spacing w:after="20"/>
            </w:pPr>
            <w:r>
              <w:rPr>
                <w:sz w:val="13"/>
              </w:rPr>
              <w:t>Greek ideas influenced democracy, theatre, philosophy, art, architecture and sport.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04F810" w14:textId="77777777" w:rsidR="00414768" w:rsidRDefault="00000000">
            <w:pPr>
              <w:spacing w:after="20"/>
            </w:pPr>
            <w:r>
              <w:rPr>
                <w:sz w:val="13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AD2A3E" w14:textId="77777777" w:rsidR="00414768" w:rsidRDefault="00000000">
            <w:pPr>
              <w:spacing w:after="20"/>
            </w:pPr>
            <w:r>
              <w:rPr>
                <w:sz w:val="13"/>
              </w:rPr>
              <w:t>Connect three: Acropolis, democracy, Parthenon.</w:t>
            </w:r>
          </w:p>
        </w:tc>
      </w:tr>
      <w:tr w:rsidR="00414768" w14:paraId="01998FB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8F0042" w14:textId="77777777" w:rsidR="00414768" w:rsidRDefault="00000000">
            <w:pPr>
              <w:spacing w:after="20"/>
            </w:pPr>
            <w:r>
              <w:rPr>
                <w:sz w:val="13"/>
              </w:rPr>
              <w:t>20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098EFC" w14:textId="77777777" w:rsidR="00414768" w:rsidRDefault="00000000">
            <w:pPr>
              <w:spacing w:after="20"/>
            </w:pPr>
            <w:r>
              <w:rPr>
                <w:sz w:val="13"/>
              </w:rPr>
              <w:t>How can we identify primary and secondary sources?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BF3D6E" w14:textId="77777777" w:rsidR="00414768" w:rsidRDefault="00000000">
            <w:pPr>
              <w:spacing w:after="20"/>
            </w:pPr>
            <w:r>
              <w:rPr>
                <w:sz w:val="13"/>
              </w:rPr>
              <w:t>Primary sources come from the time; secondary sources are made later.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A45D4E" w14:textId="77777777" w:rsidR="00414768" w:rsidRDefault="00000000">
            <w:pPr>
              <w:spacing w:after="20"/>
            </w:pPr>
            <w:r>
              <w:rPr>
                <w:sz w:val="13"/>
              </w:rPr>
              <w:t>Reliability/bias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9C69F3" w14:textId="77777777" w:rsidR="00414768" w:rsidRDefault="00000000">
            <w:pPr>
              <w:spacing w:after="20"/>
            </w:pPr>
            <w:r>
              <w:rPr>
                <w:sz w:val="13"/>
              </w:rPr>
              <w:t>Odd one out: Athens, democracy, Danelaw. Explain.</w:t>
            </w:r>
          </w:p>
        </w:tc>
      </w:tr>
      <w:tr w:rsidR="00414768" w14:paraId="254000C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2AD31D" w14:textId="77777777" w:rsidR="00414768" w:rsidRDefault="00000000">
            <w:pPr>
              <w:spacing w:after="20"/>
            </w:pPr>
            <w:r>
              <w:rPr>
                <w:sz w:val="13"/>
              </w:rPr>
              <w:t>21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F200DD" w14:textId="77777777" w:rsidR="00414768" w:rsidRDefault="00000000">
            <w:pPr>
              <w:spacing w:after="20"/>
            </w:pPr>
            <w:r>
              <w:rPr>
                <w:sz w:val="13"/>
              </w:rPr>
              <w:t>Why may there be different accounts of Greek history?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17F0EE" w14:textId="77777777" w:rsidR="00414768" w:rsidRDefault="00000000">
            <w:pPr>
              <w:spacing w:after="20"/>
            </w:pPr>
            <w:r>
              <w:rPr>
                <w:sz w:val="13"/>
              </w:rPr>
              <w:t>Accounts may differ because of viewpoint, evidence, purpose and interpretation.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82C1B7" w14:textId="77777777" w:rsidR="00414768" w:rsidRDefault="00000000">
            <w:pPr>
              <w:spacing w:after="20"/>
            </w:pPr>
            <w:r>
              <w:rPr>
                <w:sz w:val="13"/>
              </w:rPr>
              <w:t>Interpretation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4E487F" w14:textId="77777777" w:rsidR="00414768" w:rsidRDefault="00000000">
            <w:pPr>
              <w:spacing w:after="20"/>
            </w:pPr>
            <w:r>
              <w:rPr>
                <w:sz w:val="13"/>
              </w:rPr>
              <w:t>Ancient achievements always influence life today. Always, sometimes or never?</w:t>
            </w:r>
          </w:p>
        </w:tc>
      </w:tr>
      <w:tr w:rsidR="00414768" w14:paraId="1B18CEA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69FD67" w14:textId="77777777" w:rsidR="00414768" w:rsidRDefault="00000000">
            <w:pPr>
              <w:spacing w:after="20"/>
            </w:pPr>
            <w:r>
              <w:rPr>
                <w:sz w:val="13"/>
              </w:rPr>
              <w:t>22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2B139D" w14:textId="77777777" w:rsidR="00414768" w:rsidRDefault="00000000">
            <w:pPr>
              <w:spacing w:after="20"/>
            </w:pPr>
            <w:r>
              <w:rPr>
                <w:sz w:val="13"/>
              </w:rPr>
              <w:t>How can we compare the Maya and Ancient Greece?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9C348A" w14:textId="77777777" w:rsidR="00414768" w:rsidRDefault="00000000">
            <w:pPr>
              <w:spacing w:after="20"/>
            </w:pPr>
            <w:r>
              <w:rPr>
                <w:sz w:val="13"/>
              </w:rPr>
              <w:t>We can compare government, religion, cities, achievements, evidence and legacy.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988F6A" w14:textId="77777777" w:rsidR="00414768" w:rsidRDefault="00000000">
            <w:pPr>
              <w:spacing w:after="20"/>
            </w:pPr>
            <w:r>
              <w:rPr>
                <w:sz w:val="13"/>
              </w:rPr>
              <w:t>Historical 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C2A3F5" w14:textId="77777777" w:rsidR="00414768" w:rsidRDefault="00000000">
            <w:pPr>
              <w:spacing w:after="20"/>
            </w:pPr>
            <w:r>
              <w:rPr>
                <w:sz w:val="13"/>
              </w:rPr>
              <w:t>Double bubble: compare Ancient Greece and the Maya.</w:t>
            </w:r>
          </w:p>
        </w:tc>
      </w:tr>
      <w:tr w:rsidR="00414768" w14:paraId="157CC44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BD0F60" w14:textId="77777777" w:rsidR="00414768" w:rsidRDefault="00000000">
            <w:pPr>
              <w:spacing w:after="20"/>
            </w:pPr>
            <w:r>
              <w:rPr>
                <w:sz w:val="13"/>
              </w:rPr>
              <w:t>23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039184" w14:textId="77777777" w:rsidR="00414768" w:rsidRDefault="00000000">
            <w:pPr>
              <w:spacing w:after="20"/>
            </w:pPr>
            <w:r>
              <w:rPr>
                <w:sz w:val="13"/>
              </w:rPr>
              <w:t>Why do changes occur in history?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F26545" w14:textId="77777777" w:rsidR="00414768" w:rsidRDefault="00000000">
            <w:pPr>
              <w:spacing w:after="20"/>
            </w:pPr>
            <w:r>
              <w:rPr>
                <w:sz w:val="13"/>
              </w:rPr>
              <w:t>Changes may occur because of power, conflict, trade, beliefs, ideas and people’s choices.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23ECB2" w14:textId="77777777" w:rsidR="00414768" w:rsidRDefault="00000000">
            <w:pPr>
              <w:spacing w:after="20"/>
            </w:pPr>
            <w:r>
              <w:rPr>
                <w:sz w:val="13"/>
              </w:rPr>
              <w:t>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3C4055" w14:textId="77777777" w:rsidR="00414768" w:rsidRDefault="00000000">
            <w:pPr>
              <w:spacing w:after="20"/>
            </w:pPr>
            <w:r>
              <w:rPr>
                <w:sz w:val="13"/>
              </w:rPr>
              <w:t>Frayer model for democracy.</w:t>
            </w:r>
          </w:p>
        </w:tc>
      </w:tr>
      <w:tr w:rsidR="00414768" w14:paraId="1E6D2A7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830254" w14:textId="77777777" w:rsidR="00414768" w:rsidRDefault="00000000">
            <w:pPr>
              <w:spacing w:after="20"/>
            </w:pPr>
            <w:r>
              <w:rPr>
                <w:sz w:val="13"/>
              </w:rPr>
              <w:t>24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FD3A3E" w14:textId="77777777" w:rsidR="00414768" w:rsidRDefault="00000000">
            <w:pPr>
              <w:spacing w:after="20"/>
            </w:pPr>
            <w:r>
              <w:rPr>
                <w:sz w:val="13"/>
              </w:rPr>
              <w:t>What have we learned about Ancient Greece?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B01B64" w14:textId="77777777" w:rsidR="00414768" w:rsidRDefault="00000000">
            <w:pPr>
              <w:spacing w:after="20"/>
            </w:pPr>
            <w:r>
              <w:rPr>
                <w:sz w:val="13"/>
              </w:rPr>
              <w:t>Ancient Greece influenced Western society and helps us understand civilisation, democracy and legacy.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178E03" w14:textId="77777777" w:rsidR="00414768" w:rsidRDefault="00000000">
            <w:pPr>
              <w:spacing w:after="20"/>
            </w:pPr>
            <w:r>
              <w:rPr>
                <w:sz w:val="13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AFFC40" w14:textId="77777777" w:rsidR="00414768" w:rsidRDefault="00000000">
            <w:pPr>
              <w:spacing w:after="20"/>
            </w:pPr>
            <w:r>
              <w:rPr>
                <w:sz w:val="13"/>
              </w:rPr>
              <w:t>Ancient Greece influenced Western society. True or false?</w:t>
            </w:r>
          </w:p>
        </w:tc>
      </w:tr>
    </w:tbl>
    <w:p w14:paraId="5D041EBB" w14:textId="77777777" w:rsidR="00414768" w:rsidRDefault="00414768"/>
    <w:p w14:paraId="021BC88D" w14:textId="77777777" w:rsidR="00414768" w:rsidRDefault="00000000">
      <w:pPr>
        <w:pStyle w:val="Heading2"/>
      </w:pPr>
      <w:r>
        <w:rPr>
          <w:color w:val="7F4E00"/>
        </w:rPr>
        <w:t>Summer Term: Retrieval and Readiness: Civilisations and Interpretation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414768" w14:paraId="3AE87CC0" w14:textId="77777777">
        <w:trPr>
          <w:jc w:val="center"/>
        </w:trPr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E969D0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8D514A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74770C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07E82B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Disciplinary focus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62872D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Example meta-learning question</w:t>
            </w:r>
          </w:p>
        </w:tc>
      </w:tr>
      <w:tr w:rsidR="00414768" w14:paraId="547CE8B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069C75" w14:textId="77777777" w:rsidR="00414768" w:rsidRDefault="00000000">
            <w:pPr>
              <w:spacing w:after="20"/>
            </w:pPr>
            <w:r>
              <w:rPr>
                <w:sz w:val="13"/>
              </w:rPr>
              <w:t>25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ACEBA8" w14:textId="77777777" w:rsidR="00414768" w:rsidRDefault="00000000">
            <w:pPr>
              <w:spacing w:after="20"/>
            </w:pPr>
            <w:r>
              <w:rPr>
                <w:sz w:val="13"/>
              </w:rPr>
              <w:t>What does civilisation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D93384" w14:textId="77777777" w:rsidR="00414768" w:rsidRDefault="00000000">
            <w:pPr>
              <w:spacing w:after="20"/>
            </w:pPr>
            <w:r>
              <w:rPr>
                <w:sz w:val="13"/>
              </w:rPr>
              <w:t>A civilisation is a society with organised ways of living.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9A4498" w14:textId="77777777" w:rsidR="00414768" w:rsidRDefault="00000000">
            <w:pPr>
              <w:spacing w:after="20"/>
            </w:pPr>
            <w:r>
              <w:rPr>
                <w:sz w:val="13"/>
              </w:rPr>
              <w:t>Chronology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463570" w14:textId="77777777" w:rsidR="00414768" w:rsidRDefault="00000000">
            <w:pPr>
              <w:spacing w:after="20"/>
            </w:pPr>
            <w:r>
              <w:rPr>
                <w:sz w:val="13"/>
              </w:rPr>
              <w:t>Odd one out: choose one item that does not fit and justify.</w:t>
            </w:r>
          </w:p>
        </w:tc>
      </w:tr>
      <w:tr w:rsidR="00414768" w14:paraId="48E424F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F7DACA" w14:textId="77777777" w:rsidR="00414768" w:rsidRDefault="00000000">
            <w:pPr>
              <w:spacing w:after="20"/>
            </w:pPr>
            <w:r>
              <w:rPr>
                <w:sz w:val="13"/>
              </w:rPr>
              <w:t>26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916752" w14:textId="77777777" w:rsidR="00414768" w:rsidRDefault="00000000">
            <w:pPr>
              <w:spacing w:after="20"/>
            </w:pPr>
            <w:r>
              <w:rPr>
                <w:sz w:val="13"/>
              </w:rPr>
              <w:t>What does empire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35C33A" w14:textId="77777777" w:rsidR="00414768" w:rsidRDefault="00000000">
            <w:pPr>
              <w:spacing w:after="20"/>
            </w:pPr>
            <w:r>
              <w:rPr>
                <w:sz w:val="13"/>
              </w:rPr>
              <w:t>An empire is a group of lands or peoples ruled by one power.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8F6D72" w14:textId="77777777" w:rsidR="00414768" w:rsidRDefault="00000000">
            <w:pPr>
              <w:spacing w:after="20"/>
            </w:pPr>
            <w:r>
              <w:rPr>
                <w:sz w:val="13"/>
              </w:rPr>
              <w:t>Sources and 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66A567" w14:textId="77777777" w:rsidR="00414768" w:rsidRDefault="00000000">
            <w:pPr>
              <w:spacing w:after="20"/>
            </w:pPr>
            <w:r>
              <w:rPr>
                <w:sz w:val="13"/>
              </w:rPr>
              <w:t>Always, sometimes or never? Explain using evidence.</w:t>
            </w:r>
          </w:p>
        </w:tc>
      </w:tr>
      <w:tr w:rsidR="00414768" w14:paraId="7C49E6E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6B6C60" w14:textId="77777777" w:rsidR="00414768" w:rsidRDefault="00000000">
            <w:pPr>
              <w:spacing w:after="20"/>
            </w:pPr>
            <w:r>
              <w:rPr>
                <w:sz w:val="13"/>
              </w:rPr>
              <w:t>27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298BBE" w14:textId="77777777" w:rsidR="00414768" w:rsidRDefault="00000000">
            <w:pPr>
              <w:spacing w:after="20"/>
            </w:pPr>
            <w:r>
              <w:rPr>
                <w:sz w:val="13"/>
              </w:rPr>
              <w:t>What does legacy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E2F562" w14:textId="77777777" w:rsidR="00414768" w:rsidRDefault="00000000">
            <w:pPr>
              <w:spacing w:after="20"/>
            </w:pPr>
            <w:r>
              <w:rPr>
                <w:sz w:val="13"/>
              </w:rPr>
              <w:t>A legacy is something left behind that continues to influence later life.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EC5FBC" w14:textId="77777777" w:rsidR="00414768" w:rsidRDefault="00000000">
            <w:pPr>
              <w:spacing w:after="20"/>
            </w:pPr>
            <w:r>
              <w:rPr>
                <w:sz w:val="13"/>
              </w:rPr>
              <w:t>Similarity/difference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216C70" w14:textId="77777777" w:rsidR="00414768" w:rsidRDefault="00000000">
            <w:pPr>
              <w:spacing w:after="20"/>
            </w:pPr>
            <w:r>
              <w:rPr>
                <w:sz w:val="13"/>
              </w:rPr>
              <w:t>Double bubble: compare two people, places, periods or events.</w:t>
            </w:r>
          </w:p>
        </w:tc>
      </w:tr>
      <w:tr w:rsidR="00414768" w14:paraId="2C159F0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2CA44E" w14:textId="77777777" w:rsidR="00414768" w:rsidRDefault="00000000">
            <w:pPr>
              <w:spacing w:after="20"/>
            </w:pPr>
            <w:r>
              <w:rPr>
                <w:sz w:val="13"/>
              </w:rPr>
              <w:t>28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A82391" w14:textId="77777777" w:rsidR="00414768" w:rsidRDefault="00000000">
            <w:pPr>
              <w:spacing w:after="20"/>
            </w:pPr>
            <w:r>
              <w:rPr>
                <w:sz w:val="13"/>
              </w:rPr>
              <w:t>What does democracy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696CB6" w14:textId="77777777" w:rsidR="00414768" w:rsidRDefault="00000000">
            <w:pPr>
              <w:spacing w:after="20"/>
            </w:pPr>
            <w:r>
              <w:rPr>
                <w:sz w:val="13"/>
              </w:rPr>
              <w:t>Democracy is a way of making decisions with citizen participation.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7C3F55" w14:textId="77777777" w:rsidR="00414768" w:rsidRDefault="00000000">
            <w:pPr>
              <w:spacing w:after="20"/>
            </w:pPr>
            <w:r>
              <w:rPr>
                <w:sz w:val="13"/>
              </w:rPr>
              <w:t>Change/continuity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968913" w14:textId="77777777" w:rsidR="00414768" w:rsidRDefault="00000000">
            <w:pPr>
              <w:spacing w:after="20"/>
            </w:pPr>
            <w:r>
              <w:rPr>
                <w:sz w:val="13"/>
              </w:rPr>
              <w:t>Frayer model for a key historical word.</w:t>
            </w:r>
          </w:p>
        </w:tc>
      </w:tr>
      <w:tr w:rsidR="00414768" w14:paraId="77656AE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81C1ED" w14:textId="77777777" w:rsidR="00414768" w:rsidRDefault="00000000">
            <w:pPr>
              <w:spacing w:after="20"/>
            </w:pPr>
            <w:r>
              <w:rPr>
                <w:sz w:val="13"/>
              </w:rPr>
              <w:t>29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F995C4" w14:textId="77777777" w:rsidR="00414768" w:rsidRDefault="00000000">
            <w:pPr>
              <w:spacing w:after="20"/>
            </w:pPr>
            <w:r>
              <w:rPr>
                <w:sz w:val="13"/>
              </w:rPr>
              <w:t>What makes a source reliable?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F32C8F" w14:textId="77777777" w:rsidR="00414768" w:rsidRDefault="00000000">
            <w:pPr>
              <w:spacing w:after="20"/>
            </w:pPr>
            <w:r>
              <w:rPr>
                <w:sz w:val="13"/>
              </w:rPr>
              <w:t>A source is more reliable when its origin, purpose and evidence can be checked.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01582A" w14:textId="77777777" w:rsidR="00414768" w:rsidRDefault="00000000">
            <w:pPr>
              <w:spacing w:after="20"/>
            </w:pPr>
            <w:r>
              <w:rPr>
                <w:sz w:val="13"/>
              </w:rPr>
              <w:t>Cause/consequence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A04AE1" w14:textId="77777777" w:rsidR="00414768" w:rsidRDefault="00000000">
            <w:pPr>
              <w:spacing w:after="20"/>
            </w:pPr>
            <w:r>
              <w:rPr>
                <w:sz w:val="13"/>
              </w:rPr>
              <w:t>True or false? Prove it using evidence.</w:t>
            </w:r>
          </w:p>
        </w:tc>
      </w:tr>
      <w:tr w:rsidR="00414768" w14:paraId="06622E8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C25571" w14:textId="77777777" w:rsidR="00414768" w:rsidRDefault="00000000">
            <w:pPr>
              <w:spacing w:after="20"/>
            </w:pPr>
            <w:r>
              <w:rPr>
                <w:sz w:val="13"/>
              </w:rPr>
              <w:t>30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5494E9" w14:textId="77777777" w:rsidR="00414768" w:rsidRDefault="00000000">
            <w:pPr>
              <w:spacing w:after="20"/>
            </w:pPr>
            <w:r>
              <w:rPr>
                <w:sz w:val="13"/>
              </w:rPr>
              <w:t>What is opinion in a source?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E185B7" w14:textId="77777777" w:rsidR="00414768" w:rsidRDefault="00000000">
            <w:pPr>
              <w:spacing w:after="20"/>
            </w:pPr>
            <w:r>
              <w:rPr>
                <w:sz w:val="13"/>
              </w:rPr>
              <w:t>Opinion is a viewpoint or belief rather than a checkable fact.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D37380" w14:textId="77777777" w:rsidR="00414768" w:rsidRDefault="00000000">
            <w:pPr>
              <w:spacing w:after="20"/>
            </w:pPr>
            <w:r>
              <w:rPr>
                <w:sz w:val="13"/>
              </w:rPr>
              <w:t>Significance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02F447" w14:textId="77777777" w:rsidR="00414768" w:rsidRDefault="00000000">
            <w:pPr>
              <w:spacing w:after="20"/>
            </w:pPr>
            <w:r>
              <w:rPr>
                <w:sz w:val="13"/>
              </w:rPr>
              <w:t>Complete because, but, so to build explanation.</w:t>
            </w:r>
          </w:p>
        </w:tc>
      </w:tr>
      <w:tr w:rsidR="00414768" w14:paraId="4D235BE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9F7F47" w14:textId="77777777" w:rsidR="00414768" w:rsidRDefault="00000000">
            <w:pPr>
              <w:spacing w:after="20"/>
            </w:pPr>
            <w:r>
              <w:rPr>
                <w:sz w:val="13"/>
              </w:rPr>
              <w:t>31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E2B444" w14:textId="77777777" w:rsidR="00414768" w:rsidRDefault="00000000">
            <w:pPr>
              <w:spacing w:after="20"/>
            </w:pPr>
            <w:r>
              <w:rPr>
                <w:sz w:val="13"/>
              </w:rPr>
              <w:t>How can historians check accuracy?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2A56B7" w14:textId="77777777" w:rsidR="00414768" w:rsidRDefault="00000000">
            <w:pPr>
              <w:spacing w:after="20"/>
            </w:pPr>
            <w:r>
              <w:rPr>
                <w:sz w:val="13"/>
              </w:rPr>
              <w:t>They compare sources, look for evidence and consider purpose and bias.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4D854A" w14:textId="77777777" w:rsidR="00414768" w:rsidRDefault="00000000">
            <w:pPr>
              <w:spacing w:after="20"/>
            </w:pPr>
            <w:r>
              <w:rPr>
                <w:sz w:val="13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FF6DC7" w14:textId="77777777" w:rsidR="00414768" w:rsidRDefault="00000000">
            <w:pPr>
              <w:spacing w:after="20"/>
            </w:pPr>
            <w:r>
              <w:rPr>
                <w:sz w:val="13"/>
              </w:rPr>
              <w:t>Connect three related ideas.</w:t>
            </w:r>
          </w:p>
        </w:tc>
      </w:tr>
      <w:tr w:rsidR="00414768" w14:paraId="07BE978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89D3B5" w14:textId="77777777" w:rsidR="00414768" w:rsidRDefault="00000000">
            <w:pPr>
              <w:spacing w:after="20"/>
            </w:pPr>
            <w:r>
              <w:rPr>
                <w:sz w:val="13"/>
              </w:rPr>
              <w:t>32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8BAD55" w14:textId="77777777" w:rsidR="00414768" w:rsidRDefault="00000000">
            <w:pPr>
              <w:spacing w:after="20"/>
            </w:pPr>
            <w:r>
              <w:rPr>
                <w:sz w:val="13"/>
              </w:rPr>
              <w:t>How can civilisations be compared?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8562E7" w14:textId="77777777" w:rsidR="00414768" w:rsidRDefault="00000000">
            <w:pPr>
              <w:spacing w:after="20"/>
            </w:pPr>
            <w:r>
              <w:rPr>
                <w:sz w:val="13"/>
              </w:rPr>
              <w:t>Civilisations can be compared by location, beliefs, leadership, trade, writing, buildings and achievements.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302DA2" w14:textId="77777777" w:rsidR="00414768" w:rsidRDefault="00000000">
            <w:pPr>
              <w:spacing w:after="20"/>
            </w:pPr>
            <w:r>
              <w:rPr>
                <w:sz w:val="13"/>
              </w:rPr>
              <w:t>Reliability/bias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53610A" w14:textId="77777777" w:rsidR="00414768" w:rsidRDefault="00000000">
            <w:pPr>
              <w:spacing w:after="20"/>
            </w:pPr>
            <w:r>
              <w:rPr>
                <w:sz w:val="13"/>
              </w:rPr>
              <w:t>Odd one out: choose one item that does not fit and justify.</w:t>
            </w:r>
          </w:p>
        </w:tc>
      </w:tr>
      <w:tr w:rsidR="00414768" w14:paraId="1BB18C3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C7AFD2" w14:textId="77777777" w:rsidR="00414768" w:rsidRDefault="00000000">
            <w:pPr>
              <w:spacing w:after="20"/>
            </w:pPr>
            <w:r>
              <w:rPr>
                <w:sz w:val="13"/>
              </w:rPr>
              <w:t>33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B0D159" w14:textId="77777777" w:rsidR="00414768" w:rsidRDefault="00000000">
            <w:pPr>
              <w:spacing w:after="20"/>
            </w:pPr>
            <w:r>
              <w:rPr>
                <w:sz w:val="13"/>
              </w:rPr>
              <w:t>How did the Maya and Greeks influence later life?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5C16CD" w14:textId="77777777" w:rsidR="00414768" w:rsidRDefault="00000000">
            <w:pPr>
              <w:spacing w:after="20"/>
            </w:pPr>
            <w:r>
              <w:rPr>
                <w:sz w:val="13"/>
              </w:rPr>
              <w:t>Both left achievements, ideas and evidence that help us understand the past.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E39DA6" w14:textId="77777777" w:rsidR="00414768" w:rsidRDefault="00000000">
            <w:pPr>
              <w:spacing w:after="20"/>
            </w:pPr>
            <w:r>
              <w:rPr>
                <w:sz w:val="13"/>
              </w:rPr>
              <w:t>Interpretation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23C7B6" w14:textId="77777777" w:rsidR="00414768" w:rsidRDefault="00000000">
            <w:pPr>
              <w:spacing w:after="20"/>
            </w:pPr>
            <w:r>
              <w:rPr>
                <w:sz w:val="13"/>
              </w:rPr>
              <w:t>Always, sometimes or never? Explain using evidence.</w:t>
            </w:r>
          </w:p>
        </w:tc>
      </w:tr>
      <w:tr w:rsidR="00414768" w14:paraId="14BA11B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5D5155" w14:textId="77777777" w:rsidR="00414768" w:rsidRDefault="00000000">
            <w:pPr>
              <w:spacing w:after="20"/>
            </w:pPr>
            <w:r>
              <w:rPr>
                <w:sz w:val="13"/>
              </w:rPr>
              <w:lastRenderedPageBreak/>
              <w:t>34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05EF8F" w14:textId="77777777" w:rsidR="00414768" w:rsidRDefault="00000000">
            <w:pPr>
              <w:spacing w:after="20"/>
            </w:pPr>
            <w:r>
              <w:rPr>
                <w:sz w:val="13"/>
              </w:rPr>
              <w:t>How does chronology help us compare societies?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C43E4E" w14:textId="77777777" w:rsidR="00414768" w:rsidRDefault="00000000">
            <w:pPr>
              <w:spacing w:after="20"/>
            </w:pPr>
            <w:r>
              <w:rPr>
                <w:sz w:val="13"/>
              </w:rPr>
              <w:t>Chronology helps us see what happened at the same time or in sequence.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970BC0" w14:textId="77777777" w:rsidR="00414768" w:rsidRDefault="00000000">
            <w:pPr>
              <w:spacing w:after="20"/>
            </w:pPr>
            <w:r>
              <w:rPr>
                <w:sz w:val="13"/>
              </w:rPr>
              <w:t>Historical 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AAC7A6" w14:textId="77777777" w:rsidR="00414768" w:rsidRDefault="00000000">
            <w:pPr>
              <w:spacing w:after="20"/>
            </w:pPr>
            <w:r>
              <w:rPr>
                <w:sz w:val="13"/>
              </w:rPr>
              <w:t>Double bubble: compare two people, places, periods or events.</w:t>
            </w:r>
          </w:p>
        </w:tc>
      </w:tr>
      <w:tr w:rsidR="00414768" w14:paraId="4402B2F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471863" w14:textId="77777777" w:rsidR="00414768" w:rsidRDefault="00000000">
            <w:pPr>
              <w:spacing w:after="20"/>
            </w:pPr>
            <w:r>
              <w:rPr>
                <w:sz w:val="13"/>
              </w:rPr>
              <w:t>35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7F658E" w14:textId="77777777" w:rsidR="00414768" w:rsidRDefault="00000000">
            <w:pPr>
              <w:spacing w:after="20"/>
            </w:pPr>
            <w:r>
              <w:rPr>
                <w:sz w:val="13"/>
              </w:rPr>
              <w:t>What prior knowledge will help with World War 2?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67DF63" w14:textId="77777777" w:rsidR="00414768" w:rsidRDefault="00000000">
            <w:pPr>
              <w:spacing w:after="20"/>
            </w:pPr>
            <w:r>
              <w:rPr>
                <w:sz w:val="13"/>
              </w:rPr>
              <w:t>Knowledge of evidence, interpretation, propaganda, chronology and change will support World War 2.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F1BAE5" w14:textId="77777777" w:rsidR="00414768" w:rsidRDefault="00000000">
            <w:pPr>
              <w:spacing w:after="20"/>
            </w:pPr>
            <w:r>
              <w:rPr>
                <w:sz w:val="13"/>
              </w:rPr>
              <w:t>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9BCC8B" w14:textId="77777777" w:rsidR="00414768" w:rsidRDefault="00000000">
            <w:pPr>
              <w:spacing w:after="20"/>
            </w:pPr>
            <w:r>
              <w:rPr>
                <w:sz w:val="13"/>
              </w:rPr>
              <w:t>Frayer model for a key historical word.</w:t>
            </w:r>
          </w:p>
        </w:tc>
      </w:tr>
      <w:tr w:rsidR="00414768" w14:paraId="39E27A7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983F44" w14:textId="77777777" w:rsidR="00414768" w:rsidRDefault="00000000">
            <w:pPr>
              <w:spacing w:after="20"/>
            </w:pPr>
            <w:r>
              <w:rPr>
                <w:sz w:val="13"/>
              </w:rPr>
              <w:t>36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BFDA84" w14:textId="77777777" w:rsidR="00414768" w:rsidRDefault="00000000">
            <w:pPr>
              <w:spacing w:after="20"/>
            </w:pPr>
            <w:r>
              <w:rPr>
                <w:sz w:val="13"/>
              </w:rPr>
              <w:t>What have we learned across Year 5?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2EA005" w14:textId="77777777" w:rsidR="00414768" w:rsidRDefault="00000000">
            <w:pPr>
              <w:spacing w:after="20"/>
            </w:pPr>
            <w:r>
              <w:rPr>
                <w:sz w:val="13"/>
              </w:rPr>
              <w:t>Year 5 builds knowledge of non-European and European civilisations, interpretation and legacy.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BD9DC8" w14:textId="77777777" w:rsidR="00414768" w:rsidRDefault="00000000">
            <w:pPr>
              <w:spacing w:after="20"/>
            </w:pPr>
            <w:r>
              <w:rPr>
                <w:sz w:val="13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5AE3D1" w14:textId="77777777" w:rsidR="00414768" w:rsidRDefault="00000000">
            <w:pPr>
              <w:spacing w:after="20"/>
            </w:pPr>
            <w:r>
              <w:rPr>
                <w:sz w:val="13"/>
              </w:rPr>
              <w:t>True or false? Prove it using evidence.</w:t>
            </w:r>
          </w:p>
        </w:tc>
      </w:tr>
    </w:tbl>
    <w:p w14:paraId="40809074" w14:textId="77777777" w:rsidR="00414768" w:rsidRDefault="00414768"/>
    <w:p w14:paraId="1F3291FA" w14:textId="77777777" w:rsidR="00414768" w:rsidRDefault="00000000">
      <w:r>
        <w:br w:type="page"/>
      </w:r>
    </w:p>
    <w:p w14:paraId="7216E382" w14:textId="77777777" w:rsidR="00414768" w:rsidRDefault="00000000">
      <w:pPr>
        <w:pStyle w:val="Heading1"/>
      </w:pPr>
      <w:r>
        <w:rPr>
          <w:color w:val="7F4E00"/>
        </w:rPr>
        <w:lastRenderedPageBreak/>
        <w:t>Year 6 History Retrieval Plan</w:t>
      </w:r>
    </w:p>
    <w:p w14:paraId="7322DB33" w14:textId="77777777" w:rsidR="00414768" w:rsidRDefault="00000000">
      <w:pPr>
        <w:pStyle w:val="Heading2"/>
      </w:pPr>
      <w:r>
        <w:rPr>
          <w:color w:val="7F4E00"/>
        </w:rPr>
        <w:t>Autumn Term: World War 2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414768" w14:paraId="2E427F88" w14:textId="77777777">
        <w:trPr>
          <w:jc w:val="center"/>
        </w:trPr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401FCD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10C116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CC12A7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F46A34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Disciplinary focus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9B4F6B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Example meta-learning question</w:t>
            </w:r>
          </w:p>
        </w:tc>
      </w:tr>
      <w:tr w:rsidR="00414768" w14:paraId="4987594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235F12" w14:textId="77777777" w:rsidR="00414768" w:rsidRDefault="00000000">
            <w:pPr>
              <w:spacing w:after="20"/>
            </w:pPr>
            <w:r>
              <w:rPr>
                <w:sz w:val="13"/>
              </w:rPr>
              <w:t>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030724" w14:textId="77777777" w:rsidR="00414768" w:rsidRDefault="00000000">
            <w:pPr>
              <w:spacing w:after="20"/>
            </w:pPr>
            <w:r>
              <w:rPr>
                <w:sz w:val="13"/>
              </w:rPr>
              <w:t>When did Britain go to war with Germany?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359C22" w14:textId="77777777" w:rsidR="00414768" w:rsidRDefault="00000000">
            <w:pPr>
              <w:spacing w:after="20"/>
            </w:pPr>
            <w:r>
              <w:rPr>
                <w:sz w:val="13"/>
              </w:rPr>
              <w:t>Britain went to war with Germany in 1939.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B3BD10" w14:textId="77777777" w:rsidR="00414768" w:rsidRDefault="00000000">
            <w:pPr>
              <w:spacing w:after="20"/>
            </w:pPr>
            <w:r>
              <w:rPr>
                <w:sz w:val="13"/>
              </w:rPr>
              <w:t>Chronology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68DA30" w14:textId="77777777" w:rsidR="00414768" w:rsidRDefault="00000000">
            <w:pPr>
              <w:spacing w:after="20"/>
            </w:pPr>
            <w:r>
              <w:rPr>
                <w:sz w:val="13"/>
              </w:rPr>
              <w:t>Odd one out: evacuation, Blitz, pyramids. Explain.</w:t>
            </w:r>
          </w:p>
        </w:tc>
      </w:tr>
      <w:tr w:rsidR="00414768" w14:paraId="76056DF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79AE18" w14:textId="77777777" w:rsidR="00414768" w:rsidRDefault="00000000">
            <w:pPr>
              <w:spacing w:after="20"/>
            </w:pPr>
            <w:r>
              <w:rPr>
                <w:sz w:val="13"/>
              </w:rPr>
              <w:t>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18C7BB" w14:textId="77777777" w:rsidR="00414768" w:rsidRDefault="00000000">
            <w:pPr>
              <w:spacing w:after="20"/>
            </w:pPr>
            <w:r>
              <w:rPr>
                <w:sz w:val="13"/>
              </w:rPr>
              <w:t>Why did Britain go to war in 1939?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B311D3" w14:textId="77777777" w:rsidR="00414768" w:rsidRDefault="00000000">
            <w:pPr>
              <w:spacing w:after="20"/>
            </w:pPr>
            <w:r>
              <w:rPr>
                <w:sz w:val="13"/>
              </w:rPr>
              <w:t>Britain went to war after Germany invaded Poland.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BF8AAB" w14:textId="77777777" w:rsidR="00414768" w:rsidRDefault="00000000">
            <w:pPr>
              <w:spacing w:after="20"/>
            </w:pPr>
            <w:r>
              <w:rPr>
                <w:sz w:val="13"/>
              </w:rPr>
              <w:t>Sources and 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3792BF" w14:textId="77777777" w:rsidR="00414768" w:rsidRDefault="00000000">
            <w:pPr>
              <w:spacing w:after="20"/>
            </w:pPr>
            <w:r>
              <w:rPr>
                <w:sz w:val="13"/>
              </w:rPr>
              <w:t>Everyone experienced World War 2 in the same way. Always, sometimes or never?</w:t>
            </w:r>
          </w:p>
        </w:tc>
      </w:tr>
      <w:tr w:rsidR="00414768" w14:paraId="145A7BC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57BE78" w14:textId="77777777" w:rsidR="00414768" w:rsidRDefault="00000000">
            <w:pPr>
              <w:spacing w:after="20"/>
            </w:pPr>
            <w:r>
              <w:rPr>
                <w:sz w:val="13"/>
              </w:rPr>
              <w:t>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32EE9D" w14:textId="77777777" w:rsidR="00414768" w:rsidRDefault="00000000">
            <w:pPr>
              <w:spacing w:after="20"/>
            </w:pPr>
            <w:r>
              <w:rPr>
                <w:sz w:val="13"/>
              </w:rPr>
              <w:t>What was evacuation?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F8E1E4" w14:textId="77777777" w:rsidR="00414768" w:rsidRDefault="00000000">
            <w:pPr>
              <w:spacing w:after="20"/>
            </w:pPr>
            <w:r>
              <w:rPr>
                <w:sz w:val="13"/>
              </w:rPr>
              <w:t>Evacuation was moving children and some civilians away from danger to safer places.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FEAE0A" w14:textId="77777777" w:rsidR="00414768" w:rsidRDefault="00000000">
            <w:pPr>
              <w:spacing w:after="20"/>
            </w:pPr>
            <w:r>
              <w:rPr>
                <w:sz w:val="13"/>
              </w:rPr>
              <w:t>Similarity/difference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6770AD" w14:textId="77777777" w:rsidR="00414768" w:rsidRDefault="00000000">
            <w:pPr>
              <w:spacing w:after="20"/>
            </w:pPr>
            <w:r>
              <w:rPr>
                <w:sz w:val="13"/>
              </w:rPr>
              <w:t>Double bubble: compare evacuees and people on the Home Front.</w:t>
            </w:r>
          </w:p>
        </w:tc>
      </w:tr>
      <w:tr w:rsidR="00414768" w14:paraId="4756FA2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4B86D0" w14:textId="77777777" w:rsidR="00414768" w:rsidRDefault="00000000">
            <w:pPr>
              <w:spacing w:after="20"/>
            </w:pPr>
            <w:r>
              <w:rPr>
                <w:sz w:val="13"/>
              </w:rPr>
              <w:t>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7FCDA0" w14:textId="77777777" w:rsidR="00414768" w:rsidRDefault="00000000">
            <w:pPr>
              <w:spacing w:after="20"/>
            </w:pPr>
            <w:r>
              <w:rPr>
                <w:sz w:val="13"/>
              </w:rPr>
              <w:t>Why were children evacuated?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005AE6" w14:textId="77777777" w:rsidR="00414768" w:rsidRDefault="00000000">
            <w:pPr>
              <w:spacing w:after="20"/>
            </w:pPr>
            <w:r>
              <w:rPr>
                <w:sz w:val="13"/>
              </w:rPr>
              <w:t>Children were evacuated to protect them from bombing in towns and cities.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AC195A" w14:textId="77777777" w:rsidR="00414768" w:rsidRDefault="00000000">
            <w:pPr>
              <w:spacing w:after="20"/>
            </w:pPr>
            <w:r>
              <w:rPr>
                <w:sz w:val="13"/>
              </w:rPr>
              <w:t>Change/continuity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554579" w14:textId="77777777" w:rsidR="00414768" w:rsidRDefault="00000000">
            <w:pPr>
              <w:spacing w:after="20"/>
            </w:pPr>
            <w:r>
              <w:rPr>
                <w:sz w:val="13"/>
              </w:rPr>
              <w:t>Frayer model for propaganda.</w:t>
            </w:r>
          </w:p>
        </w:tc>
      </w:tr>
      <w:tr w:rsidR="00414768" w14:paraId="5C8621B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C6FFFB" w14:textId="77777777" w:rsidR="00414768" w:rsidRDefault="00000000">
            <w:pPr>
              <w:spacing w:after="20"/>
            </w:pPr>
            <w:r>
              <w:rPr>
                <w:sz w:val="13"/>
              </w:rPr>
              <w:t>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573645" w14:textId="77777777" w:rsidR="00414768" w:rsidRDefault="00000000">
            <w:pPr>
              <w:spacing w:after="20"/>
            </w:pPr>
            <w:r>
              <w:rPr>
                <w:sz w:val="13"/>
              </w:rPr>
              <w:t>What was the Home Front?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C9D919" w14:textId="77777777" w:rsidR="00414768" w:rsidRDefault="00000000">
            <w:pPr>
              <w:spacing w:after="20"/>
            </w:pPr>
            <w:r>
              <w:rPr>
                <w:sz w:val="13"/>
              </w:rPr>
              <w:t>The Home Front was life in Britain during the war, including civilians, rationing, work and defence.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9A5A5E" w14:textId="77777777" w:rsidR="00414768" w:rsidRDefault="00000000">
            <w:pPr>
              <w:spacing w:after="20"/>
            </w:pPr>
            <w:r>
              <w:rPr>
                <w:sz w:val="13"/>
              </w:rPr>
              <w:t>Cause/consequence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898A28" w14:textId="77777777" w:rsidR="00414768" w:rsidRDefault="00000000">
            <w:pPr>
              <w:spacing w:after="20"/>
            </w:pPr>
            <w:r>
              <w:rPr>
                <w:sz w:val="13"/>
              </w:rPr>
              <w:t>Britain went to war in 1939. True or false?</w:t>
            </w:r>
          </w:p>
        </w:tc>
      </w:tr>
      <w:tr w:rsidR="00414768" w14:paraId="413EBC9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C7FC4A" w14:textId="77777777" w:rsidR="00414768" w:rsidRDefault="00000000">
            <w:pPr>
              <w:spacing w:after="20"/>
            </w:pPr>
            <w:r>
              <w:rPr>
                <w:sz w:val="13"/>
              </w:rPr>
              <w:t>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266D10" w14:textId="77777777" w:rsidR="00414768" w:rsidRDefault="00000000">
            <w:pPr>
              <w:spacing w:after="20"/>
            </w:pPr>
            <w:r>
              <w:rPr>
                <w:sz w:val="13"/>
              </w:rPr>
              <w:t>What was the Blitz?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32D1E8" w14:textId="77777777" w:rsidR="00414768" w:rsidRDefault="00000000">
            <w:pPr>
              <w:spacing w:after="20"/>
            </w:pPr>
            <w:r>
              <w:rPr>
                <w:sz w:val="13"/>
              </w:rPr>
              <w:t>The Blitz was a bombing campaign on British towns and cities.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AB9BFC" w14:textId="77777777" w:rsidR="00414768" w:rsidRDefault="00000000">
            <w:pPr>
              <w:spacing w:after="20"/>
            </w:pPr>
            <w:r>
              <w:rPr>
                <w:sz w:val="13"/>
              </w:rPr>
              <w:t>Significance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8BB8D6" w14:textId="77777777" w:rsidR="00414768" w:rsidRDefault="00000000">
            <w:pPr>
              <w:spacing w:after="20"/>
            </w:pPr>
            <w:r>
              <w:rPr>
                <w:sz w:val="13"/>
              </w:rPr>
              <w:t>Children were evacuated because... but... so...</w:t>
            </w:r>
          </w:p>
        </w:tc>
      </w:tr>
      <w:tr w:rsidR="00414768" w14:paraId="2BBC638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D6A8D5" w14:textId="77777777" w:rsidR="00414768" w:rsidRDefault="00000000">
            <w:pPr>
              <w:spacing w:after="20"/>
            </w:pPr>
            <w:r>
              <w:rPr>
                <w:sz w:val="13"/>
              </w:rPr>
              <w:t>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17A608" w14:textId="77777777" w:rsidR="00414768" w:rsidRDefault="00000000">
            <w:pPr>
              <w:spacing w:after="20"/>
            </w:pPr>
            <w:r>
              <w:rPr>
                <w:sz w:val="13"/>
              </w:rPr>
              <w:t>What is propaganda?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4952A8" w14:textId="77777777" w:rsidR="00414768" w:rsidRDefault="00000000">
            <w:pPr>
              <w:spacing w:after="20"/>
            </w:pPr>
            <w:r>
              <w:rPr>
                <w:sz w:val="13"/>
              </w:rPr>
              <w:t>Propaganda is information designed to persuade people to think or act in a certain way.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F4B106" w14:textId="77777777" w:rsidR="00414768" w:rsidRDefault="00000000">
            <w:pPr>
              <w:spacing w:after="20"/>
            </w:pPr>
            <w:r>
              <w:rPr>
                <w:sz w:val="13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3823A5" w14:textId="77777777" w:rsidR="00414768" w:rsidRDefault="00000000">
            <w:pPr>
              <w:spacing w:after="20"/>
            </w:pPr>
            <w:r>
              <w:rPr>
                <w:sz w:val="13"/>
              </w:rPr>
              <w:t>Connect three: Home Front, propaganda, censorship.</w:t>
            </w:r>
          </w:p>
        </w:tc>
      </w:tr>
      <w:tr w:rsidR="00414768" w14:paraId="53ECD8F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4241A6" w14:textId="77777777" w:rsidR="00414768" w:rsidRDefault="00000000">
            <w:pPr>
              <w:spacing w:after="20"/>
            </w:pPr>
            <w:r>
              <w:rPr>
                <w:sz w:val="13"/>
              </w:rPr>
              <w:t>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DD6BD4" w14:textId="77777777" w:rsidR="00414768" w:rsidRDefault="00000000">
            <w:pPr>
              <w:spacing w:after="20"/>
            </w:pPr>
            <w:r>
              <w:rPr>
                <w:sz w:val="13"/>
              </w:rPr>
              <w:t>What is censorship?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7E547F" w14:textId="77777777" w:rsidR="00414768" w:rsidRDefault="00000000">
            <w:pPr>
              <w:spacing w:after="20"/>
            </w:pPr>
            <w:r>
              <w:rPr>
                <w:sz w:val="13"/>
              </w:rPr>
              <w:t>Censorship is controlling or limiting information.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7C539F" w14:textId="77777777" w:rsidR="00414768" w:rsidRDefault="00000000">
            <w:pPr>
              <w:spacing w:after="20"/>
            </w:pPr>
            <w:r>
              <w:rPr>
                <w:sz w:val="13"/>
              </w:rPr>
              <w:t>Reliability/bias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A0B92C" w14:textId="77777777" w:rsidR="00414768" w:rsidRDefault="00000000">
            <w:pPr>
              <w:spacing w:after="20"/>
            </w:pPr>
            <w:r>
              <w:rPr>
                <w:sz w:val="13"/>
              </w:rPr>
              <w:t>Odd one out: evacuation, Blitz, pyramids. Explain.</w:t>
            </w:r>
          </w:p>
        </w:tc>
      </w:tr>
      <w:tr w:rsidR="00414768" w14:paraId="1A53EA2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4BC7CE" w14:textId="77777777" w:rsidR="00414768" w:rsidRDefault="00000000">
            <w:pPr>
              <w:spacing w:after="20"/>
            </w:pPr>
            <w:r>
              <w:rPr>
                <w:sz w:val="13"/>
              </w:rPr>
              <w:t>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3D0865" w14:textId="77777777" w:rsidR="00414768" w:rsidRDefault="00000000">
            <w:pPr>
              <w:spacing w:after="20"/>
            </w:pPr>
            <w:r>
              <w:rPr>
                <w:sz w:val="13"/>
              </w:rPr>
              <w:t>What was VE Day?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77ED5F" w14:textId="77777777" w:rsidR="00414768" w:rsidRDefault="00000000">
            <w:pPr>
              <w:spacing w:after="20"/>
            </w:pPr>
            <w:r>
              <w:rPr>
                <w:sz w:val="13"/>
              </w:rPr>
              <w:t>VE Day marked victory in Europe at the end of the war in Europe.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DA37D1" w14:textId="77777777" w:rsidR="00414768" w:rsidRDefault="00000000">
            <w:pPr>
              <w:spacing w:after="20"/>
            </w:pPr>
            <w:r>
              <w:rPr>
                <w:sz w:val="13"/>
              </w:rPr>
              <w:t>Interpretation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9C32C2" w14:textId="77777777" w:rsidR="00414768" w:rsidRDefault="00000000">
            <w:pPr>
              <w:spacing w:after="20"/>
            </w:pPr>
            <w:r>
              <w:rPr>
                <w:sz w:val="13"/>
              </w:rPr>
              <w:t>Everyone experienced World War 2 in the same way. Always, sometimes or never?</w:t>
            </w:r>
          </w:p>
        </w:tc>
      </w:tr>
      <w:tr w:rsidR="00414768" w14:paraId="0581EB2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4BDF46" w14:textId="77777777" w:rsidR="00414768" w:rsidRDefault="00000000">
            <w:pPr>
              <w:spacing w:after="20"/>
            </w:pPr>
            <w:r>
              <w:rPr>
                <w:sz w:val="13"/>
              </w:rPr>
              <w:t>10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C13DE0" w14:textId="77777777" w:rsidR="00414768" w:rsidRDefault="00000000">
            <w:pPr>
              <w:spacing w:after="20"/>
            </w:pPr>
            <w:r>
              <w:rPr>
                <w:sz w:val="13"/>
              </w:rPr>
              <w:t>How did experiences of WW2 differ?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6F6BC1" w14:textId="77777777" w:rsidR="00414768" w:rsidRDefault="00000000">
            <w:pPr>
              <w:spacing w:after="20"/>
            </w:pPr>
            <w:r>
              <w:rPr>
                <w:sz w:val="13"/>
              </w:rPr>
              <w:t>Experiences differed depending on age, place, role, family, class and background.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85997D" w14:textId="77777777" w:rsidR="00414768" w:rsidRDefault="00000000">
            <w:pPr>
              <w:spacing w:after="20"/>
            </w:pPr>
            <w:r>
              <w:rPr>
                <w:sz w:val="13"/>
              </w:rPr>
              <w:t>Historical 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5E2A1A" w14:textId="77777777" w:rsidR="00414768" w:rsidRDefault="00000000">
            <w:pPr>
              <w:spacing w:after="20"/>
            </w:pPr>
            <w:r>
              <w:rPr>
                <w:sz w:val="13"/>
              </w:rPr>
              <w:t>Double bubble: compare evacuees and people on the Home Front.</w:t>
            </w:r>
          </w:p>
        </w:tc>
      </w:tr>
      <w:tr w:rsidR="00414768" w14:paraId="46DA74B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282557" w14:textId="77777777" w:rsidR="00414768" w:rsidRDefault="00000000">
            <w:pPr>
              <w:spacing w:after="20"/>
            </w:pPr>
            <w:r>
              <w:rPr>
                <w:sz w:val="13"/>
              </w:rPr>
              <w:t>11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2D6E71" w14:textId="77777777" w:rsidR="00414768" w:rsidRDefault="00000000">
            <w:pPr>
              <w:spacing w:after="20"/>
            </w:pPr>
            <w:r>
              <w:rPr>
                <w:sz w:val="13"/>
              </w:rPr>
              <w:t>How can oral history help us?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F2DE36" w14:textId="77777777" w:rsidR="00414768" w:rsidRDefault="00000000">
            <w:pPr>
              <w:spacing w:after="20"/>
            </w:pPr>
            <w:r>
              <w:rPr>
                <w:sz w:val="13"/>
              </w:rPr>
              <w:t>Oral history gives spoken accounts from people about past experiences.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438C84" w14:textId="77777777" w:rsidR="00414768" w:rsidRDefault="00000000">
            <w:pPr>
              <w:spacing w:after="20"/>
            </w:pPr>
            <w:r>
              <w:rPr>
                <w:sz w:val="13"/>
              </w:rPr>
              <w:t>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72880E" w14:textId="77777777" w:rsidR="00414768" w:rsidRDefault="00000000">
            <w:pPr>
              <w:spacing w:after="20"/>
            </w:pPr>
            <w:r>
              <w:rPr>
                <w:sz w:val="13"/>
              </w:rPr>
              <w:t>Frayer model for propaganda.</w:t>
            </w:r>
          </w:p>
        </w:tc>
      </w:tr>
      <w:tr w:rsidR="00414768" w14:paraId="7E09AE8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BBDB48" w14:textId="77777777" w:rsidR="00414768" w:rsidRDefault="00000000">
            <w:pPr>
              <w:spacing w:after="20"/>
            </w:pPr>
            <w:r>
              <w:rPr>
                <w:sz w:val="13"/>
              </w:rPr>
              <w:t>12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D83458" w14:textId="77777777" w:rsidR="00414768" w:rsidRDefault="00000000">
            <w:pPr>
              <w:spacing w:after="20"/>
            </w:pPr>
            <w:r>
              <w:rPr>
                <w:sz w:val="13"/>
              </w:rPr>
              <w:t>What have we learned about World War 2?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5CEFFB" w14:textId="77777777" w:rsidR="00414768" w:rsidRDefault="00000000">
            <w:pPr>
              <w:spacing w:after="20"/>
            </w:pPr>
            <w:r>
              <w:rPr>
                <w:sz w:val="13"/>
              </w:rPr>
              <w:t>World War 2 affected Britain differently for different people, and evidence must be evaluated carefully.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6F4C1F" w14:textId="77777777" w:rsidR="00414768" w:rsidRDefault="00000000">
            <w:pPr>
              <w:spacing w:after="20"/>
            </w:pPr>
            <w:r>
              <w:rPr>
                <w:sz w:val="13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C8163C" w14:textId="77777777" w:rsidR="00414768" w:rsidRDefault="00000000">
            <w:pPr>
              <w:spacing w:after="20"/>
            </w:pPr>
            <w:r>
              <w:rPr>
                <w:sz w:val="13"/>
              </w:rPr>
              <w:t>Britain went to war in 1939. True or false?</w:t>
            </w:r>
          </w:p>
        </w:tc>
      </w:tr>
    </w:tbl>
    <w:p w14:paraId="54792365" w14:textId="77777777" w:rsidR="00414768" w:rsidRDefault="00414768"/>
    <w:p w14:paraId="464FB5EE" w14:textId="77777777" w:rsidR="00414768" w:rsidRDefault="00000000">
      <w:pPr>
        <w:pStyle w:val="Heading2"/>
      </w:pPr>
      <w:r>
        <w:rPr>
          <w:color w:val="7F4E00"/>
        </w:rPr>
        <w:t>Spring Term: Local Study: Mining in Gedling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5"/>
        <w:gridCol w:w="3105"/>
        <w:gridCol w:w="3106"/>
        <w:gridCol w:w="3106"/>
        <w:gridCol w:w="3106"/>
      </w:tblGrid>
      <w:tr w:rsidR="00414768" w14:paraId="570665AC" w14:textId="77777777">
        <w:trPr>
          <w:jc w:val="center"/>
        </w:trPr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0335F0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392728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A003D2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BF6468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Disciplinary focus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7BD0D0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Example meta-learning question</w:t>
            </w:r>
          </w:p>
        </w:tc>
      </w:tr>
      <w:tr w:rsidR="00414768" w14:paraId="74C1ECA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775479" w14:textId="77777777" w:rsidR="00414768" w:rsidRDefault="00000000">
            <w:pPr>
              <w:spacing w:after="20"/>
            </w:pPr>
            <w:r>
              <w:rPr>
                <w:sz w:val="13"/>
              </w:rPr>
              <w:t>13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F06965" w14:textId="77777777" w:rsidR="00414768" w:rsidRDefault="00000000">
            <w:pPr>
              <w:spacing w:after="20"/>
            </w:pPr>
            <w:r>
              <w:rPr>
                <w:sz w:val="13"/>
              </w:rPr>
              <w:t>What is local history?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080D72" w14:textId="77777777" w:rsidR="00414768" w:rsidRDefault="00000000">
            <w:pPr>
              <w:spacing w:after="20"/>
            </w:pPr>
            <w:r>
              <w:rPr>
                <w:sz w:val="13"/>
              </w:rPr>
              <w:t>Local history is history linked to our area.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F8D2BC" w14:textId="77777777" w:rsidR="00414768" w:rsidRDefault="00000000">
            <w:pPr>
              <w:spacing w:after="20"/>
            </w:pPr>
            <w:r>
              <w:rPr>
                <w:sz w:val="13"/>
              </w:rPr>
              <w:t>Chronology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B96E1B" w14:textId="77777777" w:rsidR="00414768" w:rsidRDefault="00000000">
            <w:pPr>
              <w:spacing w:after="20"/>
            </w:pPr>
            <w:r>
              <w:rPr>
                <w:sz w:val="13"/>
              </w:rPr>
              <w:t>Odd one out: Gedling Pit, pit estate, Ancient Greece. Explain.</w:t>
            </w:r>
          </w:p>
        </w:tc>
      </w:tr>
      <w:tr w:rsidR="00414768" w14:paraId="247D95E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A0C39E" w14:textId="77777777" w:rsidR="00414768" w:rsidRDefault="00000000">
            <w:pPr>
              <w:spacing w:after="20"/>
            </w:pPr>
            <w:r>
              <w:rPr>
                <w:sz w:val="13"/>
              </w:rPr>
              <w:t>14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7D7578" w14:textId="77777777" w:rsidR="00414768" w:rsidRDefault="00000000">
            <w:pPr>
              <w:spacing w:after="20"/>
            </w:pPr>
            <w:r>
              <w:rPr>
                <w:sz w:val="13"/>
              </w:rPr>
              <w:t>What was Gedling Pit?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1033BE" w14:textId="77777777" w:rsidR="00414768" w:rsidRDefault="00000000">
            <w:pPr>
              <w:spacing w:after="20"/>
            </w:pPr>
            <w:r>
              <w:rPr>
                <w:sz w:val="13"/>
              </w:rPr>
              <w:t>Gedling Pit was a local colliery connected to mining in Gedling.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9DCDE0" w14:textId="77777777" w:rsidR="00414768" w:rsidRDefault="00000000">
            <w:pPr>
              <w:spacing w:after="20"/>
            </w:pPr>
            <w:r>
              <w:rPr>
                <w:sz w:val="13"/>
              </w:rPr>
              <w:t>Sources and 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EFD9A5" w14:textId="77777777" w:rsidR="00414768" w:rsidRDefault="00000000">
            <w:pPr>
              <w:spacing w:after="20"/>
            </w:pPr>
            <w:r>
              <w:rPr>
                <w:sz w:val="13"/>
              </w:rPr>
              <w:t>Local industries always affect communities in the same way. Always, sometimes or never?</w:t>
            </w:r>
          </w:p>
        </w:tc>
      </w:tr>
      <w:tr w:rsidR="00414768" w14:paraId="6CF3E09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EC048E" w14:textId="77777777" w:rsidR="00414768" w:rsidRDefault="00000000">
            <w:pPr>
              <w:spacing w:after="20"/>
            </w:pPr>
            <w:r>
              <w:rPr>
                <w:sz w:val="13"/>
              </w:rPr>
              <w:t>15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775BF4" w14:textId="77777777" w:rsidR="00414768" w:rsidRDefault="00000000">
            <w:pPr>
              <w:spacing w:after="20"/>
            </w:pPr>
            <w:r>
              <w:rPr>
                <w:sz w:val="13"/>
              </w:rPr>
              <w:t>What is mining?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0F8B76" w14:textId="77777777" w:rsidR="00414768" w:rsidRDefault="00000000">
            <w:pPr>
              <w:spacing w:after="20"/>
            </w:pPr>
            <w:r>
              <w:rPr>
                <w:sz w:val="13"/>
              </w:rPr>
              <w:t>Mining is extracting materials such as coal from underground.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6621EF" w14:textId="77777777" w:rsidR="00414768" w:rsidRDefault="00000000">
            <w:pPr>
              <w:spacing w:after="20"/>
            </w:pPr>
            <w:r>
              <w:rPr>
                <w:sz w:val="13"/>
              </w:rPr>
              <w:t>Similarity/difference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308F3E" w14:textId="77777777" w:rsidR="00414768" w:rsidRDefault="00000000">
            <w:pPr>
              <w:spacing w:after="20"/>
            </w:pPr>
            <w:r>
              <w:rPr>
                <w:sz w:val="13"/>
              </w:rPr>
              <w:t>Double bubble: compare Gedling during mining and Gedling today.</w:t>
            </w:r>
          </w:p>
        </w:tc>
      </w:tr>
      <w:tr w:rsidR="00414768" w14:paraId="50E2DA9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FBDAFE" w14:textId="77777777" w:rsidR="00414768" w:rsidRDefault="00000000">
            <w:pPr>
              <w:spacing w:after="20"/>
            </w:pPr>
            <w:r>
              <w:rPr>
                <w:sz w:val="13"/>
              </w:rPr>
              <w:t>16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0D2FE4" w14:textId="77777777" w:rsidR="00414768" w:rsidRDefault="00000000">
            <w:pPr>
              <w:spacing w:after="20"/>
            </w:pPr>
            <w:r>
              <w:rPr>
                <w:sz w:val="13"/>
              </w:rPr>
              <w:t>What is a pit estate?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F33410" w14:textId="77777777" w:rsidR="00414768" w:rsidRDefault="00000000">
            <w:pPr>
              <w:spacing w:after="20"/>
            </w:pPr>
            <w:r>
              <w:rPr>
                <w:sz w:val="13"/>
              </w:rPr>
              <w:t>A pit estate is housing or community space linked to a colliery or mining community.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213BEE" w14:textId="77777777" w:rsidR="00414768" w:rsidRDefault="00000000">
            <w:pPr>
              <w:spacing w:after="20"/>
            </w:pPr>
            <w:r>
              <w:rPr>
                <w:sz w:val="13"/>
              </w:rPr>
              <w:t>Change/continuity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04E570" w14:textId="77777777" w:rsidR="00414768" w:rsidRDefault="00000000">
            <w:pPr>
              <w:spacing w:after="20"/>
            </w:pPr>
            <w:r>
              <w:rPr>
                <w:sz w:val="13"/>
              </w:rPr>
              <w:t>Frayer model for mining.</w:t>
            </w:r>
          </w:p>
        </w:tc>
      </w:tr>
      <w:tr w:rsidR="00414768" w14:paraId="089905F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E7E78F" w14:textId="77777777" w:rsidR="00414768" w:rsidRDefault="00000000">
            <w:pPr>
              <w:spacing w:after="20"/>
            </w:pPr>
            <w:r>
              <w:rPr>
                <w:sz w:val="13"/>
              </w:rPr>
              <w:t>17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AB2E98" w14:textId="77777777" w:rsidR="00414768" w:rsidRDefault="00000000">
            <w:pPr>
              <w:spacing w:after="20"/>
            </w:pPr>
            <w:r>
              <w:rPr>
                <w:sz w:val="13"/>
              </w:rPr>
              <w:t>How did mining affect people in Gedling?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27484D" w14:textId="77777777" w:rsidR="00414768" w:rsidRDefault="00000000">
            <w:pPr>
              <w:spacing w:after="20"/>
            </w:pPr>
            <w:r>
              <w:rPr>
                <w:sz w:val="13"/>
              </w:rPr>
              <w:t xml:space="preserve">Mining shaped jobs, families, housing, community </w:t>
            </w:r>
            <w:r>
              <w:rPr>
                <w:sz w:val="13"/>
              </w:rPr>
              <w:lastRenderedPageBreak/>
              <w:t>identity and local life.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0D6599" w14:textId="77777777" w:rsidR="00414768" w:rsidRDefault="00000000">
            <w:pPr>
              <w:spacing w:after="20"/>
            </w:pPr>
            <w:r>
              <w:rPr>
                <w:sz w:val="13"/>
              </w:rPr>
              <w:lastRenderedPageBreak/>
              <w:t>Cause/consequence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FF7E31" w14:textId="77777777" w:rsidR="00414768" w:rsidRDefault="00000000">
            <w:pPr>
              <w:spacing w:after="20"/>
            </w:pPr>
            <w:r>
              <w:rPr>
                <w:sz w:val="13"/>
              </w:rPr>
              <w:t xml:space="preserve">Mining in Gedling is a local history study. True or </w:t>
            </w:r>
            <w:r>
              <w:rPr>
                <w:sz w:val="13"/>
              </w:rPr>
              <w:lastRenderedPageBreak/>
              <w:t>false?</w:t>
            </w:r>
          </w:p>
        </w:tc>
      </w:tr>
      <w:tr w:rsidR="00414768" w14:paraId="100CFAF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8627B2" w14:textId="77777777" w:rsidR="00414768" w:rsidRDefault="00000000">
            <w:pPr>
              <w:spacing w:after="20"/>
            </w:pPr>
            <w:r>
              <w:rPr>
                <w:sz w:val="13"/>
              </w:rPr>
              <w:lastRenderedPageBreak/>
              <w:t>18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ADD17F" w14:textId="77777777" w:rsidR="00414768" w:rsidRDefault="00000000">
            <w:pPr>
              <w:spacing w:after="20"/>
            </w:pPr>
            <w:r>
              <w:rPr>
                <w:sz w:val="13"/>
              </w:rPr>
              <w:t>How did mining affect places in Gedling?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4ADC77" w14:textId="77777777" w:rsidR="00414768" w:rsidRDefault="00000000">
            <w:pPr>
              <w:spacing w:after="20"/>
            </w:pPr>
            <w:r>
              <w:rPr>
                <w:sz w:val="13"/>
              </w:rPr>
              <w:t>Mining influenced buildings, estates, transport, land use and the country park site.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F88736" w14:textId="77777777" w:rsidR="00414768" w:rsidRDefault="00000000">
            <w:pPr>
              <w:spacing w:after="20"/>
            </w:pPr>
            <w:r>
              <w:rPr>
                <w:sz w:val="13"/>
              </w:rPr>
              <w:t>Significance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68157C" w14:textId="77777777" w:rsidR="00414768" w:rsidRDefault="00000000">
            <w:pPr>
              <w:spacing w:after="20"/>
            </w:pPr>
            <w:r>
              <w:rPr>
                <w:sz w:val="13"/>
              </w:rPr>
              <w:t>Mining shaped Gedling because... but... so...</w:t>
            </w:r>
          </w:p>
        </w:tc>
      </w:tr>
      <w:tr w:rsidR="00414768" w14:paraId="5B539A6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054D38" w14:textId="77777777" w:rsidR="00414768" w:rsidRDefault="00000000">
            <w:pPr>
              <w:spacing w:after="20"/>
            </w:pPr>
            <w:r>
              <w:rPr>
                <w:sz w:val="13"/>
              </w:rPr>
              <w:t>19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70359C" w14:textId="77777777" w:rsidR="00414768" w:rsidRDefault="00000000">
            <w:pPr>
              <w:spacing w:after="20"/>
            </w:pPr>
            <w:r>
              <w:rPr>
                <w:sz w:val="13"/>
              </w:rPr>
              <w:t>What can an ex-miner tell us?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C57A75" w14:textId="77777777" w:rsidR="00414768" w:rsidRDefault="00000000">
            <w:pPr>
              <w:spacing w:after="20"/>
            </w:pPr>
            <w:r>
              <w:rPr>
                <w:sz w:val="13"/>
              </w:rPr>
              <w:t>An ex-miner can give oral history about work, community and change.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F7E412" w14:textId="77777777" w:rsidR="00414768" w:rsidRDefault="00000000">
            <w:pPr>
              <w:spacing w:after="20"/>
            </w:pPr>
            <w:r>
              <w:rPr>
                <w:sz w:val="13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F57342" w14:textId="77777777" w:rsidR="00414768" w:rsidRDefault="00000000">
            <w:pPr>
              <w:spacing w:after="20"/>
            </w:pPr>
            <w:r>
              <w:rPr>
                <w:sz w:val="13"/>
              </w:rPr>
              <w:t>Connect three: Gedling Pit, country park, ex-miner.</w:t>
            </w:r>
          </w:p>
        </w:tc>
      </w:tr>
      <w:tr w:rsidR="00414768" w14:paraId="76D1FD2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56F25A" w14:textId="77777777" w:rsidR="00414768" w:rsidRDefault="00000000">
            <w:pPr>
              <w:spacing w:after="20"/>
            </w:pPr>
            <w:r>
              <w:rPr>
                <w:sz w:val="13"/>
              </w:rPr>
              <w:t>20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9C427B" w14:textId="77777777" w:rsidR="00414768" w:rsidRDefault="00000000">
            <w:pPr>
              <w:spacing w:after="20"/>
            </w:pPr>
            <w:r>
              <w:rPr>
                <w:sz w:val="13"/>
              </w:rPr>
              <w:t>What is a primary source in this study?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AF5614" w14:textId="77777777" w:rsidR="00414768" w:rsidRDefault="00000000">
            <w:pPr>
              <w:spacing w:after="20"/>
            </w:pPr>
            <w:r>
              <w:rPr>
                <w:sz w:val="13"/>
              </w:rPr>
              <w:t>A primary source could be an interview, photograph, object, map or record from the period.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861E99" w14:textId="77777777" w:rsidR="00414768" w:rsidRDefault="00000000">
            <w:pPr>
              <w:spacing w:after="20"/>
            </w:pPr>
            <w:r>
              <w:rPr>
                <w:sz w:val="13"/>
              </w:rPr>
              <w:t>Reliability/bias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50AB8D" w14:textId="77777777" w:rsidR="00414768" w:rsidRDefault="00000000">
            <w:pPr>
              <w:spacing w:after="20"/>
            </w:pPr>
            <w:r>
              <w:rPr>
                <w:sz w:val="13"/>
              </w:rPr>
              <w:t>Odd one out: Gedling Pit, pit estate, Ancient Greece. Explain.</w:t>
            </w:r>
          </w:p>
        </w:tc>
      </w:tr>
      <w:tr w:rsidR="00414768" w14:paraId="33D7287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E91B67" w14:textId="77777777" w:rsidR="00414768" w:rsidRDefault="00000000">
            <w:pPr>
              <w:spacing w:after="20"/>
            </w:pPr>
            <w:r>
              <w:rPr>
                <w:sz w:val="13"/>
              </w:rPr>
              <w:t>21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CD29A4" w14:textId="77777777" w:rsidR="00414768" w:rsidRDefault="00000000">
            <w:pPr>
              <w:spacing w:after="20"/>
            </w:pPr>
            <w:r>
              <w:rPr>
                <w:sz w:val="13"/>
              </w:rPr>
              <w:t>What is a secondary source in this study?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C34FB9" w14:textId="77777777" w:rsidR="00414768" w:rsidRDefault="00000000">
            <w:pPr>
              <w:spacing w:after="20"/>
            </w:pPr>
            <w:r>
              <w:rPr>
                <w:sz w:val="13"/>
              </w:rPr>
              <w:t>A secondary source is made later using evidence, such as a book, website or display board.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D62932" w14:textId="77777777" w:rsidR="00414768" w:rsidRDefault="00000000">
            <w:pPr>
              <w:spacing w:after="20"/>
            </w:pPr>
            <w:r>
              <w:rPr>
                <w:sz w:val="13"/>
              </w:rPr>
              <w:t>Interpretation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F75DD3" w14:textId="77777777" w:rsidR="00414768" w:rsidRDefault="00000000">
            <w:pPr>
              <w:spacing w:after="20"/>
            </w:pPr>
            <w:r>
              <w:rPr>
                <w:sz w:val="13"/>
              </w:rPr>
              <w:t>Local industries always affect communities in the same way. Always, sometimes or never?</w:t>
            </w:r>
          </w:p>
        </w:tc>
      </w:tr>
      <w:tr w:rsidR="00414768" w14:paraId="7A7219F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383BA3" w14:textId="77777777" w:rsidR="00414768" w:rsidRDefault="00000000">
            <w:pPr>
              <w:spacing w:after="20"/>
            </w:pPr>
            <w:r>
              <w:rPr>
                <w:sz w:val="13"/>
              </w:rPr>
              <w:t>22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54D752" w14:textId="77777777" w:rsidR="00414768" w:rsidRDefault="00000000">
            <w:pPr>
              <w:spacing w:after="20"/>
            </w:pPr>
            <w:r>
              <w:rPr>
                <w:sz w:val="13"/>
              </w:rPr>
              <w:t>How can we compare Gedling then and now?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D54F57" w14:textId="77777777" w:rsidR="00414768" w:rsidRDefault="00000000">
            <w:pPr>
              <w:spacing w:after="20"/>
            </w:pPr>
            <w:r>
              <w:rPr>
                <w:sz w:val="13"/>
              </w:rPr>
              <w:t>We can compare jobs, land use, buildings, community and environment.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517B53" w14:textId="77777777" w:rsidR="00414768" w:rsidRDefault="00000000">
            <w:pPr>
              <w:spacing w:after="20"/>
            </w:pPr>
            <w:r>
              <w:rPr>
                <w:sz w:val="13"/>
              </w:rPr>
              <w:t>Historical 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F4D3E6" w14:textId="77777777" w:rsidR="00414768" w:rsidRDefault="00000000">
            <w:pPr>
              <w:spacing w:after="20"/>
            </w:pPr>
            <w:r>
              <w:rPr>
                <w:sz w:val="13"/>
              </w:rPr>
              <w:t>Double bubble: compare Gedling during mining and Gedling today.</w:t>
            </w:r>
          </w:p>
        </w:tc>
      </w:tr>
      <w:tr w:rsidR="00414768" w14:paraId="7699997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5AD281" w14:textId="77777777" w:rsidR="00414768" w:rsidRDefault="00000000">
            <w:pPr>
              <w:spacing w:after="20"/>
            </w:pPr>
            <w:r>
              <w:rPr>
                <w:sz w:val="13"/>
              </w:rPr>
              <w:t>23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4A5423" w14:textId="77777777" w:rsidR="00414768" w:rsidRDefault="00000000">
            <w:pPr>
              <w:spacing w:after="20"/>
            </w:pPr>
            <w:r>
              <w:rPr>
                <w:sz w:val="13"/>
              </w:rPr>
              <w:t>Why do local histories matter?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8AA22C" w14:textId="77777777" w:rsidR="00414768" w:rsidRDefault="00000000">
            <w:pPr>
              <w:spacing w:after="20"/>
            </w:pPr>
            <w:r>
              <w:rPr>
                <w:sz w:val="13"/>
              </w:rPr>
              <w:t>They help pupils understand how national changes affected their own community.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7C5B8F" w14:textId="77777777" w:rsidR="00414768" w:rsidRDefault="00000000">
            <w:pPr>
              <w:spacing w:after="20"/>
            </w:pPr>
            <w:r>
              <w:rPr>
                <w:sz w:val="13"/>
              </w:rPr>
              <w:t>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D1543E" w14:textId="77777777" w:rsidR="00414768" w:rsidRDefault="00000000">
            <w:pPr>
              <w:spacing w:after="20"/>
            </w:pPr>
            <w:r>
              <w:rPr>
                <w:sz w:val="13"/>
              </w:rPr>
              <w:t>Frayer model for mining.</w:t>
            </w:r>
          </w:p>
        </w:tc>
      </w:tr>
      <w:tr w:rsidR="00414768" w14:paraId="0ABCD23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A0C330" w14:textId="77777777" w:rsidR="00414768" w:rsidRDefault="00000000">
            <w:pPr>
              <w:spacing w:after="20"/>
            </w:pPr>
            <w:r>
              <w:rPr>
                <w:sz w:val="13"/>
              </w:rPr>
              <w:t>24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6D16BB" w14:textId="77777777" w:rsidR="00414768" w:rsidRDefault="00000000">
            <w:pPr>
              <w:spacing w:after="20"/>
            </w:pPr>
            <w:r>
              <w:rPr>
                <w:sz w:val="13"/>
              </w:rPr>
              <w:t>What have we learned about mining in Gedling?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0DB503" w14:textId="77777777" w:rsidR="00414768" w:rsidRDefault="00000000">
            <w:pPr>
              <w:spacing w:after="20"/>
            </w:pPr>
            <w:r>
              <w:rPr>
                <w:sz w:val="13"/>
              </w:rPr>
              <w:t>Mining is a significant local study showing how industry shaped people and places.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E60CF4" w14:textId="77777777" w:rsidR="00414768" w:rsidRDefault="00000000">
            <w:pPr>
              <w:spacing w:after="20"/>
            </w:pPr>
            <w:r>
              <w:rPr>
                <w:sz w:val="13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8BD6D1" w14:textId="77777777" w:rsidR="00414768" w:rsidRDefault="00000000">
            <w:pPr>
              <w:spacing w:after="20"/>
            </w:pPr>
            <w:r>
              <w:rPr>
                <w:sz w:val="13"/>
              </w:rPr>
              <w:t>Mining in Gedling is a local history study. True or false?</w:t>
            </w:r>
          </w:p>
        </w:tc>
      </w:tr>
    </w:tbl>
    <w:p w14:paraId="08DA3E7D" w14:textId="77777777" w:rsidR="00414768" w:rsidRDefault="00414768"/>
    <w:p w14:paraId="379BEA19" w14:textId="77777777" w:rsidR="00414768" w:rsidRDefault="00000000">
      <w:pPr>
        <w:pStyle w:val="Heading2"/>
      </w:pPr>
      <w:r>
        <w:rPr>
          <w:color w:val="7F4E00"/>
        </w:rPr>
        <w:t>Summer Term: Retrieval and Readiness: Local, National and World History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414768" w14:paraId="36959C60" w14:textId="77777777">
        <w:trPr>
          <w:jc w:val="center"/>
        </w:trPr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708CC2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D4D9D9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B63EE9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984BC1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Disciplinary focus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9F2686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Example meta-learning question</w:t>
            </w:r>
          </w:p>
        </w:tc>
      </w:tr>
      <w:tr w:rsidR="00414768" w14:paraId="54F73EB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9CE379" w14:textId="77777777" w:rsidR="00414768" w:rsidRDefault="00000000">
            <w:pPr>
              <w:spacing w:after="20"/>
            </w:pPr>
            <w:r>
              <w:rPr>
                <w:sz w:val="13"/>
              </w:rPr>
              <w:t>25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CF4F35" w14:textId="77777777" w:rsidR="00414768" w:rsidRDefault="00000000">
            <w:pPr>
              <w:spacing w:after="20"/>
            </w:pPr>
            <w:r>
              <w:rPr>
                <w:sz w:val="13"/>
              </w:rPr>
              <w:t>How does local history link to national history?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1E6B35" w14:textId="77777777" w:rsidR="00414768" w:rsidRDefault="00000000">
            <w:pPr>
              <w:spacing w:after="20"/>
            </w:pPr>
            <w:r>
              <w:rPr>
                <w:sz w:val="13"/>
              </w:rPr>
              <w:t>Local places and people can show how national events and changes affected communities.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03D0FC" w14:textId="77777777" w:rsidR="00414768" w:rsidRDefault="00000000">
            <w:pPr>
              <w:spacing w:after="20"/>
            </w:pPr>
            <w:r>
              <w:rPr>
                <w:sz w:val="13"/>
              </w:rPr>
              <w:t>Chronology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75096B" w14:textId="77777777" w:rsidR="00414768" w:rsidRDefault="00000000">
            <w:pPr>
              <w:spacing w:after="20"/>
            </w:pPr>
            <w:r>
              <w:rPr>
                <w:sz w:val="13"/>
              </w:rPr>
              <w:t>Odd one out: choose one item that does not fit and justify.</w:t>
            </w:r>
          </w:p>
        </w:tc>
      </w:tr>
      <w:tr w:rsidR="00414768" w14:paraId="0ABD282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2DBB3D" w14:textId="77777777" w:rsidR="00414768" w:rsidRDefault="00000000">
            <w:pPr>
              <w:spacing w:after="20"/>
            </w:pPr>
            <w:r>
              <w:rPr>
                <w:sz w:val="13"/>
              </w:rPr>
              <w:t>26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74D4F2" w14:textId="77777777" w:rsidR="00414768" w:rsidRDefault="00000000">
            <w:pPr>
              <w:spacing w:after="20"/>
            </w:pPr>
            <w:r>
              <w:rPr>
                <w:sz w:val="13"/>
              </w:rPr>
              <w:t>How does Gedling Memorial Hall link to later WW2 learning?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1A3430" w14:textId="77777777" w:rsidR="00414768" w:rsidRDefault="00000000">
            <w:pPr>
              <w:spacing w:after="20"/>
            </w:pPr>
            <w:r>
              <w:rPr>
                <w:sz w:val="13"/>
              </w:rPr>
              <w:t>It builds understanding of remembrance, local evidence and war’s impact on communities.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50DB0C" w14:textId="77777777" w:rsidR="00414768" w:rsidRDefault="00000000">
            <w:pPr>
              <w:spacing w:after="20"/>
            </w:pPr>
            <w:r>
              <w:rPr>
                <w:sz w:val="13"/>
              </w:rPr>
              <w:t>Sources and 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F02B63" w14:textId="77777777" w:rsidR="00414768" w:rsidRDefault="00000000">
            <w:pPr>
              <w:spacing w:after="20"/>
            </w:pPr>
            <w:r>
              <w:rPr>
                <w:sz w:val="13"/>
              </w:rPr>
              <w:t>Always, sometimes or never? Explain using evidence.</w:t>
            </w:r>
          </w:p>
        </w:tc>
      </w:tr>
      <w:tr w:rsidR="00414768" w14:paraId="0B89CAA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B9C93E" w14:textId="77777777" w:rsidR="00414768" w:rsidRDefault="00000000">
            <w:pPr>
              <w:spacing w:after="20"/>
            </w:pPr>
            <w:r>
              <w:rPr>
                <w:sz w:val="13"/>
              </w:rPr>
              <w:t>27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6A1309" w14:textId="77777777" w:rsidR="00414768" w:rsidRDefault="00000000">
            <w:pPr>
              <w:spacing w:after="20"/>
            </w:pPr>
            <w:r>
              <w:rPr>
                <w:sz w:val="13"/>
              </w:rPr>
              <w:t>How does All Hallows Church link to local identity?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690CFE" w14:textId="77777777" w:rsidR="00414768" w:rsidRDefault="00000000">
            <w:pPr>
              <w:spacing w:after="20"/>
            </w:pPr>
            <w:r>
              <w:rPr>
                <w:sz w:val="13"/>
              </w:rPr>
              <w:t>It shows how a significant local site can have long-term community importance.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246C7A" w14:textId="77777777" w:rsidR="00414768" w:rsidRDefault="00000000">
            <w:pPr>
              <w:spacing w:after="20"/>
            </w:pPr>
            <w:r>
              <w:rPr>
                <w:sz w:val="13"/>
              </w:rPr>
              <w:t>Similarity/difference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6255FE" w14:textId="77777777" w:rsidR="00414768" w:rsidRDefault="00000000">
            <w:pPr>
              <w:spacing w:after="20"/>
            </w:pPr>
            <w:r>
              <w:rPr>
                <w:sz w:val="13"/>
              </w:rPr>
              <w:t>Double bubble: compare two people, places, periods or events.</w:t>
            </w:r>
          </w:p>
        </w:tc>
      </w:tr>
      <w:tr w:rsidR="00414768" w14:paraId="00E3ED2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30A9FC" w14:textId="77777777" w:rsidR="00414768" w:rsidRDefault="00000000">
            <w:pPr>
              <w:spacing w:after="20"/>
            </w:pPr>
            <w:r>
              <w:rPr>
                <w:sz w:val="13"/>
              </w:rPr>
              <w:t>28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F5F44D" w14:textId="77777777" w:rsidR="00414768" w:rsidRDefault="00000000">
            <w:pPr>
              <w:spacing w:after="20"/>
            </w:pPr>
            <w:r>
              <w:rPr>
                <w:sz w:val="13"/>
              </w:rPr>
              <w:t>How does mining in Gedling link to industrial history?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A9F9F3" w14:textId="77777777" w:rsidR="00414768" w:rsidRDefault="00000000">
            <w:pPr>
              <w:spacing w:after="20"/>
            </w:pPr>
            <w:r>
              <w:rPr>
                <w:sz w:val="13"/>
              </w:rPr>
              <w:t>Mining shows how industry shaped work, settlement, land and community.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E6C028" w14:textId="77777777" w:rsidR="00414768" w:rsidRDefault="00000000">
            <w:pPr>
              <w:spacing w:after="20"/>
            </w:pPr>
            <w:r>
              <w:rPr>
                <w:sz w:val="13"/>
              </w:rPr>
              <w:t>Change/continuity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66B969" w14:textId="77777777" w:rsidR="00414768" w:rsidRDefault="00000000">
            <w:pPr>
              <w:spacing w:after="20"/>
            </w:pPr>
            <w:r>
              <w:rPr>
                <w:sz w:val="13"/>
              </w:rPr>
              <w:t>Frayer model for a key historical word.</w:t>
            </w:r>
          </w:p>
        </w:tc>
      </w:tr>
      <w:tr w:rsidR="00414768" w14:paraId="1B9ADF6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0DBC52" w14:textId="77777777" w:rsidR="00414768" w:rsidRDefault="00000000">
            <w:pPr>
              <w:spacing w:after="20"/>
            </w:pPr>
            <w:r>
              <w:rPr>
                <w:sz w:val="13"/>
              </w:rPr>
              <w:t>29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FE76C0" w14:textId="77777777" w:rsidR="00414768" w:rsidRDefault="00000000">
            <w:pPr>
              <w:spacing w:after="20"/>
            </w:pPr>
            <w:r>
              <w:rPr>
                <w:sz w:val="13"/>
              </w:rPr>
              <w:t>What is interpretation?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1E6457" w14:textId="77777777" w:rsidR="00414768" w:rsidRDefault="00000000">
            <w:pPr>
              <w:spacing w:after="20"/>
            </w:pPr>
            <w:r>
              <w:rPr>
                <w:sz w:val="13"/>
              </w:rPr>
              <w:t>Interpretation is a way of explaining or understanding the past.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FC271C" w14:textId="77777777" w:rsidR="00414768" w:rsidRDefault="00000000">
            <w:pPr>
              <w:spacing w:after="20"/>
            </w:pPr>
            <w:r>
              <w:rPr>
                <w:sz w:val="13"/>
              </w:rPr>
              <w:t>Cause/consequence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7549BE" w14:textId="77777777" w:rsidR="00414768" w:rsidRDefault="00000000">
            <w:pPr>
              <w:spacing w:after="20"/>
            </w:pPr>
            <w:r>
              <w:rPr>
                <w:sz w:val="13"/>
              </w:rPr>
              <w:t>True or false? Prove it using evidence.</w:t>
            </w:r>
          </w:p>
        </w:tc>
      </w:tr>
      <w:tr w:rsidR="00414768" w14:paraId="7E567C6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7A5DE6" w14:textId="77777777" w:rsidR="00414768" w:rsidRDefault="00000000">
            <w:pPr>
              <w:spacing w:after="20"/>
            </w:pPr>
            <w:r>
              <w:rPr>
                <w:sz w:val="13"/>
              </w:rPr>
              <w:t>30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70F95A" w14:textId="77777777" w:rsidR="00414768" w:rsidRDefault="00000000">
            <w:pPr>
              <w:spacing w:after="20"/>
            </w:pPr>
            <w:r>
              <w:rPr>
                <w:sz w:val="13"/>
              </w:rPr>
              <w:t>Why do interpretations differ?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1ABF65" w14:textId="77777777" w:rsidR="00414768" w:rsidRDefault="00000000">
            <w:pPr>
              <w:spacing w:after="20"/>
            </w:pPr>
            <w:r>
              <w:rPr>
                <w:sz w:val="13"/>
              </w:rPr>
              <w:t>Interpretations differ because people use different evidence, viewpoints and purposes.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2D6D65" w14:textId="77777777" w:rsidR="00414768" w:rsidRDefault="00000000">
            <w:pPr>
              <w:spacing w:after="20"/>
            </w:pPr>
            <w:r>
              <w:rPr>
                <w:sz w:val="13"/>
              </w:rPr>
              <w:t>Significance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CA7E28" w14:textId="77777777" w:rsidR="00414768" w:rsidRDefault="00000000">
            <w:pPr>
              <w:spacing w:after="20"/>
            </w:pPr>
            <w:r>
              <w:rPr>
                <w:sz w:val="13"/>
              </w:rPr>
              <w:t>Complete because, but, so to build explanation.</w:t>
            </w:r>
          </w:p>
        </w:tc>
      </w:tr>
      <w:tr w:rsidR="00414768" w14:paraId="193980E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F04EC4" w14:textId="77777777" w:rsidR="00414768" w:rsidRDefault="00000000">
            <w:pPr>
              <w:spacing w:after="20"/>
            </w:pPr>
            <w:r>
              <w:rPr>
                <w:sz w:val="13"/>
              </w:rPr>
              <w:t>31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0AA811" w14:textId="77777777" w:rsidR="00414768" w:rsidRDefault="00000000">
            <w:pPr>
              <w:spacing w:after="20"/>
            </w:pPr>
            <w:r>
              <w:rPr>
                <w:sz w:val="13"/>
              </w:rPr>
              <w:t>What is bias?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DE7F7A" w14:textId="77777777" w:rsidR="00414768" w:rsidRDefault="00000000">
            <w:pPr>
              <w:spacing w:after="20"/>
            </w:pPr>
            <w:r>
              <w:rPr>
                <w:sz w:val="13"/>
              </w:rPr>
              <w:t>Bias is when a source favours one view or gives a one-sided account.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CD22FE" w14:textId="77777777" w:rsidR="00414768" w:rsidRDefault="00000000">
            <w:pPr>
              <w:spacing w:after="20"/>
            </w:pPr>
            <w:r>
              <w:rPr>
                <w:sz w:val="13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C4428B" w14:textId="77777777" w:rsidR="00414768" w:rsidRDefault="00000000">
            <w:pPr>
              <w:spacing w:after="20"/>
            </w:pPr>
            <w:r>
              <w:rPr>
                <w:sz w:val="13"/>
              </w:rPr>
              <w:t>Connect three related ideas.</w:t>
            </w:r>
          </w:p>
        </w:tc>
      </w:tr>
      <w:tr w:rsidR="00414768" w14:paraId="1345876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13C0F0" w14:textId="77777777" w:rsidR="00414768" w:rsidRDefault="00000000">
            <w:pPr>
              <w:spacing w:after="20"/>
            </w:pPr>
            <w:r>
              <w:rPr>
                <w:sz w:val="13"/>
              </w:rPr>
              <w:t>32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DDA3E8" w14:textId="77777777" w:rsidR="00414768" w:rsidRDefault="00000000">
            <w:pPr>
              <w:spacing w:after="20"/>
            </w:pPr>
            <w:r>
              <w:rPr>
                <w:sz w:val="13"/>
              </w:rPr>
              <w:t>How can we check whether a source is reliable?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E5EAA0" w14:textId="77777777" w:rsidR="00414768" w:rsidRDefault="00000000">
            <w:pPr>
              <w:spacing w:after="20"/>
            </w:pPr>
            <w:r>
              <w:rPr>
                <w:sz w:val="13"/>
              </w:rPr>
              <w:t>We consider origin, purpose, date, evidence and whether it agrees with other sources.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66D2D2" w14:textId="77777777" w:rsidR="00414768" w:rsidRDefault="00000000">
            <w:pPr>
              <w:spacing w:after="20"/>
            </w:pPr>
            <w:r>
              <w:rPr>
                <w:sz w:val="13"/>
              </w:rPr>
              <w:t>Reliability/bias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B27BD6" w14:textId="77777777" w:rsidR="00414768" w:rsidRDefault="00000000">
            <w:pPr>
              <w:spacing w:after="20"/>
            </w:pPr>
            <w:r>
              <w:rPr>
                <w:sz w:val="13"/>
              </w:rPr>
              <w:t>Odd one out: choose one item that does not fit and justify.</w:t>
            </w:r>
          </w:p>
        </w:tc>
      </w:tr>
      <w:tr w:rsidR="00414768" w14:paraId="152D597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6838E8" w14:textId="77777777" w:rsidR="00414768" w:rsidRDefault="00000000">
            <w:pPr>
              <w:spacing w:after="20"/>
            </w:pPr>
            <w:r>
              <w:rPr>
                <w:sz w:val="13"/>
              </w:rPr>
              <w:t>33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5C08DA" w14:textId="77777777" w:rsidR="00414768" w:rsidRDefault="00000000">
            <w:pPr>
              <w:spacing w:after="20"/>
            </w:pPr>
            <w:r>
              <w:rPr>
                <w:sz w:val="13"/>
              </w:rPr>
              <w:t>How can change be identified across periods?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CC74AE" w14:textId="77777777" w:rsidR="00414768" w:rsidRDefault="00000000">
            <w:pPr>
              <w:spacing w:after="20"/>
            </w:pPr>
            <w:r>
              <w:rPr>
                <w:sz w:val="13"/>
              </w:rPr>
              <w:t>We compare what altered in people’s lives, places, beliefs, power and technology.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A4F6C0" w14:textId="77777777" w:rsidR="00414768" w:rsidRDefault="00000000">
            <w:pPr>
              <w:spacing w:after="20"/>
            </w:pPr>
            <w:r>
              <w:rPr>
                <w:sz w:val="13"/>
              </w:rPr>
              <w:t>Interpretation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9AFECA" w14:textId="77777777" w:rsidR="00414768" w:rsidRDefault="00000000">
            <w:pPr>
              <w:spacing w:after="20"/>
            </w:pPr>
            <w:r>
              <w:rPr>
                <w:sz w:val="13"/>
              </w:rPr>
              <w:t>Always, sometimes or never? Explain using evidence.</w:t>
            </w:r>
          </w:p>
        </w:tc>
      </w:tr>
      <w:tr w:rsidR="00414768" w14:paraId="14A9CC7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CDC1B0" w14:textId="77777777" w:rsidR="00414768" w:rsidRDefault="00000000">
            <w:pPr>
              <w:spacing w:after="20"/>
            </w:pPr>
            <w:r>
              <w:rPr>
                <w:sz w:val="13"/>
              </w:rPr>
              <w:t>34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8C2ACA" w14:textId="77777777" w:rsidR="00414768" w:rsidRDefault="00000000">
            <w:pPr>
              <w:spacing w:after="20"/>
            </w:pPr>
            <w:r>
              <w:rPr>
                <w:sz w:val="13"/>
              </w:rPr>
              <w:t>How can continuity be identified across periods?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528DE1" w14:textId="77777777" w:rsidR="00414768" w:rsidRDefault="00000000">
            <w:pPr>
              <w:spacing w:after="20"/>
            </w:pPr>
            <w:r>
              <w:rPr>
                <w:sz w:val="13"/>
              </w:rPr>
              <w:t>We look for things that stayed similar across time.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19CC60" w14:textId="77777777" w:rsidR="00414768" w:rsidRDefault="00000000">
            <w:pPr>
              <w:spacing w:after="20"/>
            </w:pPr>
            <w:r>
              <w:rPr>
                <w:sz w:val="13"/>
              </w:rPr>
              <w:t>Historical 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C25E56" w14:textId="77777777" w:rsidR="00414768" w:rsidRDefault="00000000">
            <w:pPr>
              <w:spacing w:after="20"/>
            </w:pPr>
            <w:r>
              <w:rPr>
                <w:sz w:val="13"/>
              </w:rPr>
              <w:t>Double bubble: compare two people, places, periods or events.</w:t>
            </w:r>
          </w:p>
        </w:tc>
      </w:tr>
      <w:tr w:rsidR="00414768" w14:paraId="3C5996A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15555B" w14:textId="77777777" w:rsidR="00414768" w:rsidRDefault="00000000">
            <w:pPr>
              <w:spacing w:after="20"/>
            </w:pPr>
            <w:r>
              <w:rPr>
                <w:sz w:val="13"/>
              </w:rPr>
              <w:t>35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786E62" w14:textId="77777777" w:rsidR="00414768" w:rsidRDefault="00000000">
            <w:pPr>
              <w:spacing w:after="20"/>
            </w:pPr>
            <w:r>
              <w:rPr>
                <w:sz w:val="13"/>
              </w:rPr>
              <w:t>What does it mean to be historically informed?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2F75C7" w14:textId="77777777" w:rsidR="00414768" w:rsidRDefault="00000000">
            <w:pPr>
              <w:spacing w:after="20"/>
            </w:pPr>
            <w:r>
              <w:rPr>
                <w:sz w:val="13"/>
              </w:rPr>
              <w:t>It means using accurate knowledge and evidence to explain the past.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C61467" w14:textId="77777777" w:rsidR="00414768" w:rsidRDefault="00000000">
            <w:pPr>
              <w:spacing w:after="20"/>
            </w:pPr>
            <w:r>
              <w:rPr>
                <w:sz w:val="13"/>
              </w:rPr>
              <w:t>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09ADB4" w14:textId="77777777" w:rsidR="00414768" w:rsidRDefault="00000000">
            <w:pPr>
              <w:spacing w:after="20"/>
            </w:pPr>
            <w:r>
              <w:rPr>
                <w:sz w:val="13"/>
              </w:rPr>
              <w:t>Frayer model for a key historical word.</w:t>
            </w:r>
          </w:p>
        </w:tc>
      </w:tr>
      <w:tr w:rsidR="00414768" w14:paraId="73D39D8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F54A5A" w14:textId="77777777" w:rsidR="00414768" w:rsidRDefault="00000000">
            <w:pPr>
              <w:spacing w:after="20"/>
            </w:pPr>
            <w:r>
              <w:rPr>
                <w:sz w:val="13"/>
              </w:rPr>
              <w:lastRenderedPageBreak/>
              <w:t>36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3235B1" w14:textId="77777777" w:rsidR="00414768" w:rsidRDefault="00000000">
            <w:pPr>
              <w:spacing w:after="20"/>
            </w:pPr>
            <w:r>
              <w:rPr>
                <w:sz w:val="13"/>
              </w:rPr>
              <w:t>What have we learned by the end of primary History?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42765C" w14:textId="77777777" w:rsidR="00414768" w:rsidRDefault="00000000">
            <w:pPr>
              <w:spacing w:after="20"/>
            </w:pPr>
            <w:r>
              <w:rPr>
                <w:sz w:val="13"/>
              </w:rPr>
              <w:t>Pupils have built a chronological framework across local, British and world history and can explain using evidence.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C35D99" w14:textId="77777777" w:rsidR="00414768" w:rsidRDefault="00000000">
            <w:pPr>
              <w:spacing w:after="20"/>
            </w:pPr>
            <w:r>
              <w:rPr>
                <w:sz w:val="13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EA7692" w14:textId="77777777" w:rsidR="00414768" w:rsidRDefault="00000000">
            <w:pPr>
              <w:spacing w:after="20"/>
            </w:pPr>
            <w:r>
              <w:rPr>
                <w:sz w:val="13"/>
              </w:rPr>
              <w:t>True or false? Prove it using evidence.</w:t>
            </w:r>
          </w:p>
        </w:tc>
      </w:tr>
    </w:tbl>
    <w:p w14:paraId="184EF965" w14:textId="77777777" w:rsidR="00414768" w:rsidRDefault="00414768"/>
    <w:p w14:paraId="28C257C2" w14:textId="77777777" w:rsidR="00414768" w:rsidRDefault="00000000">
      <w:pPr>
        <w:pStyle w:val="Heading1"/>
      </w:pPr>
      <w:r>
        <w:rPr>
          <w:color w:val="7F4E00"/>
        </w:rPr>
        <w:t>Additional Retrieval Question Bank with Core Facts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538"/>
      </w:tblGrid>
      <w:tr w:rsidR="00414768" w14:paraId="6F9F4FCB" w14:textId="77777777">
        <w:trPr>
          <w:jc w:val="center"/>
        </w:trPr>
        <w:tc>
          <w:tcPr>
            <w:tcW w:w="15538" w:type="dxa"/>
            <w:shd w:val="clear" w:color="auto" w:fill="F7EFE5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2AD6C91" w14:textId="77777777" w:rsidR="00414768" w:rsidRDefault="00000000">
            <w:r>
              <w:rPr>
                <w:b/>
                <w:color w:val="7F4E00"/>
                <w:sz w:val="20"/>
              </w:rPr>
              <w:t>How to use this additional bank</w:t>
            </w:r>
          </w:p>
          <w:p w14:paraId="122ACE45" w14:textId="77777777" w:rsidR="00414768" w:rsidRDefault="00000000">
            <w:pPr>
              <w:pStyle w:val="ListBullet"/>
              <w:spacing w:after="20"/>
            </w:pPr>
            <w:r>
              <w:t>Use these questions when pupils need additional practice, when misconceptions arise, or when teachers want a different retrieval angle.</w:t>
            </w:r>
          </w:p>
          <w:p w14:paraId="0F37ED82" w14:textId="77777777" w:rsidR="00414768" w:rsidRDefault="00000000">
            <w:pPr>
              <w:pStyle w:val="ListBullet"/>
              <w:spacing w:after="20"/>
            </w:pPr>
            <w:r>
              <w:t>Each question includes the core fact pupils should know, so feedback can be quick, accurate and consistent.</w:t>
            </w:r>
          </w:p>
        </w:tc>
      </w:tr>
    </w:tbl>
    <w:p w14:paraId="4DC50818" w14:textId="77777777" w:rsidR="00414768" w:rsidRDefault="00414768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5"/>
        <w:gridCol w:w="3105"/>
        <w:gridCol w:w="3106"/>
        <w:gridCol w:w="3106"/>
        <w:gridCol w:w="3106"/>
      </w:tblGrid>
      <w:tr w:rsidR="00414768" w14:paraId="128B14AF" w14:textId="77777777">
        <w:trPr>
          <w:jc w:val="center"/>
        </w:trPr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D4698C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Year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E1D7C1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Unit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1EF449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Extra retrieval question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8E60F3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2A083F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Example meta-learning prompt</w:t>
            </w:r>
          </w:p>
        </w:tc>
      </w:tr>
      <w:tr w:rsidR="00414768" w14:paraId="5BC31E7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A52F19" w14:textId="77777777" w:rsidR="00414768" w:rsidRDefault="00000000">
            <w:pPr>
              <w:spacing w:after="20"/>
            </w:pPr>
            <w:r>
              <w:rPr>
                <w:sz w:val="14"/>
              </w:rPr>
              <w:t>Year 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0CD4C1" w14:textId="77777777" w:rsidR="00414768" w:rsidRDefault="00000000">
            <w:pPr>
              <w:spacing w:after="20"/>
            </w:pPr>
            <w:r>
              <w:rPr>
                <w:sz w:val="14"/>
              </w:rPr>
              <w:t>Toys and Homes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4AE7EC" w14:textId="77777777" w:rsidR="00414768" w:rsidRDefault="00000000">
            <w:pPr>
              <w:spacing w:after="20"/>
            </w:pPr>
            <w:r>
              <w:rPr>
                <w:sz w:val="14"/>
              </w:rPr>
              <w:t>What does chronology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B03396" w14:textId="77777777" w:rsidR="00414768" w:rsidRDefault="00000000">
            <w:pPr>
              <w:spacing w:after="20"/>
            </w:pPr>
            <w:r>
              <w:rPr>
                <w:sz w:val="14"/>
              </w:rPr>
              <w:t>Chronology means putting events or objects in time order.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B7B5B8" w14:textId="77777777" w:rsidR="00414768" w:rsidRDefault="00000000">
            <w:pPr>
              <w:spacing w:after="20"/>
            </w:pPr>
            <w:r>
              <w:rPr>
                <w:sz w:val="14"/>
              </w:rPr>
              <w:t>Frayer model for chronology.</w:t>
            </w:r>
          </w:p>
        </w:tc>
      </w:tr>
      <w:tr w:rsidR="00414768" w14:paraId="4D774EF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74DE7F" w14:textId="77777777" w:rsidR="00414768" w:rsidRDefault="00000000">
            <w:pPr>
              <w:spacing w:after="20"/>
            </w:pPr>
            <w:r>
              <w:rPr>
                <w:sz w:val="14"/>
              </w:rPr>
              <w:t>Year 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88A67A" w14:textId="77777777" w:rsidR="00414768" w:rsidRDefault="00000000">
            <w:pPr>
              <w:spacing w:after="20"/>
            </w:pPr>
            <w:r>
              <w:rPr>
                <w:sz w:val="14"/>
              </w:rPr>
              <w:t>Seaside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673EDB" w14:textId="77777777" w:rsidR="00414768" w:rsidRDefault="00000000">
            <w:pPr>
              <w:spacing w:after="20"/>
            </w:pPr>
            <w:r>
              <w:rPr>
                <w:sz w:val="14"/>
              </w:rPr>
              <w:t>What is a promenade?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E33BAA" w14:textId="77777777" w:rsidR="00414768" w:rsidRDefault="00000000">
            <w:pPr>
              <w:spacing w:after="20"/>
            </w:pPr>
            <w:r>
              <w:rPr>
                <w:sz w:val="14"/>
              </w:rPr>
              <w:t>A promenade is a path by the seafront where people walk.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74B602" w14:textId="77777777" w:rsidR="00414768" w:rsidRDefault="00000000">
            <w:pPr>
              <w:spacing w:after="20"/>
            </w:pPr>
            <w:r>
              <w:rPr>
                <w:sz w:val="14"/>
              </w:rPr>
              <w:t>Odd one out: pier, promenade, classroom.</w:t>
            </w:r>
          </w:p>
        </w:tc>
      </w:tr>
      <w:tr w:rsidR="00414768" w14:paraId="23C7DFE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1DCE5E" w14:textId="77777777" w:rsidR="00414768" w:rsidRDefault="00000000">
            <w:pPr>
              <w:spacing w:after="20"/>
            </w:pPr>
            <w:r>
              <w:rPr>
                <w:sz w:val="14"/>
              </w:rPr>
              <w:t>Year 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82EE87" w14:textId="77777777" w:rsidR="00414768" w:rsidRDefault="00000000">
            <w:pPr>
              <w:spacing w:after="20"/>
            </w:pPr>
            <w:r>
              <w:rPr>
                <w:sz w:val="14"/>
              </w:rPr>
              <w:t>Explorers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05669E" w14:textId="77777777" w:rsidR="00414768" w:rsidRDefault="00000000">
            <w:pPr>
              <w:spacing w:after="20"/>
            </w:pPr>
            <w:r>
              <w:rPr>
                <w:sz w:val="14"/>
              </w:rPr>
              <w:t>What does expedition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3E905D" w14:textId="77777777" w:rsidR="00414768" w:rsidRDefault="00000000">
            <w:pPr>
              <w:spacing w:after="20"/>
            </w:pPr>
            <w:r>
              <w:rPr>
                <w:sz w:val="14"/>
              </w:rPr>
              <w:t>An expedition is a journey with a purpose.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353F3C" w14:textId="77777777" w:rsidR="00414768" w:rsidRDefault="00000000">
            <w:pPr>
              <w:spacing w:after="20"/>
            </w:pPr>
            <w:r>
              <w:rPr>
                <w:sz w:val="14"/>
              </w:rPr>
              <w:t>Connect three: expedition, Arctic, explorer.</w:t>
            </w:r>
          </w:p>
        </w:tc>
      </w:tr>
      <w:tr w:rsidR="00414768" w14:paraId="3FF0BF0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E4709D" w14:textId="77777777" w:rsidR="00414768" w:rsidRDefault="00000000">
            <w:pPr>
              <w:spacing w:after="20"/>
            </w:pPr>
            <w:r>
              <w:rPr>
                <w:sz w:val="14"/>
              </w:rPr>
              <w:t>Year 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C10183" w14:textId="77777777" w:rsidR="00414768" w:rsidRDefault="00000000">
            <w:pPr>
              <w:spacing w:after="20"/>
            </w:pPr>
            <w:r>
              <w:rPr>
                <w:sz w:val="14"/>
              </w:rPr>
              <w:t>Local study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63ED8E" w14:textId="77777777" w:rsidR="00414768" w:rsidRDefault="00000000">
            <w:pPr>
              <w:spacing w:after="20"/>
            </w:pPr>
            <w:r>
              <w:rPr>
                <w:sz w:val="14"/>
              </w:rPr>
              <w:t>What is a war memorial?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9D6129" w14:textId="77777777" w:rsidR="00414768" w:rsidRDefault="00000000">
            <w:pPr>
              <w:spacing w:after="20"/>
            </w:pPr>
            <w:r>
              <w:rPr>
                <w:sz w:val="14"/>
              </w:rPr>
              <w:t>A war memorial helps people remember those affected by war.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A55668" w14:textId="77777777" w:rsidR="00414768" w:rsidRDefault="00000000">
            <w:pPr>
              <w:spacing w:after="20"/>
            </w:pPr>
            <w:r>
              <w:rPr>
                <w:sz w:val="14"/>
              </w:rPr>
              <w:t>True or false: local places can link to national events.</w:t>
            </w:r>
          </w:p>
        </w:tc>
      </w:tr>
      <w:tr w:rsidR="00414768" w14:paraId="3234938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DC6082" w14:textId="77777777" w:rsidR="00414768" w:rsidRDefault="00000000">
            <w:pPr>
              <w:spacing w:after="20"/>
            </w:pPr>
            <w:r>
              <w:rPr>
                <w:sz w:val="14"/>
              </w:rPr>
              <w:t>Year 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6F1838" w14:textId="77777777" w:rsidR="00414768" w:rsidRDefault="00000000">
            <w:pPr>
              <w:spacing w:after="20"/>
            </w:pPr>
            <w:r>
              <w:rPr>
                <w:sz w:val="14"/>
              </w:rPr>
              <w:t>Stone Age to Iron Age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00F0A4" w14:textId="77777777" w:rsidR="00414768" w:rsidRDefault="00000000">
            <w:pPr>
              <w:spacing w:after="20"/>
            </w:pPr>
            <w:r>
              <w:rPr>
                <w:sz w:val="14"/>
              </w:rPr>
              <w:t>Why is Skara Brae important?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1C8452" w14:textId="77777777" w:rsidR="00414768" w:rsidRDefault="00000000">
            <w:pPr>
              <w:spacing w:after="20"/>
            </w:pPr>
            <w:r>
              <w:rPr>
                <w:sz w:val="14"/>
              </w:rPr>
              <w:t>Skara Brae provides evidence about prehistoric settlement and life.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0CEEDE" w14:textId="77777777" w:rsidR="00414768" w:rsidRDefault="00000000">
            <w:pPr>
              <w:spacing w:after="20"/>
            </w:pPr>
            <w:r>
              <w:rPr>
                <w:sz w:val="14"/>
              </w:rPr>
              <w:t>Connect three: Skara Brae, settlement, evidence.</w:t>
            </w:r>
          </w:p>
        </w:tc>
      </w:tr>
      <w:tr w:rsidR="00414768" w14:paraId="4C84164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0BF2C4" w14:textId="77777777" w:rsidR="00414768" w:rsidRDefault="00000000">
            <w:pPr>
              <w:spacing w:after="20"/>
            </w:pPr>
            <w:r>
              <w:rPr>
                <w:sz w:val="14"/>
              </w:rPr>
              <w:t>Year 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6D0B71" w14:textId="77777777" w:rsidR="00414768" w:rsidRDefault="00000000">
            <w:pPr>
              <w:spacing w:after="20"/>
            </w:pPr>
            <w:r>
              <w:rPr>
                <w:sz w:val="14"/>
              </w:rPr>
              <w:t>Ancient Egypt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5CB767" w14:textId="77777777" w:rsidR="00414768" w:rsidRDefault="00000000">
            <w:pPr>
              <w:spacing w:after="20"/>
            </w:pPr>
            <w:r>
              <w:rPr>
                <w:sz w:val="14"/>
              </w:rPr>
              <w:t>Why was the Nile important?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F4E3F3" w14:textId="77777777" w:rsidR="00414768" w:rsidRDefault="00000000">
            <w:pPr>
              <w:spacing w:after="20"/>
            </w:pPr>
            <w:r>
              <w:rPr>
                <w:sz w:val="14"/>
              </w:rPr>
              <w:t>The River Nile supported farming, water, transport and settlement.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D9D317" w14:textId="77777777" w:rsidR="00414768" w:rsidRDefault="00000000">
            <w:pPr>
              <w:spacing w:after="20"/>
            </w:pPr>
            <w:r>
              <w:rPr>
                <w:sz w:val="14"/>
              </w:rPr>
              <w:t>Because/but/so: The Nile was important because...</w:t>
            </w:r>
          </w:p>
        </w:tc>
      </w:tr>
      <w:tr w:rsidR="00414768" w14:paraId="140EEFE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56DA64" w14:textId="77777777" w:rsidR="00414768" w:rsidRDefault="00000000">
            <w:pPr>
              <w:spacing w:after="20"/>
            </w:pPr>
            <w:r>
              <w:rPr>
                <w:sz w:val="14"/>
              </w:rPr>
              <w:t>Year 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04DDD5" w14:textId="77777777" w:rsidR="00414768" w:rsidRDefault="00000000">
            <w:pPr>
              <w:spacing w:after="20"/>
            </w:pPr>
            <w:r>
              <w:rPr>
                <w:sz w:val="14"/>
              </w:rPr>
              <w:t>Roman Britain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BF145E" w14:textId="77777777" w:rsidR="00414768" w:rsidRDefault="00000000">
            <w:pPr>
              <w:spacing w:after="20"/>
            </w:pPr>
            <w:r>
              <w:rPr>
                <w:sz w:val="14"/>
              </w:rPr>
              <w:t>Who was Boudica?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7D1869" w14:textId="77777777" w:rsidR="00414768" w:rsidRDefault="00000000">
            <w:pPr>
              <w:spacing w:after="20"/>
            </w:pPr>
            <w:r>
              <w:rPr>
                <w:sz w:val="14"/>
              </w:rPr>
              <w:t>Boudica was a British leader who resisted Roman rule.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1E722C" w14:textId="77777777" w:rsidR="00414768" w:rsidRDefault="00000000">
            <w:pPr>
              <w:spacing w:after="20"/>
            </w:pPr>
            <w:r>
              <w:rPr>
                <w:sz w:val="14"/>
              </w:rPr>
              <w:t>Odd one out: Boudica, Caesar, Tutankhamun.</w:t>
            </w:r>
          </w:p>
        </w:tc>
      </w:tr>
      <w:tr w:rsidR="00414768" w14:paraId="2EA05C2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165CBE" w14:textId="77777777" w:rsidR="00414768" w:rsidRDefault="00000000">
            <w:pPr>
              <w:spacing w:after="20"/>
            </w:pPr>
            <w:r>
              <w:rPr>
                <w:sz w:val="14"/>
              </w:rPr>
              <w:t>Year 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F0A71D" w14:textId="77777777" w:rsidR="00414768" w:rsidRDefault="00000000">
            <w:pPr>
              <w:spacing w:after="20"/>
            </w:pPr>
            <w:r>
              <w:rPr>
                <w:sz w:val="14"/>
              </w:rPr>
              <w:t>All Hallows Church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47BEF4" w14:textId="77777777" w:rsidR="00414768" w:rsidRDefault="00000000">
            <w:pPr>
              <w:spacing w:after="20"/>
            </w:pPr>
            <w:r>
              <w:rPr>
                <w:sz w:val="14"/>
              </w:rPr>
              <w:t>Why is All Hallows Church significant locally?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75720E" w14:textId="77777777" w:rsidR="00414768" w:rsidRDefault="00000000">
            <w:pPr>
              <w:spacing w:after="20"/>
            </w:pPr>
            <w:r>
              <w:rPr>
                <w:sz w:val="14"/>
              </w:rPr>
              <w:t>It is a significant local site with a long history and continuing community importance.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A54DA4" w14:textId="77777777" w:rsidR="00414768" w:rsidRDefault="00000000">
            <w:pPr>
              <w:spacing w:after="20"/>
            </w:pPr>
            <w:r>
              <w:rPr>
                <w:sz w:val="14"/>
              </w:rPr>
              <w:t>Connect three: All Hallows Church, Gedling, local history.</w:t>
            </w:r>
          </w:p>
        </w:tc>
      </w:tr>
      <w:tr w:rsidR="00414768" w14:paraId="2830238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FC1A42" w14:textId="77777777" w:rsidR="00414768" w:rsidRDefault="00000000">
            <w:pPr>
              <w:spacing w:after="20"/>
            </w:pPr>
            <w:r>
              <w:rPr>
                <w:sz w:val="14"/>
              </w:rPr>
              <w:t>Year 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884ADD" w14:textId="77777777" w:rsidR="00414768" w:rsidRDefault="00000000">
            <w:pPr>
              <w:spacing w:after="20"/>
            </w:pPr>
            <w:r>
              <w:rPr>
                <w:sz w:val="14"/>
              </w:rPr>
              <w:t>Anglo-Saxons and Vikings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ACE7E9" w14:textId="77777777" w:rsidR="00414768" w:rsidRDefault="00000000">
            <w:pPr>
              <w:spacing w:after="20"/>
            </w:pPr>
            <w:r>
              <w:rPr>
                <w:sz w:val="14"/>
              </w:rPr>
              <w:t>What was the Danelaw?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49B780" w14:textId="77777777" w:rsidR="00414768" w:rsidRDefault="00000000">
            <w:pPr>
              <w:spacing w:after="20"/>
            </w:pPr>
            <w:r>
              <w:rPr>
                <w:sz w:val="14"/>
              </w:rPr>
              <w:t>The Danelaw was an area influenced or controlled by Viking law and settlement.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118BE1" w14:textId="77777777" w:rsidR="00414768" w:rsidRDefault="00000000">
            <w:pPr>
              <w:spacing w:after="20"/>
            </w:pPr>
            <w:r>
              <w:rPr>
                <w:sz w:val="14"/>
              </w:rPr>
              <w:t>Frayer model for Danelaw.</w:t>
            </w:r>
          </w:p>
        </w:tc>
      </w:tr>
      <w:tr w:rsidR="00414768" w14:paraId="5662CDC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D00EB7" w14:textId="77777777" w:rsidR="00414768" w:rsidRDefault="00000000">
            <w:pPr>
              <w:spacing w:after="20"/>
            </w:pPr>
            <w:r>
              <w:rPr>
                <w:sz w:val="14"/>
              </w:rPr>
              <w:t>Year 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D17B6B" w14:textId="77777777" w:rsidR="00414768" w:rsidRDefault="00000000">
            <w:pPr>
              <w:spacing w:after="20"/>
            </w:pPr>
            <w:r>
              <w:rPr>
                <w:sz w:val="14"/>
              </w:rPr>
              <w:t>Maya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7871CB" w14:textId="77777777" w:rsidR="00414768" w:rsidRDefault="00000000">
            <w:pPr>
              <w:spacing w:after="20"/>
            </w:pPr>
            <w:r>
              <w:rPr>
                <w:sz w:val="14"/>
              </w:rPr>
              <w:t>Why study the Maya?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B23BE3" w14:textId="77777777" w:rsidR="00414768" w:rsidRDefault="00000000">
            <w:pPr>
              <w:spacing w:after="20"/>
            </w:pPr>
            <w:r>
              <w:rPr>
                <w:sz w:val="14"/>
              </w:rPr>
              <w:t>The Maya show that complex societies developed outside Europe.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B01D5A" w14:textId="77777777" w:rsidR="00414768" w:rsidRDefault="00000000">
            <w:pPr>
              <w:spacing w:after="20"/>
            </w:pPr>
            <w:r>
              <w:rPr>
                <w:sz w:val="14"/>
              </w:rPr>
              <w:t>Always/sometimes/never: European societies were always more advanced.</w:t>
            </w:r>
          </w:p>
        </w:tc>
      </w:tr>
      <w:tr w:rsidR="00414768" w14:paraId="4D11480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7D1B18" w14:textId="77777777" w:rsidR="00414768" w:rsidRDefault="00000000">
            <w:pPr>
              <w:spacing w:after="20"/>
            </w:pPr>
            <w:r>
              <w:rPr>
                <w:sz w:val="14"/>
              </w:rPr>
              <w:t>Year 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852C5B" w14:textId="77777777" w:rsidR="00414768" w:rsidRDefault="00000000">
            <w:pPr>
              <w:spacing w:after="20"/>
            </w:pPr>
            <w:r>
              <w:rPr>
                <w:sz w:val="14"/>
              </w:rPr>
              <w:t>Ancient Greece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036138" w14:textId="77777777" w:rsidR="00414768" w:rsidRDefault="00000000">
            <w:pPr>
              <w:spacing w:after="20"/>
            </w:pPr>
            <w:r>
              <w:rPr>
                <w:sz w:val="14"/>
              </w:rPr>
              <w:t>What is democracy?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B58A18" w14:textId="77777777" w:rsidR="00414768" w:rsidRDefault="00000000">
            <w:pPr>
              <w:spacing w:after="20"/>
            </w:pPr>
            <w:r>
              <w:rPr>
                <w:sz w:val="14"/>
              </w:rPr>
              <w:t>Democracy is a system where citizens have a say in decisions.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7F9203" w14:textId="77777777" w:rsidR="00414768" w:rsidRDefault="00000000">
            <w:pPr>
              <w:spacing w:after="20"/>
            </w:pPr>
            <w:r>
              <w:rPr>
                <w:sz w:val="14"/>
              </w:rPr>
              <w:t>Frayer model for democracy.</w:t>
            </w:r>
          </w:p>
        </w:tc>
      </w:tr>
      <w:tr w:rsidR="00414768" w14:paraId="5BF0F0A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04B3DF" w14:textId="77777777" w:rsidR="00414768" w:rsidRDefault="00000000">
            <w:pPr>
              <w:spacing w:after="20"/>
            </w:pPr>
            <w:r>
              <w:rPr>
                <w:sz w:val="14"/>
              </w:rPr>
              <w:t>Year 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75337F" w14:textId="77777777" w:rsidR="00414768" w:rsidRDefault="00000000">
            <w:pPr>
              <w:spacing w:after="20"/>
            </w:pPr>
            <w:r>
              <w:rPr>
                <w:sz w:val="14"/>
              </w:rPr>
              <w:t>World War 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4585E6" w14:textId="77777777" w:rsidR="00414768" w:rsidRDefault="00000000">
            <w:pPr>
              <w:spacing w:after="20"/>
            </w:pPr>
            <w:r>
              <w:rPr>
                <w:sz w:val="14"/>
              </w:rPr>
              <w:t>What was propaganda?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2E9EA7" w14:textId="77777777" w:rsidR="00414768" w:rsidRDefault="00000000">
            <w:pPr>
              <w:spacing w:after="20"/>
            </w:pPr>
            <w:r>
              <w:rPr>
                <w:sz w:val="14"/>
              </w:rPr>
              <w:t>Propaganda is information designed to persuade people.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8914D5" w14:textId="77777777" w:rsidR="00414768" w:rsidRDefault="00000000">
            <w:pPr>
              <w:spacing w:after="20"/>
            </w:pPr>
            <w:r>
              <w:rPr>
                <w:sz w:val="14"/>
              </w:rPr>
              <w:t>True or false: propaganda is always neutral.</w:t>
            </w:r>
          </w:p>
        </w:tc>
      </w:tr>
      <w:tr w:rsidR="00414768" w14:paraId="07FE785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4CBC70" w14:textId="77777777" w:rsidR="00414768" w:rsidRDefault="00000000">
            <w:pPr>
              <w:spacing w:after="20"/>
            </w:pPr>
            <w:r>
              <w:rPr>
                <w:sz w:val="14"/>
              </w:rPr>
              <w:t>Year 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E5EE01" w14:textId="77777777" w:rsidR="00414768" w:rsidRDefault="00000000">
            <w:pPr>
              <w:spacing w:after="20"/>
            </w:pPr>
            <w:r>
              <w:rPr>
                <w:sz w:val="14"/>
              </w:rPr>
              <w:t>Mining in Gedling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E8639F" w14:textId="77777777" w:rsidR="00414768" w:rsidRDefault="00000000">
            <w:pPr>
              <w:spacing w:after="20"/>
            </w:pPr>
            <w:r>
              <w:rPr>
                <w:sz w:val="14"/>
              </w:rPr>
              <w:t>What was Gedling Pit?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429AA3" w14:textId="77777777" w:rsidR="00414768" w:rsidRDefault="00000000">
            <w:pPr>
              <w:spacing w:after="20"/>
            </w:pPr>
            <w:r>
              <w:rPr>
                <w:sz w:val="14"/>
              </w:rPr>
              <w:t>Gedling Pit was a local colliery connected to mining in Gedling.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332AD2" w14:textId="77777777" w:rsidR="00414768" w:rsidRDefault="00000000">
            <w:pPr>
              <w:spacing w:after="20"/>
            </w:pPr>
            <w:r>
              <w:rPr>
                <w:sz w:val="14"/>
              </w:rPr>
              <w:t>Connect three: Gedling Pit, pit estate, community.</w:t>
            </w:r>
          </w:p>
        </w:tc>
      </w:tr>
    </w:tbl>
    <w:p w14:paraId="485B17A4" w14:textId="77777777" w:rsidR="00414768" w:rsidRDefault="00414768"/>
    <w:p w14:paraId="69A6C259" w14:textId="77777777" w:rsidR="00414768" w:rsidRDefault="00000000">
      <w:pPr>
        <w:pStyle w:val="Heading1"/>
      </w:pPr>
      <w:r>
        <w:rPr>
          <w:color w:val="7F4E00"/>
        </w:rPr>
        <w:t>Schema Links by Unit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538"/>
      </w:tblGrid>
      <w:tr w:rsidR="00414768" w14:paraId="2350E8A5" w14:textId="77777777">
        <w:trPr>
          <w:jc w:val="center"/>
        </w:trPr>
        <w:tc>
          <w:tcPr>
            <w:tcW w:w="15538" w:type="dxa"/>
            <w:shd w:val="clear" w:color="auto" w:fill="F7EFE5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D7AAD05" w14:textId="77777777" w:rsidR="00414768" w:rsidRDefault="00000000">
            <w:r>
              <w:rPr>
                <w:b/>
                <w:color w:val="7F4E00"/>
                <w:sz w:val="20"/>
              </w:rPr>
              <w:t>Purpose of schema links</w:t>
            </w:r>
          </w:p>
          <w:p w14:paraId="264C66BE" w14:textId="77777777" w:rsidR="00414768" w:rsidRDefault="00000000">
            <w:pPr>
              <w:pStyle w:val="ListBullet"/>
              <w:spacing w:after="20"/>
            </w:pPr>
            <w:r>
              <w:t>These links make explicit how each All Hallows unit builds on prior knowledge and prepares pupils for future learning.</w:t>
            </w:r>
          </w:p>
          <w:p w14:paraId="5C0E5D44" w14:textId="77777777" w:rsidR="00414768" w:rsidRDefault="00000000">
            <w:pPr>
              <w:pStyle w:val="ListBullet"/>
              <w:spacing w:after="20"/>
            </w:pPr>
            <w:r>
              <w:t>Teachers can use the schema links at the start of a lesson to make connections clear before retrieval.</w:t>
            </w:r>
          </w:p>
          <w:p w14:paraId="2E1CD62B" w14:textId="77777777" w:rsidR="00414768" w:rsidRDefault="00000000">
            <w:pPr>
              <w:pStyle w:val="ListBullet"/>
              <w:spacing w:after="20"/>
            </w:pPr>
            <w:r>
              <w:t>Subject leaders can use this section to check whether pupils are building coherent historical knowledge rather than isolated facts.</w:t>
            </w:r>
          </w:p>
        </w:tc>
      </w:tr>
    </w:tbl>
    <w:p w14:paraId="71F9BE2E" w14:textId="77777777" w:rsidR="00414768" w:rsidRDefault="00414768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5"/>
        <w:gridCol w:w="3105"/>
        <w:gridCol w:w="3106"/>
        <w:gridCol w:w="3106"/>
        <w:gridCol w:w="3106"/>
      </w:tblGrid>
      <w:tr w:rsidR="00414768" w14:paraId="7C505922" w14:textId="77777777">
        <w:trPr>
          <w:jc w:val="center"/>
        </w:trPr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01EC6A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Phase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D7622C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Unit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DDE649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Schema being built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D8501F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Connects back to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866152" w14:textId="77777777" w:rsidR="00414768" w:rsidRDefault="00000000">
            <w:pPr>
              <w:spacing w:after="20"/>
            </w:pPr>
            <w:r>
              <w:rPr>
                <w:b/>
                <w:color w:val="FFFFFF"/>
                <w:sz w:val="15"/>
              </w:rPr>
              <w:t>Prepares for</w:t>
            </w:r>
          </w:p>
        </w:tc>
      </w:tr>
      <w:tr w:rsidR="00414768" w14:paraId="738A9AE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785F18" w14:textId="77777777" w:rsidR="00414768" w:rsidRDefault="00000000">
            <w:pPr>
              <w:spacing w:after="20"/>
            </w:pPr>
            <w:r>
              <w:rPr>
                <w:sz w:val="13"/>
              </w:rPr>
              <w:t>Reception into Year 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E4EB5D" w14:textId="77777777" w:rsidR="00414768" w:rsidRDefault="00000000">
            <w:pPr>
              <w:spacing w:after="20"/>
            </w:pPr>
            <w:r>
              <w:rPr>
                <w:sz w:val="13"/>
              </w:rPr>
              <w:t>Past and present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265235" w14:textId="77777777" w:rsidR="00414768" w:rsidRDefault="00000000">
            <w:pPr>
              <w:spacing w:after="20"/>
            </w:pPr>
            <w:r>
              <w:rPr>
                <w:sz w:val="13"/>
              </w:rPr>
              <w:t>before now, photos, school then/now, similarity and difference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2CAC2C" w14:textId="77777777" w:rsidR="00414768" w:rsidRDefault="00000000">
            <w:pPr>
              <w:spacing w:after="20"/>
            </w:pPr>
            <w:r>
              <w:rPr>
                <w:sz w:val="13"/>
              </w:rPr>
              <w:t>Understanding the World experiences and stories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D5E3A2" w14:textId="77777777" w:rsidR="00414768" w:rsidRDefault="00000000">
            <w:pPr>
              <w:spacing w:after="20"/>
            </w:pPr>
            <w:r>
              <w:rPr>
                <w:sz w:val="13"/>
              </w:rPr>
              <w:t>toys, homes and simple chronology</w:t>
            </w:r>
          </w:p>
        </w:tc>
      </w:tr>
      <w:tr w:rsidR="00414768" w14:paraId="1DADC68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65CD6A" w14:textId="77777777" w:rsidR="00414768" w:rsidRDefault="00000000">
            <w:pPr>
              <w:spacing w:after="20"/>
            </w:pPr>
            <w:r>
              <w:rPr>
                <w:sz w:val="13"/>
              </w:rPr>
              <w:t>Year 1 Autumn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861D39" w14:textId="77777777" w:rsidR="00414768" w:rsidRDefault="00000000">
            <w:pPr>
              <w:spacing w:after="20"/>
            </w:pPr>
            <w:r>
              <w:rPr>
                <w:sz w:val="13"/>
              </w:rPr>
              <w:t>Toys and Homes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1BD2A6" w14:textId="77777777" w:rsidR="00414768" w:rsidRDefault="00000000">
            <w:pPr>
              <w:spacing w:after="20"/>
            </w:pPr>
            <w:r>
              <w:rPr>
                <w:sz w:val="13"/>
              </w:rPr>
              <w:t>living memory, chronology, artefacts, old/new, home life, reliability of memory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6CF3F6" w14:textId="77777777" w:rsidR="00414768" w:rsidRDefault="00000000">
            <w:pPr>
              <w:spacing w:after="20"/>
            </w:pPr>
            <w:r>
              <w:rPr>
                <w:sz w:val="13"/>
              </w:rPr>
              <w:t>EYFS past/present and school then/now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D7ED0C" w14:textId="77777777" w:rsidR="00414768" w:rsidRDefault="00000000">
            <w:pPr>
              <w:spacing w:after="20"/>
            </w:pPr>
            <w:r>
              <w:rPr>
                <w:sz w:val="13"/>
              </w:rPr>
              <w:t>significant individuals and sources</w:t>
            </w:r>
          </w:p>
        </w:tc>
      </w:tr>
      <w:tr w:rsidR="00414768" w14:paraId="5494B35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A68C87" w14:textId="77777777" w:rsidR="00414768" w:rsidRDefault="00000000">
            <w:pPr>
              <w:spacing w:after="20"/>
            </w:pPr>
            <w:r>
              <w:rPr>
                <w:sz w:val="13"/>
              </w:rPr>
              <w:t>Year 1 Spring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69DC34" w14:textId="77777777" w:rsidR="00414768" w:rsidRDefault="00000000">
            <w:pPr>
              <w:spacing w:after="20"/>
            </w:pPr>
            <w:r>
              <w:rPr>
                <w:sz w:val="13"/>
              </w:rPr>
              <w:t>Florence Nightingale and Mary Seacole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318377" w14:textId="77777777" w:rsidR="00414768" w:rsidRDefault="00000000">
            <w:pPr>
              <w:spacing w:after="20"/>
            </w:pPr>
            <w:r>
              <w:rPr>
                <w:sz w:val="13"/>
              </w:rPr>
              <w:t>significance, nursing, Crimea War, national and international achievements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8D5E80" w14:textId="77777777" w:rsidR="00414768" w:rsidRDefault="00000000">
            <w:pPr>
              <w:spacing w:after="20"/>
            </w:pPr>
            <w:r>
              <w:rPr>
                <w:sz w:val="13"/>
              </w:rPr>
              <w:t>toys, homes, chronology and artefacts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6F080E" w14:textId="77777777" w:rsidR="00414768" w:rsidRDefault="00000000">
            <w:pPr>
              <w:spacing w:after="20"/>
            </w:pPr>
            <w:r>
              <w:rPr>
                <w:sz w:val="13"/>
              </w:rPr>
              <w:t>seaside holidays and change within living memory</w:t>
            </w:r>
          </w:p>
        </w:tc>
      </w:tr>
      <w:tr w:rsidR="00414768" w14:paraId="1E91A7F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B1CC0D" w14:textId="77777777" w:rsidR="00414768" w:rsidRDefault="00000000">
            <w:pPr>
              <w:spacing w:after="20"/>
            </w:pPr>
            <w:r>
              <w:rPr>
                <w:sz w:val="13"/>
              </w:rPr>
              <w:t>Year 1 Summer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EE03B0" w14:textId="77777777" w:rsidR="00414768" w:rsidRDefault="00000000">
            <w:pPr>
              <w:spacing w:after="20"/>
            </w:pPr>
            <w:r>
              <w:rPr>
                <w:sz w:val="13"/>
              </w:rPr>
              <w:t>Seaside Holidays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103F2C" w14:textId="77777777" w:rsidR="00414768" w:rsidRDefault="00000000">
            <w:pPr>
              <w:spacing w:after="20"/>
            </w:pPr>
            <w:r>
              <w:rPr>
                <w:sz w:val="13"/>
              </w:rPr>
              <w:t>living memory, seaside features, fact/fiction, continuity and change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54325B" w14:textId="77777777" w:rsidR="00414768" w:rsidRDefault="00000000">
            <w:pPr>
              <w:spacing w:after="20"/>
            </w:pPr>
            <w:r>
              <w:rPr>
                <w:sz w:val="13"/>
              </w:rPr>
              <w:t>toys/homes and reliable memory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1CAFD1" w14:textId="77777777" w:rsidR="00414768" w:rsidRDefault="00000000">
            <w:pPr>
              <w:spacing w:after="20"/>
            </w:pPr>
            <w:r>
              <w:rPr>
                <w:sz w:val="13"/>
              </w:rPr>
              <w:t>explorers, timelines and sources</w:t>
            </w:r>
          </w:p>
        </w:tc>
      </w:tr>
      <w:tr w:rsidR="00414768" w14:paraId="363DBA9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E65E30" w14:textId="77777777" w:rsidR="00414768" w:rsidRDefault="00000000">
            <w:pPr>
              <w:spacing w:after="20"/>
            </w:pPr>
            <w:r>
              <w:rPr>
                <w:sz w:val="13"/>
              </w:rPr>
              <w:t>Year 2 Autumn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B84A01" w14:textId="77777777" w:rsidR="00414768" w:rsidRDefault="00000000">
            <w:pPr>
              <w:spacing w:after="20"/>
            </w:pPr>
            <w:r>
              <w:rPr>
                <w:sz w:val="13"/>
              </w:rPr>
              <w:t>Famous Explorers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FBD7C9" w14:textId="77777777" w:rsidR="00414768" w:rsidRDefault="00000000">
            <w:pPr>
              <w:spacing w:after="20"/>
            </w:pPr>
            <w:r>
              <w:rPr>
                <w:sz w:val="13"/>
              </w:rPr>
              <w:t>significance, expedition, Arctic, North Pole, South Pole, timeline, primary/secondary sources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922889" w14:textId="77777777" w:rsidR="00414768" w:rsidRDefault="00000000">
            <w:pPr>
              <w:spacing w:after="20"/>
            </w:pPr>
            <w:r>
              <w:rPr>
                <w:sz w:val="13"/>
              </w:rPr>
              <w:t>Year 1 significant people and chronology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2A0CE7" w14:textId="77777777" w:rsidR="00414768" w:rsidRDefault="00000000">
            <w:pPr>
              <w:spacing w:after="20"/>
            </w:pPr>
            <w:r>
              <w:rPr>
                <w:sz w:val="13"/>
              </w:rPr>
              <w:t>Great Fire of London as a significant event</w:t>
            </w:r>
          </w:p>
        </w:tc>
      </w:tr>
      <w:tr w:rsidR="00414768" w14:paraId="47C4727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2BB699" w14:textId="77777777" w:rsidR="00414768" w:rsidRDefault="00000000">
            <w:pPr>
              <w:spacing w:after="20"/>
            </w:pPr>
            <w:r>
              <w:rPr>
                <w:sz w:val="13"/>
              </w:rPr>
              <w:t>Year 2 Spring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090EEF" w14:textId="77777777" w:rsidR="00414768" w:rsidRDefault="00000000">
            <w:pPr>
              <w:spacing w:after="20"/>
            </w:pPr>
            <w:r>
              <w:rPr>
                <w:sz w:val="13"/>
              </w:rPr>
              <w:t>Great Fire of London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8EAA55" w14:textId="77777777" w:rsidR="00414768" w:rsidRDefault="00000000">
            <w:pPr>
              <w:spacing w:after="20"/>
            </w:pPr>
            <w:r>
              <w:rPr>
                <w:sz w:val="13"/>
              </w:rPr>
              <w:t>1666, Pudding Lane, cause, consequence, diary evidence, rebuilding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2971F9" w14:textId="77777777" w:rsidR="00414768" w:rsidRDefault="00000000">
            <w:pPr>
              <w:spacing w:after="20"/>
            </w:pPr>
            <w:r>
              <w:rPr>
                <w:sz w:val="13"/>
              </w:rPr>
              <w:t>sources, timelines and significant people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0610F0" w14:textId="77777777" w:rsidR="00414768" w:rsidRDefault="00000000">
            <w:pPr>
              <w:spacing w:after="20"/>
            </w:pPr>
            <w:r>
              <w:rPr>
                <w:sz w:val="13"/>
              </w:rPr>
              <w:t>local study and community remembrance</w:t>
            </w:r>
          </w:p>
        </w:tc>
      </w:tr>
      <w:tr w:rsidR="00414768" w14:paraId="1C29520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694B86" w14:textId="77777777" w:rsidR="00414768" w:rsidRDefault="00000000">
            <w:pPr>
              <w:spacing w:after="20"/>
            </w:pPr>
            <w:r>
              <w:rPr>
                <w:sz w:val="13"/>
              </w:rPr>
              <w:t>Year 2 Summer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834845" w14:textId="77777777" w:rsidR="00414768" w:rsidRDefault="00000000">
            <w:pPr>
              <w:spacing w:after="20"/>
            </w:pPr>
            <w:r>
              <w:rPr>
                <w:sz w:val="13"/>
              </w:rPr>
              <w:t>Gedling Memorial Hall and War Memorial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784AD1" w14:textId="77777777" w:rsidR="00414768" w:rsidRDefault="00000000">
            <w:pPr>
              <w:spacing w:after="20"/>
            </w:pPr>
            <w:r>
              <w:rPr>
                <w:sz w:val="13"/>
              </w:rPr>
              <w:t>local history, remembrance, Memorial Hall, war memorial, Victorian/Edwardian, local change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DB2645" w14:textId="77777777" w:rsidR="00414768" w:rsidRDefault="00000000">
            <w:pPr>
              <w:spacing w:after="20"/>
            </w:pPr>
            <w:r>
              <w:rPr>
                <w:sz w:val="13"/>
              </w:rPr>
              <w:t>Great Fire change, sources and local 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57DF96" w14:textId="77777777" w:rsidR="00414768" w:rsidRDefault="00000000">
            <w:pPr>
              <w:spacing w:after="20"/>
            </w:pPr>
            <w:r>
              <w:rPr>
                <w:sz w:val="13"/>
              </w:rPr>
              <w:t>Stone Age to Iron Age and wider chronology</w:t>
            </w:r>
          </w:p>
        </w:tc>
      </w:tr>
      <w:tr w:rsidR="00414768" w14:paraId="01D1F51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3C12BB" w14:textId="77777777" w:rsidR="00414768" w:rsidRDefault="00000000">
            <w:pPr>
              <w:spacing w:after="20"/>
            </w:pPr>
            <w:r>
              <w:rPr>
                <w:sz w:val="13"/>
              </w:rPr>
              <w:t>Year 3 Autumn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A78160" w14:textId="77777777" w:rsidR="00414768" w:rsidRDefault="00000000">
            <w:pPr>
              <w:spacing w:after="20"/>
            </w:pPr>
            <w:r>
              <w:rPr>
                <w:sz w:val="13"/>
              </w:rPr>
              <w:t>Stone Age to Iron Age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1B1A04" w14:textId="77777777" w:rsidR="00414768" w:rsidRDefault="00000000">
            <w:pPr>
              <w:spacing w:after="20"/>
            </w:pPr>
            <w:r>
              <w:rPr>
                <w:sz w:val="13"/>
              </w:rPr>
              <w:t>prehistory, Stone/Bronze/Iron Ages, hunter-gatherers, farming, Skara Brae, Stonehenge, archaeology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C1D2A2" w14:textId="77777777" w:rsidR="00414768" w:rsidRDefault="00000000">
            <w:pPr>
              <w:spacing w:after="20"/>
            </w:pPr>
            <w:r>
              <w:rPr>
                <w:sz w:val="13"/>
              </w:rPr>
              <w:t>KS1 chronology and sources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BA8020" w14:textId="77777777" w:rsidR="00414768" w:rsidRDefault="00000000">
            <w:pPr>
              <w:spacing w:after="20"/>
            </w:pPr>
            <w:r>
              <w:rPr>
                <w:sz w:val="13"/>
              </w:rPr>
              <w:t>Ancient Egypt and early civilisations</w:t>
            </w:r>
          </w:p>
        </w:tc>
      </w:tr>
      <w:tr w:rsidR="00414768" w14:paraId="40C3AB5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B32B72" w14:textId="77777777" w:rsidR="00414768" w:rsidRDefault="00000000">
            <w:pPr>
              <w:spacing w:after="20"/>
            </w:pPr>
            <w:r>
              <w:rPr>
                <w:sz w:val="13"/>
              </w:rPr>
              <w:t>Year 3 Spring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969CF0" w14:textId="77777777" w:rsidR="00414768" w:rsidRDefault="00000000">
            <w:pPr>
              <w:spacing w:after="20"/>
            </w:pPr>
            <w:r>
              <w:rPr>
                <w:sz w:val="13"/>
              </w:rPr>
              <w:t>Ancient Egypt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0FA2F1" w14:textId="77777777" w:rsidR="00414768" w:rsidRDefault="00000000">
            <w:pPr>
              <w:spacing w:after="20"/>
            </w:pPr>
            <w:r>
              <w:rPr>
                <w:sz w:val="13"/>
              </w:rPr>
              <w:t>civilisation, River Nile, pyramids, pharaohs, afterlife, evidence, BC/BCE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EAC5C8" w14:textId="77777777" w:rsidR="00414768" w:rsidRDefault="00000000">
            <w:pPr>
              <w:spacing w:after="20"/>
            </w:pPr>
            <w:r>
              <w:rPr>
                <w:sz w:val="13"/>
              </w:rPr>
              <w:t>prehistory, archaeology and 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B22F0C" w14:textId="77777777" w:rsidR="00414768" w:rsidRDefault="00000000">
            <w:pPr>
              <w:spacing w:after="20"/>
            </w:pPr>
            <w:r>
              <w:rPr>
                <w:sz w:val="13"/>
              </w:rPr>
              <w:t>Roman Britain and change after Iron Age</w:t>
            </w:r>
          </w:p>
        </w:tc>
      </w:tr>
      <w:tr w:rsidR="00414768" w14:paraId="6EE9B1B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90E320" w14:textId="77777777" w:rsidR="00414768" w:rsidRDefault="00000000">
            <w:pPr>
              <w:spacing w:after="20"/>
            </w:pPr>
            <w:r>
              <w:rPr>
                <w:sz w:val="13"/>
              </w:rPr>
              <w:t>Year 3 Summer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661725" w14:textId="77777777" w:rsidR="00414768" w:rsidRDefault="00000000">
            <w:pPr>
              <w:spacing w:after="20"/>
            </w:pPr>
            <w:r>
              <w:rPr>
                <w:sz w:val="13"/>
              </w:rPr>
              <w:t>Retrieval and Readiness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92BC16" w14:textId="77777777" w:rsidR="00414768" w:rsidRDefault="00000000">
            <w:pPr>
              <w:spacing w:after="20"/>
            </w:pPr>
            <w:r>
              <w:rPr>
                <w:sz w:val="13"/>
              </w:rPr>
              <w:t>comparison, change, continuity, artefacts, buildings, questions and 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466311" w14:textId="77777777" w:rsidR="00414768" w:rsidRDefault="00000000">
            <w:pPr>
              <w:spacing w:after="20"/>
            </w:pPr>
            <w:r>
              <w:rPr>
                <w:sz w:val="13"/>
              </w:rPr>
              <w:t>Stone Age to Iron Age and Ancient Egypt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538388" w14:textId="77777777" w:rsidR="00414768" w:rsidRDefault="00000000">
            <w:pPr>
              <w:spacing w:after="20"/>
            </w:pPr>
            <w:r>
              <w:rPr>
                <w:sz w:val="13"/>
              </w:rPr>
              <w:t>Roman Britain</w:t>
            </w:r>
          </w:p>
        </w:tc>
      </w:tr>
      <w:tr w:rsidR="00414768" w14:paraId="4108FD5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5404B0" w14:textId="77777777" w:rsidR="00414768" w:rsidRDefault="00000000">
            <w:pPr>
              <w:spacing w:after="20"/>
            </w:pPr>
            <w:r>
              <w:rPr>
                <w:sz w:val="13"/>
              </w:rPr>
              <w:t>Year 4 Autumn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449ECB" w14:textId="77777777" w:rsidR="00414768" w:rsidRDefault="00000000">
            <w:pPr>
              <w:spacing w:after="20"/>
            </w:pPr>
            <w:r>
              <w:rPr>
                <w:sz w:val="13"/>
              </w:rPr>
              <w:t>Roman Britain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8C96D4" w14:textId="77777777" w:rsidR="00414768" w:rsidRDefault="00000000">
            <w:pPr>
              <w:spacing w:after="20"/>
            </w:pPr>
            <w:r>
              <w:rPr>
                <w:sz w:val="13"/>
              </w:rPr>
              <w:t>empire, invasion, Caesar, Claudius, Boudica, Roman army, occupation, legacy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832EFD" w14:textId="77777777" w:rsidR="00414768" w:rsidRDefault="00000000">
            <w:pPr>
              <w:spacing w:after="20"/>
            </w:pPr>
            <w:r>
              <w:rPr>
                <w:sz w:val="13"/>
              </w:rPr>
              <w:t>Iron Age Britain and early civilisations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AE6FEE" w14:textId="77777777" w:rsidR="00414768" w:rsidRDefault="00000000">
            <w:pPr>
              <w:spacing w:after="20"/>
            </w:pPr>
            <w:r>
              <w:rPr>
                <w:sz w:val="13"/>
              </w:rPr>
              <w:t>All Hallows Church local history and Anglo-Saxons/Vikings</w:t>
            </w:r>
          </w:p>
        </w:tc>
      </w:tr>
      <w:tr w:rsidR="00414768" w14:paraId="28CCED3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ECB4F3" w14:textId="77777777" w:rsidR="00414768" w:rsidRDefault="00000000">
            <w:pPr>
              <w:spacing w:after="20"/>
            </w:pPr>
            <w:r>
              <w:rPr>
                <w:sz w:val="13"/>
              </w:rPr>
              <w:t>Year 4 Spring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E691C9" w14:textId="77777777" w:rsidR="00414768" w:rsidRDefault="00000000">
            <w:pPr>
              <w:spacing w:after="20"/>
            </w:pPr>
            <w:r>
              <w:rPr>
                <w:sz w:val="13"/>
              </w:rPr>
              <w:t>All Hallows Church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73BF1D" w14:textId="77777777" w:rsidR="00414768" w:rsidRDefault="00000000">
            <w:pPr>
              <w:spacing w:after="20"/>
            </w:pPr>
            <w:r>
              <w:rPr>
                <w:sz w:val="13"/>
              </w:rPr>
              <w:t>local history, significant site, building evidence, community importance, beyond 1066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776F03" w14:textId="77777777" w:rsidR="00414768" w:rsidRDefault="00000000">
            <w:pPr>
              <w:spacing w:after="20"/>
            </w:pPr>
            <w:r>
              <w:rPr>
                <w:sz w:val="13"/>
              </w:rPr>
              <w:t>Roman sources and evidence; local significance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EA97C4" w14:textId="77777777" w:rsidR="00414768" w:rsidRDefault="00000000">
            <w:pPr>
              <w:spacing w:after="20"/>
            </w:pPr>
            <w:r>
              <w:rPr>
                <w:sz w:val="13"/>
              </w:rPr>
              <w:t>Anglo-Saxon/Viking settlement and local/national links</w:t>
            </w:r>
          </w:p>
        </w:tc>
      </w:tr>
      <w:tr w:rsidR="00414768" w14:paraId="69DD1D4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B5BEA8" w14:textId="77777777" w:rsidR="00414768" w:rsidRDefault="00000000">
            <w:pPr>
              <w:spacing w:after="20"/>
            </w:pPr>
            <w:r>
              <w:rPr>
                <w:sz w:val="13"/>
              </w:rPr>
              <w:t>Year 4 Summer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602525" w14:textId="77777777" w:rsidR="00414768" w:rsidRDefault="00000000">
            <w:pPr>
              <w:spacing w:after="20"/>
            </w:pPr>
            <w:r>
              <w:rPr>
                <w:sz w:val="13"/>
              </w:rPr>
              <w:t>Anglo-Saxons and Vikings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7DEEC8" w14:textId="77777777" w:rsidR="00414768" w:rsidRDefault="00000000">
            <w:pPr>
              <w:spacing w:after="20"/>
            </w:pPr>
            <w:r>
              <w:rPr>
                <w:sz w:val="13"/>
              </w:rPr>
              <w:t>Roman withdrawal, kingdoms, religion, raid, Danelaw, conflict, settlement, place names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3E4F8B" w14:textId="77777777" w:rsidR="00414768" w:rsidRDefault="00000000">
            <w:pPr>
              <w:spacing w:after="20"/>
            </w:pPr>
            <w:r>
              <w:rPr>
                <w:sz w:val="13"/>
              </w:rPr>
              <w:t>Roman Britain and local 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7E35A7" w14:textId="77777777" w:rsidR="00414768" w:rsidRDefault="00000000">
            <w:pPr>
              <w:spacing w:after="20"/>
            </w:pPr>
            <w:r>
              <w:rPr>
                <w:sz w:val="13"/>
              </w:rPr>
              <w:t>Mayan civilisation as a contrasting society</w:t>
            </w:r>
          </w:p>
        </w:tc>
      </w:tr>
      <w:tr w:rsidR="00414768" w14:paraId="41A4E54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BA5124" w14:textId="77777777" w:rsidR="00414768" w:rsidRDefault="00000000">
            <w:pPr>
              <w:spacing w:after="20"/>
            </w:pPr>
            <w:r>
              <w:rPr>
                <w:sz w:val="13"/>
              </w:rPr>
              <w:t>Year 5 Autumn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C7AC12" w14:textId="77777777" w:rsidR="00414768" w:rsidRDefault="00000000">
            <w:pPr>
              <w:spacing w:after="20"/>
            </w:pPr>
            <w:r>
              <w:rPr>
                <w:sz w:val="13"/>
              </w:rPr>
              <w:t>Mayan Civilisation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20E7C9" w14:textId="77777777" w:rsidR="00414768" w:rsidRDefault="00000000">
            <w:pPr>
              <w:spacing w:after="20"/>
            </w:pPr>
            <w:r>
              <w:rPr>
                <w:sz w:val="13"/>
              </w:rPr>
              <w:t xml:space="preserve">non-European society, Mesoamerica, achievements, </w:t>
            </w:r>
            <w:r>
              <w:rPr>
                <w:sz w:val="13"/>
              </w:rPr>
              <w:lastRenderedPageBreak/>
              <w:t>religion, power, evidence, comparison with Saxon Britain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68DB2B" w14:textId="77777777" w:rsidR="00414768" w:rsidRDefault="00000000">
            <w:pPr>
              <w:spacing w:after="20"/>
            </w:pPr>
            <w:r>
              <w:rPr>
                <w:sz w:val="13"/>
              </w:rPr>
              <w:lastRenderedPageBreak/>
              <w:t>Anglo-Saxons/Vikings and civilisations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ACCF99" w14:textId="77777777" w:rsidR="00414768" w:rsidRDefault="00000000">
            <w:pPr>
              <w:spacing w:after="20"/>
            </w:pPr>
            <w:r>
              <w:rPr>
                <w:sz w:val="13"/>
              </w:rPr>
              <w:t>Ancient Greece and legacy</w:t>
            </w:r>
          </w:p>
        </w:tc>
      </w:tr>
      <w:tr w:rsidR="00414768" w14:paraId="38F3E18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FD3760" w14:textId="77777777" w:rsidR="00414768" w:rsidRDefault="00000000">
            <w:pPr>
              <w:spacing w:after="20"/>
            </w:pPr>
            <w:r>
              <w:rPr>
                <w:sz w:val="13"/>
              </w:rPr>
              <w:t>Year 5 Spring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424281" w14:textId="77777777" w:rsidR="00414768" w:rsidRDefault="00000000">
            <w:pPr>
              <w:spacing w:after="20"/>
            </w:pPr>
            <w:r>
              <w:rPr>
                <w:sz w:val="13"/>
              </w:rPr>
              <w:t>Ancient Greece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FE269A" w14:textId="77777777" w:rsidR="00414768" w:rsidRDefault="00000000">
            <w:pPr>
              <w:spacing w:after="20"/>
            </w:pPr>
            <w:r>
              <w:rPr>
                <w:sz w:val="13"/>
              </w:rPr>
              <w:t>city-states, Athens, democracy, Acropolis, Parthenon, Western influence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1BD6AE" w14:textId="77777777" w:rsidR="00414768" w:rsidRDefault="00000000">
            <w:pPr>
              <w:spacing w:after="20"/>
            </w:pPr>
            <w:r>
              <w:rPr>
                <w:sz w:val="13"/>
              </w:rPr>
              <w:t>Maya, civilisation, source evaluation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07D144" w14:textId="77777777" w:rsidR="00414768" w:rsidRDefault="00000000">
            <w:pPr>
              <w:spacing w:after="20"/>
            </w:pPr>
            <w:r>
              <w:rPr>
                <w:sz w:val="13"/>
              </w:rPr>
              <w:t>World War 2 evidence and interpretation</w:t>
            </w:r>
          </w:p>
        </w:tc>
      </w:tr>
      <w:tr w:rsidR="00414768" w14:paraId="6BBC318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1F4730" w14:textId="77777777" w:rsidR="00414768" w:rsidRDefault="00000000">
            <w:pPr>
              <w:spacing w:after="20"/>
            </w:pPr>
            <w:r>
              <w:rPr>
                <w:sz w:val="13"/>
              </w:rPr>
              <w:t>Year 5 Summer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FAEC27" w14:textId="77777777" w:rsidR="00414768" w:rsidRDefault="00000000">
            <w:pPr>
              <w:spacing w:after="20"/>
            </w:pPr>
            <w:r>
              <w:rPr>
                <w:sz w:val="13"/>
              </w:rPr>
              <w:t>Retrieval and Readiness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428DC7" w14:textId="77777777" w:rsidR="00414768" w:rsidRDefault="00000000">
            <w:pPr>
              <w:spacing w:after="20"/>
            </w:pPr>
            <w:r>
              <w:rPr>
                <w:sz w:val="13"/>
              </w:rPr>
              <w:t>civilisation, empire, democracy, legacy, reliability, opinion and misinformation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45DDA3" w14:textId="77777777" w:rsidR="00414768" w:rsidRDefault="00000000">
            <w:pPr>
              <w:spacing w:after="20"/>
            </w:pPr>
            <w:r>
              <w:rPr>
                <w:sz w:val="13"/>
              </w:rPr>
              <w:t>Maya and Ancient Greece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54A7F5" w14:textId="77777777" w:rsidR="00414768" w:rsidRDefault="00000000">
            <w:pPr>
              <w:spacing w:after="20"/>
            </w:pPr>
            <w:r>
              <w:rPr>
                <w:sz w:val="13"/>
              </w:rPr>
              <w:t>World War 2 and complex interpretations</w:t>
            </w:r>
          </w:p>
        </w:tc>
      </w:tr>
      <w:tr w:rsidR="00414768" w14:paraId="7FDCCB0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C3F0FD" w14:textId="77777777" w:rsidR="00414768" w:rsidRDefault="00000000">
            <w:pPr>
              <w:spacing w:after="20"/>
            </w:pPr>
            <w:r>
              <w:rPr>
                <w:sz w:val="13"/>
              </w:rPr>
              <w:t>Year 6 Autumn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00EC8E" w14:textId="77777777" w:rsidR="00414768" w:rsidRDefault="00000000">
            <w:pPr>
              <w:spacing w:after="20"/>
            </w:pPr>
            <w:r>
              <w:rPr>
                <w:sz w:val="13"/>
              </w:rPr>
              <w:t>World War 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7FEAD7" w14:textId="77777777" w:rsidR="00414768" w:rsidRDefault="00000000">
            <w:pPr>
              <w:spacing w:after="20"/>
            </w:pPr>
            <w:r>
              <w:rPr>
                <w:sz w:val="13"/>
              </w:rPr>
              <w:t>1939, evacuation, Home Front, Blitz, propaganda, censorship, VE Day, diverse experience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60F91E" w14:textId="77777777" w:rsidR="00414768" w:rsidRDefault="00000000">
            <w:pPr>
              <w:spacing w:after="20"/>
            </w:pPr>
            <w:r>
              <w:rPr>
                <w:sz w:val="13"/>
              </w:rPr>
              <w:t>local war memorial, evidence and interpretation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41EAE2" w14:textId="77777777" w:rsidR="00414768" w:rsidRDefault="00000000">
            <w:pPr>
              <w:spacing w:after="20"/>
            </w:pPr>
            <w:r>
              <w:rPr>
                <w:sz w:val="13"/>
              </w:rPr>
              <w:t>Mining in Gedling and local industrial history</w:t>
            </w:r>
          </w:p>
        </w:tc>
      </w:tr>
      <w:tr w:rsidR="00414768" w14:paraId="5166D2B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6586BC" w14:textId="77777777" w:rsidR="00414768" w:rsidRDefault="00000000">
            <w:pPr>
              <w:spacing w:after="20"/>
            </w:pPr>
            <w:r>
              <w:rPr>
                <w:sz w:val="13"/>
              </w:rPr>
              <w:t>Year 6 Spring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EEC751" w14:textId="77777777" w:rsidR="00414768" w:rsidRDefault="00000000">
            <w:pPr>
              <w:spacing w:after="20"/>
            </w:pPr>
            <w:r>
              <w:rPr>
                <w:sz w:val="13"/>
              </w:rPr>
              <w:t>Mining in Gedling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615348" w14:textId="77777777" w:rsidR="00414768" w:rsidRDefault="00000000">
            <w:pPr>
              <w:spacing w:after="20"/>
            </w:pPr>
            <w:r>
              <w:rPr>
                <w:sz w:val="13"/>
              </w:rPr>
              <w:t>Gedling Pit, pit estate, mining, oral history, local community, primary/secondary sources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C4B75D" w14:textId="77777777" w:rsidR="00414768" w:rsidRDefault="00000000">
            <w:pPr>
              <w:spacing w:after="20"/>
            </w:pPr>
            <w:r>
              <w:rPr>
                <w:sz w:val="13"/>
              </w:rPr>
              <w:t>local history skills and national change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BB4C31" w14:textId="77777777" w:rsidR="00414768" w:rsidRDefault="00000000">
            <w:pPr>
              <w:spacing w:after="20"/>
            </w:pPr>
            <w:r>
              <w:rPr>
                <w:sz w:val="13"/>
              </w:rPr>
              <w:t>end-of-primary local, British and world history</w:t>
            </w:r>
          </w:p>
        </w:tc>
      </w:tr>
      <w:tr w:rsidR="00414768" w14:paraId="60F5B7F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AF5574" w14:textId="77777777" w:rsidR="00414768" w:rsidRDefault="00000000">
            <w:pPr>
              <w:spacing w:after="20"/>
            </w:pPr>
            <w:r>
              <w:rPr>
                <w:sz w:val="13"/>
              </w:rPr>
              <w:t>Year 6 Summer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6E3735" w14:textId="77777777" w:rsidR="00414768" w:rsidRDefault="00000000">
            <w:pPr>
              <w:spacing w:after="20"/>
            </w:pPr>
            <w:r>
              <w:rPr>
                <w:sz w:val="13"/>
              </w:rPr>
              <w:t>Retrieval and Readiness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48ADAA" w14:textId="77777777" w:rsidR="00414768" w:rsidRDefault="00000000">
            <w:pPr>
              <w:spacing w:after="20"/>
            </w:pPr>
            <w:r>
              <w:rPr>
                <w:sz w:val="13"/>
              </w:rPr>
              <w:t>chronology, interpretation, bias, reliability, change, continuity, local/national/world links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3B428E" w14:textId="77777777" w:rsidR="00414768" w:rsidRDefault="00000000">
            <w:pPr>
              <w:spacing w:after="20"/>
            </w:pPr>
            <w:r>
              <w:rPr>
                <w:sz w:val="13"/>
              </w:rPr>
              <w:t>all prior history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74F55C" w14:textId="77777777" w:rsidR="00414768" w:rsidRDefault="00000000">
            <w:pPr>
              <w:spacing w:after="20"/>
            </w:pPr>
            <w:r>
              <w:rPr>
                <w:sz w:val="13"/>
              </w:rPr>
              <w:t>secondary-ready coherent historical framework</w:t>
            </w:r>
          </w:p>
        </w:tc>
      </w:tr>
    </w:tbl>
    <w:p w14:paraId="4D9F6E00" w14:textId="77777777" w:rsidR="00414768" w:rsidRDefault="00414768"/>
    <w:p w14:paraId="784BC5B8" w14:textId="77777777" w:rsidR="00414768" w:rsidRDefault="00000000">
      <w:pPr>
        <w:pStyle w:val="Heading1"/>
      </w:pPr>
      <w:r>
        <w:rPr>
          <w:color w:val="7F4E00"/>
        </w:rPr>
        <w:t>Subject Leader Check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538"/>
      </w:tblGrid>
      <w:tr w:rsidR="00414768" w14:paraId="79EC743C" w14:textId="77777777">
        <w:trPr>
          <w:jc w:val="center"/>
        </w:trPr>
        <w:tc>
          <w:tcPr>
            <w:tcW w:w="15538" w:type="dxa"/>
            <w:shd w:val="clear" w:color="auto" w:fill="F7EFE5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DED2E3D" w14:textId="77777777" w:rsidR="00414768" w:rsidRDefault="00000000">
            <w:r>
              <w:rPr>
                <w:b/>
                <w:color w:val="7F4E00"/>
                <w:sz w:val="20"/>
              </w:rPr>
              <w:t>What leaders should analyse closely</w:t>
            </w:r>
          </w:p>
          <w:p w14:paraId="5F13A084" w14:textId="77777777" w:rsidR="00414768" w:rsidRDefault="00000000">
            <w:pPr>
              <w:pStyle w:val="ListBullet"/>
              <w:spacing w:after="20"/>
            </w:pPr>
            <w:r>
              <w:t>Can pupils recall the core facts quickly and accurately?</w:t>
            </w:r>
          </w:p>
          <w:p w14:paraId="0F01D74D" w14:textId="77777777" w:rsidR="00414768" w:rsidRDefault="00000000">
            <w:pPr>
              <w:pStyle w:val="ListBullet"/>
              <w:spacing w:after="20"/>
            </w:pPr>
            <w:r>
              <w:t>Can pupils explain how a fact links to previous learning?</w:t>
            </w:r>
          </w:p>
          <w:p w14:paraId="54AD554D" w14:textId="77777777" w:rsidR="00414768" w:rsidRDefault="00000000">
            <w:pPr>
              <w:pStyle w:val="ListBullet"/>
              <w:spacing w:after="20"/>
            </w:pPr>
            <w:r>
              <w:t>Can pupils use historical vocabulary appropriately?</w:t>
            </w:r>
          </w:p>
          <w:p w14:paraId="18AE4AE2" w14:textId="77777777" w:rsidR="00414768" w:rsidRDefault="00000000">
            <w:pPr>
              <w:pStyle w:val="ListBullet"/>
              <w:spacing w:after="20"/>
            </w:pPr>
            <w:r>
              <w:t>Can pupils compare, justify and explain using meta-learning strategies?</w:t>
            </w:r>
          </w:p>
          <w:p w14:paraId="717B86C2" w14:textId="77777777" w:rsidR="00414768" w:rsidRDefault="00000000">
            <w:pPr>
              <w:pStyle w:val="ListBullet"/>
              <w:spacing w:after="20"/>
            </w:pPr>
            <w:r>
              <w:t>Can pupils connect All Hallows local history to wider British and world history?</w:t>
            </w:r>
          </w:p>
          <w:p w14:paraId="2AEDA555" w14:textId="77777777" w:rsidR="00414768" w:rsidRDefault="00000000">
            <w:pPr>
              <w:pStyle w:val="ListBullet"/>
              <w:spacing w:after="20"/>
            </w:pPr>
            <w:r>
              <w:t>Are retrieval routines quick, effective and used to identify and tackle misconceptions?</w:t>
            </w:r>
          </w:p>
        </w:tc>
      </w:tr>
    </w:tbl>
    <w:p w14:paraId="7F341123" w14:textId="77777777" w:rsidR="00414768" w:rsidRDefault="00414768"/>
    <w:sectPr w:rsidR="00414768" w:rsidSect="00034616">
      <w:footerReference w:type="default" r:id="rId9"/>
      <w:pgSz w:w="16834" w:h="11909" w:orient="landscape"/>
      <w:pgMar w:top="648" w:right="648" w:bottom="648" w:left="64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1F0F52" w14:textId="77777777" w:rsidR="00C400DA" w:rsidRDefault="00C400DA">
      <w:pPr>
        <w:spacing w:after="0" w:line="240" w:lineRule="auto"/>
      </w:pPr>
      <w:r>
        <w:separator/>
      </w:r>
    </w:p>
  </w:endnote>
  <w:endnote w:type="continuationSeparator" w:id="0">
    <w:p w14:paraId="278366E8" w14:textId="77777777" w:rsidR="00C400DA" w:rsidRDefault="00C400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AD168" w14:textId="2EC6FF6D" w:rsidR="00414768" w:rsidRDefault="00000000">
    <w:pPr>
      <w:pStyle w:val="Footer"/>
      <w:jc w:val="center"/>
    </w:pPr>
    <w:r>
      <w:rPr>
        <w:color w:val="777777"/>
        <w:sz w:val="16"/>
      </w:rPr>
      <w:t xml:space="preserve">All Hallows History Retrieval Plan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E51A4" w14:textId="77777777" w:rsidR="00C400DA" w:rsidRDefault="00C400DA">
      <w:pPr>
        <w:spacing w:after="0" w:line="240" w:lineRule="auto"/>
      </w:pPr>
      <w:r>
        <w:separator/>
      </w:r>
    </w:p>
  </w:footnote>
  <w:footnote w:type="continuationSeparator" w:id="0">
    <w:p w14:paraId="6E36BBDE" w14:textId="77777777" w:rsidR="00C400DA" w:rsidRDefault="00C400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70997238">
    <w:abstractNumId w:val="8"/>
  </w:num>
  <w:num w:numId="2" w16cid:durableId="1481265224">
    <w:abstractNumId w:val="6"/>
  </w:num>
  <w:num w:numId="3" w16cid:durableId="933633403">
    <w:abstractNumId w:val="5"/>
  </w:num>
  <w:num w:numId="4" w16cid:durableId="1797989091">
    <w:abstractNumId w:val="4"/>
  </w:num>
  <w:num w:numId="5" w16cid:durableId="1411191333">
    <w:abstractNumId w:val="7"/>
  </w:num>
  <w:num w:numId="6" w16cid:durableId="1325937636">
    <w:abstractNumId w:val="3"/>
  </w:num>
  <w:num w:numId="7" w16cid:durableId="1823542096">
    <w:abstractNumId w:val="2"/>
  </w:num>
  <w:num w:numId="8" w16cid:durableId="258833789">
    <w:abstractNumId w:val="1"/>
  </w:num>
  <w:num w:numId="9" w16cid:durableId="1845650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62CD8"/>
    <w:rsid w:val="0029639D"/>
    <w:rsid w:val="00326F90"/>
    <w:rsid w:val="00414768"/>
    <w:rsid w:val="00AA1D8D"/>
    <w:rsid w:val="00B47730"/>
    <w:rsid w:val="00C400DA"/>
    <w:rsid w:val="00CB0664"/>
    <w:rsid w:val="00E669D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9467D96"/>
  <w14:defaultImageDpi w14:val="300"/>
  <w15:docId w15:val="{387C6751-B266-460C-A07E-85A8F08F2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22</Pages>
  <Words>8013</Words>
  <Characters>45680</Characters>
  <Application>Microsoft Office Word</Application>
  <DocSecurity>0</DocSecurity>
  <Lines>380</Lines>
  <Paragraphs>107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53586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>generated by python-docx</dc:description>
  <cp:lastModifiedBy>Head</cp:lastModifiedBy>
  <cp:revision>2</cp:revision>
  <dcterms:created xsi:type="dcterms:W3CDTF">2026-08-14T21:40:00Z</dcterms:created>
  <dcterms:modified xsi:type="dcterms:W3CDTF">2026-08-14T21:40:00Z</dcterms:modified>
  <cp:category/>
</cp:coreProperties>
</file>