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67773" w14:textId="48F2A34C" w:rsidR="002B09E8" w:rsidRDefault="00D02BAE">
      <w:pPr>
        <w:jc w:val="center"/>
        <w:rPr>
          <w:rFonts w:ascii="Lexend Light" w:hAnsi="Lexend Light"/>
          <w:b/>
          <w:color w:val="548235"/>
          <w:sz w:val="40"/>
        </w:rPr>
      </w:pPr>
      <w:r>
        <w:rPr>
          <w:rFonts w:ascii="Lexend Light" w:hAnsi="Lexend Light"/>
          <w:b/>
          <w:noProof/>
          <w:color w:val="548235"/>
          <w:sz w:val="40"/>
        </w:rPr>
        <w:drawing>
          <wp:inline distT="0" distB="0" distL="0" distR="0" wp14:anchorId="1F6F67F0" wp14:editId="040A3913">
            <wp:extent cx="1021976" cy="1125244"/>
            <wp:effectExtent l="0" t="0" r="6985" b="0"/>
            <wp:docPr id="14851897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189707" name="Picture 148518970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3729" cy="113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9BAA2" w14:textId="2C33041D" w:rsidR="00F03C57" w:rsidRPr="002B09E8" w:rsidRDefault="002E61E7" w:rsidP="00D02BAE">
      <w:pPr>
        <w:jc w:val="center"/>
        <w:rPr>
          <w:rFonts w:ascii="Lexend Light" w:hAnsi="Lexend Light"/>
        </w:rPr>
      </w:pPr>
      <w:proofErr w:type="gramStart"/>
      <w:r w:rsidRPr="002B09E8">
        <w:rPr>
          <w:rFonts w:ascii="Lexend Light" w:hAnsi="Lexend Light"/>
          <w:b/>
          <w:color w:val="548235"/>
          <w:sz w:val="40"/>
        </w:rPr>
        <w:t>Whole-School</w:t>
      </w:r>
      <w:proofErr w:type="gramEnd"/>
      <w:r w:rsidRPr="002B09E8">
        <w:rPr>
          <w:rFonts w:ascii="Lexend Light" w:hAnsi="Lexend Light"/>
          <w:b/>
          <w:color w:val="548235"/>
          <w:sz w:val="40"/>
        </w:rPr>
        <w:t xml:space="preserve"> Science Retrieval </w:t>
      </w:r>
      <w:r w:rsidR="002B09E8">
        <w:rPr>
          <w:rFonts w:ascii="Lexend Light" w:hAnsi="Lexend Light"/>
          <w:b/>
          <w:color w:val="548235"/>
          <w:sz w:val="40"/>
        </w:rPr>
        <w:t>Plan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12E34763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59B8B0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How teachers should use this version</w:t>
            </w:r>
          </w:p>
          <w:p w14:paraId="2B0EF7A1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Ask the weekly retrieval question at the start of one Science lesson each week.</w:t>
            </w:r>
          </w:p>
          <w:p w14:paraId="783E9E19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Use the core fact / expected answer to give immediate feedback and reteach briefly where knowledge is not secure.</w:t>
            </w:r>
          </w:p>
          <w:p w14:paraId="15441148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Choose one meta-learning prompt when useful, such as odd one out, always/sometimes/never, double bubble, Frayer model, true/false/prove it, because/but/so or connect three.</w:t>
            </w:r>
          </w:p>
          <w:p w14:paraId="6F57B5B8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Make the schema link explicit: “This links to what we already know about...”</w:t>
            </w:r>
          </w:p>
        </w:tc>
      </w:tr>
    </w:tbl>
    <w:p w14:paraId="23DC3E84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Meta-Learning Prompt Bank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03C57" w:rsidRPr="002B09E8" w14:paraId="42A5A921" w14:textId="77777777">
        <w:trPr>
          <w:jc w:val="center"/>
        </w:trPr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721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Strategy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733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Purpose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7117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science use</w:t>
            </w:r>
          </w:p>
        </w:tc>
      </w:tr>
      <w:tr w:rsidR="00F03C57" w:rsidRPr="002B09E8" w14:paraId="4699FEA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61E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46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Classify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94D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iron nail, plastic spoon, steel paperclip. Which is not magnetic?</w:t>
            </w:r>
          </w:p>
        </w:tc>
      </w:tr>
      <w:tr w:rsidR="00F03C57" w:rsidRPr="002B09E8" w14:paraId="6B42236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BE0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F99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Challenge misconceptions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067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Magnets always attract metals. Always, sometimes or never?</w:t>
            </w:r>
          </w:p>
        </w:tc>
      </w:tr>
      <w:tr w:rsidR="00F03C57" w:rsidRPr="002B09E8" w14:paraId="26BD691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51E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6C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concepts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F4A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solids and liquids, or mammals and insects.</w:t>
            </w:r>
          </w:p>
        </w:tc>
      </w:tr>
      <w:tr w:rsidR="00F03C57" w:rsidRPr="002B09E8" w14:paraId="773ADFF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5F2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B7D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Secure vocabulary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51A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evaporation, force, habitat, adaptation or conductor.</w:t>
            </w:r>
          </w:p>
        </w:tc>
      </w:tr>
      <w:tr w:rsidR="00F03C57" w:rsidRPr="002B09E8" w14:paraId="7B96898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E9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616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Recall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1A0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 True or false? Prove it.</w:t>
            </w:r>
          </w:p>
        </w:tc>
      </w:tr>
      <w:tr w:rsidR="00F03C57" w:rsidRPr="002B09E8" w14:paraId="3B3569F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697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756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Build explanation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03B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need light because..., but..., so...</w:t>
            </w:r>
          </w:p>
        </w:tc>
      </w:tr>
      <w:tr w:rsidR="00F03C57" w:rsidRPr="002B09E8" w14:paraId="634B57D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F43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8DC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Build schema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D26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Connect: vibration, sound, ear.</w:t>
            </w:r>
          </w:p>
        </w:tc>
      </w:tr>
    </w:tbl>
    <w:p w14:paraId="5C75DC13" w14:textId="77777777" w:rsidR="00F03C57" w:rsidRPr="002B09E8" w:rsidRDefault="00F03C57">
      <w:pPr>
        <w:rPr>
          <w:rFonts w:ascii="Lexend Light" w:hAnsi="Lexend Light"/>
        </w:rPr>
      </w:pPr>
    </w:p>
    <w:p w14:paraId="3088A03E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How This Plan Builds Children’s Science Schemas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03C57" w:rsidRPr="002B09E8" w14:paraId="430D2D32" w14:textId="77777777">
        <w:trPr>
          <w:jc w:val="center"/>
        </w:trPr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82E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Schema-building feature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DBB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How the plan supports it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6D09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Intended impact</w:t>
            </w:r>
          </w:p>
        </w:tc>
      </w:tr>
      <w:tr w:rsidR="00F03C57" w:rsidRPr="002B09E8" w14:paraId="5339BDB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BAD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9EB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Core facts return pupils to important knowledge such as plant needs, habitats, material properties, forces, states of matter, circuits, classification, evolution and light.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B57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build secure knowledge hooks for new learning.</w:t>
            </w:r>
          </w:p>
        </w:tc>
      </w:tr>
      <w:tr w:rsidR="00F03C57" w:rsidRPr="002B09E8" w14:paraId="2FAC777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10A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A05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revisit key scientific ideas across biology, chemistry and physics from Year 1 to Year 6.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230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remember important scientific concepts accurately.</w:t>
            </w:r>
          </w:p>
        </w:tc>
      </w:tr>
      <w:tr w:rsidR="00F03C57" w:rsidRPr="002B09E8" w14:paraId="106D222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01A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5B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Prompts revisit observing, measuring, classifying, recording, identifying variables, using evidence and evaluating trust in results.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64F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understand how scientists work, not just what scientists know.</w:t>
            </w:r>
          </w:p>
        </w:tc>
      </w:tr>
      <w:tr w:rsidR="00F03C57" w:rsidRPr="002B09E8" w14:paraId="014658C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429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 development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B46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models, core facts and quick definitions secure scientific vocabulary.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2E8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use precise language when explaining ideas.</w:t>
            </w:r>
          </w:p>
        </w:tc>
      </w:tr>
      <w:tr w:rsidR="00F03C57" w:rsidRPr="002B09E8" w14:paraId="2FF11DF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76D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115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 and true/false/prove it expose overgeneralisations, such as “all metals are magnetic” or “plants get food from soil”.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301D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Teachers identify and tackle misconceptions quickly.</w:t>
            </w:r>
          </w:p>
        </w:tc>
      </w:tr>
      <w:tr w:rsidR="00F03C57" w:rsidRPr="002B09E8" w14:paraId="1D97384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886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Connections across units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60F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Schema links show how learning about materials, habitats, forces, light, electricity and living things builds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6B7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connect prior knowledge to current and future learning.</w:t>
            </w:r>
          </w:p>
        </w:tc>
      </w:tr>
    </w:tbl>
    <w:p w14:paraId="4D575F0D" w14:textId="77777777" w:rsidR="00F03C57" w:rsidRPr="002B09E8" w:rsidRDefault="00F03C57">
      <w:pPr>
        <w:rPr>
          <w:rFonts w:ascii="Lexend Light" w:hAnsi="Lexend Light"/>
        </w:rPr>
      </w:pPr>
    </w:p>
    <w:p w14:paraId="2BE64C57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Scientific Disciplinary Knowledge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03C57" w:rsidRPr="002B09E8" w14:paraId="6D8FF08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B7E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Phase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28B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Questioning and observing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3D0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Testing and measuring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A06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Recording and evidence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B700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Explaining and evaluating</w:t>
            </w:r>
          </w:p>
        </w:tc>
      </w:tr>
      <w:tr w:rsidR="00F03C57" w:rsidRPr="002B09E8" w14:paraId="492259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C68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1 and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A8C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Ask simple questions and observe closely using senses and simple equipment.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15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Perform simple tests and compare familiar objects, materials and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13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Gather and record data using drawings, labels, simple tables, tally charts and pictograms.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3E7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observations to suggest answers and begin to explain what they noticed.</w:t>
            </w:r>
          </w:p>
        </w:tc>
      </w:tr>
      <w:tr w:rsidR="00F03C57" w:rsidRPr="002B09E8" w14:paraId="37F95D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281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3 and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AF1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Ask relevant questions and set up simple practical enquiries and comparative tests.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3E0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Make systematic observations and take measurements using standard units where appropriate.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552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Record findings using diagrams, keys, tables, bar charts and scientific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CB8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evidence to draw simple conclusions, make predictions and suggest improvements.</w:t>
            </w:r>
          </w:p>
        </w:tc>
      </w:tr>
      <w:tr w:rsidR="00F03C57" w:rsidRPr="002B09E8" w14:paraId="0F06A6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C40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5 and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3F3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 enquiries, identify variables and decide what evidence is needed.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D7C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Take accurate measurements, repeat readings where appropriate and consider accuracy and precision.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1A8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Record complex data using tables, graphs, diagrams and recognised symbols.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2AF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evidence to explain causal relationships, evaluate trust in results and communicate conclusions.</w:t>
            </w:r>
          </w:p>
        </w:tc>
      </w:tr>
    </w:tbl>
    <w:p w14:paraId="0D302BB1" w14:textId="77777777" w:rsidR="00F03C57" w:rsidRPr="002B09E8" w:rsidRDefault="00F03C57">
      <w:pPr>
        <w:rPr>
          <w:rFonts w:ascii="Lexend Light" w:hAnsi="Lexend Light"/>
        </w:rPr>
      </w:pPr>
    </w:p>
    <w:p w14:paraId="0C08EF2F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4DCC954C" w14:textId="420CEA03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1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7F5E56BC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859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B9C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0E5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0EE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151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74BE4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267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E0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plant?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3580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plant is a living thing that can grow and usually has roots, a stem, leaves or flowers.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5F1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E0D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12217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CAA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371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3EC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E16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0F98B" w14:textId="2C9DD522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plant</w:t>
            </w:r>
            <w:r w:rsidR="00053867">
              <w:rPr>
                <w:rFonts w:ascii="Lexend Light" w:hAnsi="Lexend Light"/>
                <w:sz w:val="14"/>
              </w:rPr>
              <w:t>s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need </w:t>
            </w:r>
            <w:r w:rsidR="00053867">
              <w:rPr>
                <w:rFonts w:ascii="Lexend Light" w:hAnsi="Lexend Light"/>
                <w:sz w:val="14"/>
              </w:rPr>
              <w:t xml:space="preserve">soil </w:t>
            </w:r>
            <w:r w:rsidRPr="002B09E8">
              <w:rPr>
                <w:rFonts w:ascii="Lexend Light" w:hAnsi="Lexend Light"/>
                <w:sz w:val="14"/>
              </w:rPr>
              <w:t>to grow” Ask pupils to qualify their answer.</w:t>
            </w:r>
          </w:p>
        </w:tc>
      </w:tr>
      <w:tr w:rsidR="00F03C57" w:rsidRPr="002B09E8" w14:paraId="728D928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B01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6F3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plant you know.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1BB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specific plant, such as daisy, oak tree, sunflower, grass or rose.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3A9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160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443AAB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AAD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C99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changes can you see in plants?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F47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can grow taller, produce leaves, flowers, fruits or seeds, and change across seasons.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F7C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80E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plant: definition, characteristics, examples and non-examples.</w:t>
            </w:r>
          </w:p>
        </w:tc>
      </w:tr>
      <w:tr w:rsidR="00F03C57" w:rsidRPr="002B09E8" w14:paraId="5B5CEA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885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186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weather like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283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Weather describes conditions such as sunny, rainy, cloudy, windy, hot or cold.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E370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2E4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the weather like today.</w:t>
            </w:r>
          </w:p>
        </w:tc>
      </w:tr>
      <w:tr w:rsidR="00F03C57" w:rsidRPr="002B09E8" w14:paraId="7E8618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0B0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36E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season are we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0B9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four seasons are spring, summer, autumn and winter; pupils should name the current season.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276B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70B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season are we in.</w:t>
            </w:r>
          </w:p>
        </w:tc>
      </w:tr>
      <w:tr w:rsidR="00F03C57" w:rsidRPr="002B09E8" w14:paraId="470FE5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B44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D6F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in autumn?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302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 autumn the weather often cools, some leaves change colour and fall, and day length decreases.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F52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29D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B4EBF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06D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79C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in winter?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96E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 winter it is usually colder, days are shorter and some plants have fewer leaves.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5CD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EB4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51AB2A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37F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F8B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observe a plant carefully?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5AF4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Observe carefully using senses, looking closely at colour, size, shape and changes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0D9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EBFA4" w14:textId="0754FB7A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013715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53D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3F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living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F853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Living things grow, need nutrition, may reproduce, and respond to their surroundings.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8585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1BA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73758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4D4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3CC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living thing in our school grounds.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092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suitable example such as tree, grass, bird, worm, insect or flower.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479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CE5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528DDF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2D5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C96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 and seasons?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11A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447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492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 and seasons.</w:t>
            </w:r>
          </w:p>
        </w:tc>
      </w:tr>
    </w:tbl>
    <w:p w14:paraId="6BD8B5E8" w14:textId="77777777" w:rsidR="00F03C57" w:rsidRPr="002B09E8" w:rsidRDefault="00F03C57">
      <w:pPr>
        <w:rPr>
          <w:rFonts w:ascii="Lexend Light" w:hAnsi="Lexend Light"/>
        </w:rPr>
      </w:pPr>
    </w:p>
    <w:p w14:paraId="73C7694F" w14:textId="047A56BA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1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8BCB18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1FE8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440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334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394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C7B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8F5C2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46C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820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animal.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ECC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806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C2B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animal; pupils justify.</w:t>
            </w:r>
          </w:p>
        </w:tc>
      </w:tr>
      <w:tr w:rsidR="00F03C57" w:rsidRPr="002B09E8" w14:paraId="2A7CC9B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EA6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498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mammal?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05B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mammal is an animal with a backbone that usually has hair or fur and feeds its young milk.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FAC9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048C07" w14:textId="5AAD78A8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</w:t>
            </w:r>
            <w:proofErr w:type="gramStart"/>
            <w:r w:rsidR="00D91C5C">
              <w:rPr>
                <w:rFonts w:ascii="Lexend Light" w:hAnsi="Lexend Light"/>
                <w:sz w:val="14"/>
              </w:rPr>
              <w:t>“</w:t>
            </w:r>
            <w:r w:rsidRPr="002B09E8">
              <w:rPr>
                <w:rFonts w:ascii="Lexend Light" w:hAnsi="Lexend Light"/>
                <w:sz w:val="14"/>
              </w:rPr>
              <w:t xml:space="preserve"> mammal</w:t>
            </w:r>
            <w:r w:rsidR="00D91C5C">
              <w:rPr>
                <w:rFonts w:ascii="Lexend Light" w:hAnsi="Lexend Light"/>
                <w:sz w:val="14"/>
              </w:rPr>
              <w:t>s</w:t>
            </w:r>
            <w:proofErr w:type="gramEnd"/>
            <w:r w:rsidR="00D91C5C">
              <w:rPr>
                <w:rFonts w:ascii="Lexend Light" w:hAnsi="Lexend Light"/>
                <w:sz w:val="14"/>
              </w:rPr>
              <w:t xml:space="preserve"> live on the land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3F5A06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3AE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E0F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bird.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64B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bird such as robin, blackbird, sparrow, pigeon or duck.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6E1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633E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3B39E9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1305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75A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fish.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1A3B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fish such as goldfish, cod, salmon or shark.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567D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576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C119E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B1F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711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carnivore?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80E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carnivore is an animal that eats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082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910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a carnivore.</w:t>
            </w:r>
          </w:p>
        </w:tc>
      </w:tr>
      <w:tr w:rsidR="00F03C57" w:rsidRPr="002B09E8" w14:paraId="15B6E7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241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20F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herbivore?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712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herbivore is an animal that eats plants.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19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7F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herbivore.</w:t>
            </w:r>
          </w:p>
        </w:tc>
      </w:tr>
      <w:tr w:rsidR="00F03C57" w:rsidRPr="002B09E8" w14:paraId="2C5CD90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563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57D5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omnivore?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B8C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omnivore is an animal that eats both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642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13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10858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FB5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141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part of the human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542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563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06D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D9ADC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686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11FB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see?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73E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Eyes help us see.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AB7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085D5" w14:textId="5BB04442" w:rsidR="00F03C57" w:rsidRPr="002B09E8" w:rsidRDefault="005E0C4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 eyes and ears</w:t>
            </w:r>
          </w:p>
        </w:tc>
      </w:tr>
      <w:tr w:rsidR="00F03C57" w:rsidRPr="002B09E8" w14:paraId="39E934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DB7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44C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hear?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34A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Ears help us hear.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050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D9AD2" w14:textId="14376DC6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514DF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BD2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38A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compare two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E8D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observable features such as body parts, covering, habitat, movement, diet or size.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DD89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361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animal: definition, characteristics, examples and non-examples.</w:t>
            </w:r>
          </w:p>
        </w:tc>
      </w:tr>
      <w:tr w:rsidR="00F03C57" w:rsidRPr="002B09E8" w14:paraId="2D80FE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D19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EF3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animals and humans?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574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48C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EDA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animals and humans.</w:t>
            </w:r>
          </w:p>
        </w:tc>
      </w:tr>
    </w:tbl>
    <w:p w14:paraId="48A0D554" w14:textId="77777777" w:rsidR="00F03C57" w:rsidRPr="002B09E8" w:rsidRDefault="00F03C57">
      <w:pPr>
        <w:rPr>
          <w:rFonts w:ascii="Lexend Light" w:hAnsi="Lexend Light"/>
        </w:rPr>
      </w:pPr>
    </w:p>
    <w:p w14:paraId="5D24E5F5" w14:textId="2743BC51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1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2E16D4AF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96DE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5DC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F92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631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479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1F8485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A10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B7A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object?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88D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7F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64366" w14:textId="49E71668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025F94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FCF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4D2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B0D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473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FF10E" w14:textId="6558C48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8628F4">
              <w:rPr>
                <w:rFonts w:ascii="Lexend Light" w:hAnsi="Lexend Light"/>
                <w:sz w:val="14"/>
              </w:rPr>
              <w:t>Materials are man made</w:t>
            </w:r>
            <w:r w:rsidR="00596648">
              <w:rPr>
                <w:rFonts w:ascii="Lexend Light" w:hAnsi="Lexend Light"/>
                <w:sz w:val="14"/>
              </w:rPr>
              <w:t xml:space="preserve">2 </w:t>
            </w:r>
            <w:r w:rsidRPr="002B09E8">
              <w:rPr>
                <w:rFonts w:ascii="Lexend Light" w:hAnsi="Lexend Light"/>
                <w:sz w:val="14"/>
              </w:rPr>
              <w:t>Ask pupils to qualify their answer.</w:t>
            </w:r>
          </w:p>
        </w:tc>
      </w:tr>
      <w:tr w:rsidR="00F03C57" w:rsidRPr="002B09E8" w14:paraId="1A8A39B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0B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23B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material.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340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examples such as wood, plastic, glass, metal, water, rock, fabric or paper.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8E0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2B9AF" w14:textId="0A2D177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</w:t>
            </w:r>
            <w:r w:rsidR="00596648">
              <w:rPr>
                <w:rFonts w:ascii="Lexend Light" w:hAnsi="Lexend Light"/>
                <w:sz w:val="14"/>
              </w:rPr>
              <w:t>two materials</w:t>
            </w:r>
          </w:p>
        </w:tc>
      </w:tr>
      <w:tr w:rsidR="00F03C57" w:rsidRPr="002B09E8" w14:paraId="7D74E45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405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762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wood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DE5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Wood is usually hard, strong and opaque; it can be useful for furniture.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2833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FB0F8" w14:textId="0768B43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.</w:t>
            </w:r>
          </w:p>
        </w:tc>
      </w:tr>
      <w:tr w:rsidR="00F03C57" w:rsidRPr="002B09E8" w14:paraId="2E01993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904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A7D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plastic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A4CD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Plastic can be smooth, waterproof and flexible or rigid, depending on the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274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99123" w14:textId="5B9787D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True or false? </w:t>
            </w:r>
            <w:r w:rsidR="00842302">
              <w:rPr>
                <w:rFonts w:ascii="Lexend Light" w:hAnsi="Lexend Light"/>
                <w:sz w:val="14"/>
              </w:rPr>
              <w:t>All plastic can be recycled</w:t>
            </w:r>
          </w:p>
        </w:tc>
      </w:tr>
      <w:tr w:rsidR="00F03C57" w:rsidRPr="002B09E8" w14:paraId="454F37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EF6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FA0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glass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D8F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usually transparent, hard and waterproof, but it can break.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0AF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D68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glass like.</w:t>
            </w:r>
          </w:p>
        </w:tc>
      </w:tr>
      <w:tr w:rsidR="00F03C57" w:rsidRPr="002B09E8" w14:paraId="311D20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2BB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EBA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metal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A18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Metal is usually hard, strong and often shiny; some metals conduct electricity and heat.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B8B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DBF34" w14:textId="014DC57A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</w:t>
            </w:r>
            <w:r w:rsidR="0046334D">
              <w:rPr>
                <w:rFonts w:ascii="Lexend Light" w:hAnsi="Lexend Light"/>
                <w:sz w:val="14"/>
              </w:rPr>
              <w:t xml:space="preserve"> materials</w:t>
            </w:r>
          </w:p>
        </w:tc>
      </w:tr>
      <w:tr w:rsidR="00F03C57" w:rsidRPr="002B09E8" w14:paraId="1C68AD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717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B12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materials?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F0E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can be grouped by properties such as hard, soft, transparent, waterproof, flexible or magnetic.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F5E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184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05D349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A07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654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waterproof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F9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Waterproof means water does not pass through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5D9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31B18" w14:textId="08C515BB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52C4AF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D4E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F45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flexible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411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Flexible means able to bend without breaking.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83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AE4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1874E36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CA2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F9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day length change across the year?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182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length is longer in summer and shorter in winter.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578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AF48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5BF545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439EF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608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plants, animals, materials and seasons?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32E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28EE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F9E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have we learned about plants, animals, materials and seasons.</w:t>
            </w:r>
          </w:p>
        </w:tc>
      </w:tr>
    </w:tbl>
    <w:p w14:paraId="38135A55" w14:textId="77777777" w:rsidR="00F03C57" w:rsidRPr="002B09E8" w:rsidRDefault="00F03C57">
      <w:pPr>
        <w:rPr>
          <w:rFonts w:ascii="Lexend Light" w:hAnsi="Lexend Light"/>
        </w:rPr>
      </w:pPr>
    </w:p>
    <w:p w14:paraId="597D48B7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365B8C84" w14:textId="3CB1EBB5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2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2EA7EC80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A7D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767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DEB4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F67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CA2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CA59B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8C0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016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CC6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63D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951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C6A08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F8A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DD3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garden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DE2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garden plant such as rose, tulip, daffodil, sunflower or lavender.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17A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0BAC5" w14:textId="771C0EA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8098B">
              <w:rPr>
                <w:rFonts w:ascii="Lexend Light" w:hAnsi="Lexend Light"/>
                <w:sz w:val="14"/>
              </w:rPr>
              <w:t xml:space="preserve">All plants have </w:t>
            </w:r>
            <w:r w:rsidR="005D2641">
              <w:rPr>
                <w:rFonts w:ascii="Lexend Light" w:hAnsi="Lexend Light"/>
                <w:sz w:val="14"/>
              </w:rPr>
              <w:t>leaves</w:t>
            </w:r>
            <w:r w:rsidRPr="002B09E8">
              <w:rPr>
                <w:rFonts w:ascii="Lexend Light" w:hAnsi="Lexend Light"/>
                <w:sz w:val="14"/>
              </w:rPr>
              <w:t>.” Ask pupils to qualify their answer.</w:t>
            </w:r>
          </w:p>
        </w:tc>
      </w:tr>
      <w:tr w:rsidR="00F03C57" w:rsidRPr="002B09E8" w14:paraId="6654E7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5ED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1F4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wild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72D3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wild plant such as dandelion, daisy, nettle, buttercup or clover.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312F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001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671285D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D81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AB6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tree?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771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tree is a large plant with a woody stem or trunk.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7DE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06D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563896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692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5F82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mammal.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E05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mammal such as human, dog, cat, cow, bat or whale.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E40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E8C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Name one mammal..</w:t>
            </w:r>
          </w:p>
        </w:tc>
      </w:tr>
      <w:tr w:rsidR="00F03C57" w:rsidRPr="002B09E8" w14:paraId="6F25C6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184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566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bird.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E1F0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bird such as robin, blackbird, sparrow, pigeon or duck.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0C9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22016" w14:textId="703FBBDE" w:rsidR="00F03C57" w:rsidRPr="002B09E8" w:rsidRDefault="001D2783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 Penguin and robin</w:t>
            </w:r>
          </w:p>
        </w:tc>
      </w:tr>
      <w:tr w:rsidR="00F03C57" w:rsidRPr="002B09E8" w14:paraId="20D11A0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A4D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971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carnivore?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FC22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carnivore is an animal that eats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7713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D3E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9178B2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01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D596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herbivore?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B23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herbivore is an animal that eats plants.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731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000D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780978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42B4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3A8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16F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194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A93EC" w14:textId="11623E80" w:rsidR="00F03C57" w:rsidRPr="002B09E8" w:rsidRDefault="00BD0187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Habitat- Freya model</w:t>
            </w:r>
          </w:p>
        </w:tc>
      </w:tr>
      <w:tr w:rsidR="00F03C57" w:rsidRPr="002B09E8" w14:paraId="74F626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6C0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448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microhabitat?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2A5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microhabitat is a very small habitat, such as under a log, in soil or under a stone.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238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178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habitat with a related idea from previous learning.</w:t>
            </w:r>
          </w:p>
        </w:tc>
      </w:tr>
      <w:tr w:rsidR="00F03C57" w:rsidRPr="002B09E8" w14:paraId="5717F4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DC1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051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compare two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CA1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observable features such as body parts, covering, habitat, movement, diet or size.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1C4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7DD77" w14:textId="23B335F9" w:rsidR="00F03C57" w:rsidRPr="00340F40" w:rsidRDefault="00BD0187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 w:rsidRPr="00340F40">
              <w:rPr>
                <w:rFonts w:ascii="Lexend Light" w:hAnsi="Lexend Light"/>
                <w:sz w:val="14"/>
                <w:szCs w:val="14"/>
              </w:rPr>
              <w:t xml:space="preserve">Double bubble </w:t>
            </w:r>
            <w:r w:rsidR="00340F40" w:rsidRPr="00340F40">
              <w:rPr>
                <w:rFonts w:ascii="Lexend Light" w:hAnsi="Lexend Light"/>
                <w:sz w:val="14"/>
                <w:szCs w:val="14"/>
              </w:rPr>
              <w:t>cat and tree</w:t>
            </w:r>
          </w:p>
        </w:tc>
      </w:tr>
      <w:tr w:rsidR="00F03C57" w:rsidRPr="002B09E8" w14:paraId="3881E6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621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F69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 and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B5B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00F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255C9" w14:textId="033CA685" w:rsidR="00F03C57" w:rsidRPr="002B09E8" w:rsidRDefault="00340F40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Brain </w:t>
            </w:r>
            <w:proofErr w:type="gramStart"/>
            <w:r>
              <w:rPr>
                <w:rFonts w:ascii="Lexend Light" w:hAnsi="Lexend Light"/>
                <w:sz w:val="14"/>
              </w:rPr>
              <w:t>dump</w:t>
            </w:r>
            <w:proofErr w:type="gramEnd"/>
            <w:r>
              <w:rPr>
                <w:rFonts w:ascii="Lexend Light" w:hAnsi="Lexend Light"/>
                <w:sz w:val="14"/>
              </w:rPr>
              <w:t xml:space="preserve"> all known facts</w:t>
            </w:r>
          </w:p>
        </w:tc>
      </w:tr>
    </w:tbl>
    <w:p w14:paraId="6A7E0859" w14:textId="77777777" w:rsidR="00F03C57" w:rsidRPr="002B09E8" w:rsidRDefault="00F03C57">
      <w:pPr>
        <w:rPr>
          <w:rFonts w:ascii="Lexend Light" w:hAnsi="Lexend Light"/>
        </w:rPr>
      </w:pPr>
    </w:p>
    <w:p w14:paraId="00132BCE" w14:textId="2F300F04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2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22FA221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43F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F62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D37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F31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FD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ACB3B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BAB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F0DA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seed?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4B6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seed can grow into a new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A0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76D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1D319C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BCA9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0E5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bulb?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6A9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bulb is a plant structure that stores food and can grow into a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50B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CB325" w14:textId="53F5555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A20049">
              <w:rPr>
                <w:rFonts w:ascii="Lexend Light" w:hAnsi="Lexend Light"/>
                <w:sz w:val="14"/>
              </w:rPr>
              <w:t>Plants grow from bulbs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733AAE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C24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D70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stay healthy?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EDF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need water, light and a suitable temperature; many also need air, nutrients and space.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D440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0AF1C" w14:textId="04F1034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compare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plant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with a </w:t>
            </w:r>
            <w:proofErr w:type="gramStart"/>
            <w:r w:rsidR="00E561F3">
              <w:rPr>
                <w:rFonts w:ascii="Lexend Light" w:hAnsi="Lexend Light"/>
                <w:sz w:val="14"/>
              </w:rPr>
              <w:t>human needs</w:t>
            </w:r>
            <w:proofErr w:type="gramEnd"/>
            <w:r w:rsidR="00E561F3">
              <w:rPr>
                <w:rFonts w:ascii="Lexend Light" w:hAnsi="Lexend Light"/>
                <w:sz w:val="14"/>
              </w:rPr>
              <w:t xml:space="preserve"> to stay healthy</w:t>
            </w:r>
          </w:p>
        </w:tc>
      </w:tr>
      <w:tr w:rsidR="00F03C57" w:rsidRPr="002B09E8" w14:paraId="71DE39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D6D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CDE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living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1EE1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Living things grow, need nutrition, may reproduce, and respond to their surroundings.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8AE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DBD7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C368A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9F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9D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dead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204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Dead means something was once alive but is no longer living.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9AF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64D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does dead mean.</w:t>
            </w:r>
          </w:p>
        </w:tc>
      </w:tr>
      <w:tr w:rsidR="00F03C57" w:rsidRPr="002B09E8" w14:paraId="1B10C0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3AB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607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never alive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3AD7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Never alive means something has never been a living thing, such as a rock or plastic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569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68B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does never alive mean.</w:t>
            </w:r>
          </w:p>
        </w:tc>
      </w:tr>
      <w:tr w:rsidR="00F03C57" w:rsidRPr="002B09E8" w14:paraId="394895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6AB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A49D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C5C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62F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0F9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animal, evidence, and today’s new learning.</w:t>
            </w:r>
          </w:p>
        </w:tc>
      </w:tr>
      <w:tr w:rsidR="00F03C57" w:rsidRPr="002B09E8" w14:paraId="34DFA5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E4B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8B1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humans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90E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B3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9DF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BD182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D967E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358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exercise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5EC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Exercise helps keep the body healthy and strengthens muscles and the heart.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FD1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03C99" w14:textId="2C5D863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</w:t>
            </w:r>
            <w:r w:rsidR="0003279B">
              <w:rPr>
                <w:rFonts w:ascii="Lexend Light" w:hAnsi="Lexend Light"/>
                <w:sz w:val="14"/>
              </w:rPr>
              <w:t xml:space="preserve"> </w:t>
            </w:r>
            <w:proofErr w:type="spellStart"/>
            <w:r w:rsidR="0003279B">
              <w:rPr>
                <w:rFonts w:ascii="Lexend Light" w:hAnsi="Lexend Light"/>
                <w:sz w:val="14"/>
              </w:rPr>
              <w:t>Hmans</w:t>
            </w:r>
            <w:proofErr w:type="spellEnd"/>
            <w:r w:rsidR="0003279B">
              <w:rPr>
                <w:rFonts w:ascii="Lexend Light" w:hAnsi="Lexend Light"/>
                <w:sz w:val="14"/>
              </w:rPr>
              <w:t xml:space="preserve"> must </w:t>
            </w:r>
            <w:r w:rsidRPr="002B09E8">
              <w:rPr>
                <w:rFonts w:ascii="Lexend Light" w:hAnsi="Lexend Light"/>
                <w:sz w:val="14"/>
              </w:rPr>
              <w:t xml:space="preserve">exercise </w:t>
            </w:r>
            <w:r w:rsidR="0003279B">
              <w:rPr>
                <w:rFonts w:ascii="Lexend Light" w:hAnsi="Lexend Light"/>
                <w:sz w:val="14"/>
              </w:rPr>
              <w:t>to survive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4F14B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AA5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8F7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hygiene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2FF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Hygiene helps prevent germs spreading and supports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0D3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BF2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058828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89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1A2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0B9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70B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D8D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8EBC7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896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CCC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growth and survival?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0D0D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2B0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C000CE" w14:textId="3D658002" w:rsidR="00F03C57" w:rsidRPr="002B09E8" w:rsidRDefault="005936B9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08463D82" w14:textId="77777777" w:rsidR="00F03C57" w:rsidRPr="002B09E8" w:rsidRDefault="00F03C57">
      <w:pPr>
        <w:rPr>
          <w:rFonts w:ascii="Lexend Light" w:hAnsi="Lexend Light"/>
        </w:rPr>
      </w:pPr>
    </w:p>
    <w:p w14:paraId="09B26472" w14:textId="3C6B01D9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2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1CB7315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41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99E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6D4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659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1FC4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35B19B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AC0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866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7D0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23A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31C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4787FA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61C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D12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two everyday materials.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689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examples such as wood, plastic, glass, metal, water, rock, fabric or paper.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878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C766C" w14:textId="05F4885D" w:rsidR="00F03C57" w:rsidRPr="002B09E8" w:rsidRDefault="00B17F58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bubble- plastic and metal</w:t>
            </w:r>
          </w:p>
        </w:tc>
      </w:tr>
      <w:tr w:rsidR="00F03C57" w:rsidRPr="002B09E8" w14:paraId="2D31F2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253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29E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wood be used for a chair?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39C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Wood is usually hard, strong and opaque; it can be useful for furniture.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F8A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417CD" w14:textId="112006C5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6975E8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EFF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FFF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glass be used for a window?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51A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usually transparent, hard and waterproof, but it can break.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73D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8BF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576AB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C33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9E8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suitable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449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Suitable means right for a particular use because of its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B18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6E9DE" w14:textId="72D14A9E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07CF9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045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85C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 solid object be changed?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EDF93" w14:textId="28D98B4D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3F6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4116A" w14:textId="0409EDD0" w:rsidR="00F03C57" w:rsidRPr="002B09E8" w:rsidRDefault="005629F9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</w:t>
            </w:r>
            <w:r w:rsidR="007A0756">
              <w:rPr>
                <w:rFonts w:ascii="Lexend Light" w:hAnsi="Lexend Light"/>
                <w:sz w:val="14"/>
              </w:rPr>
              <w:t>- squeeze and melt</w:t>
            </w:r>
          </w:p>
        </w:tc>
      </w:tr>
      <w:tr w:rsidR="00F03C57" w:rsidRPr="002B09E8" w14:paraId="465D43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7DB1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ED1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squash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A9FE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Squash means push something so its shape changes or becomes flatter.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757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3CC3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57A5B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EBB0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F81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bend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0A3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Bend means change shape by curving.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9AB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BAD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BBA59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1097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13B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twist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338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Twist means turn or rotate parts of an object in opposite directions.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DF1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98D9B" w14:textId="0BF4E77C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3F5139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166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FAB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stretch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82CF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Stretch means pull something to make it longer or change its shape.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1BE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05D1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71F216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D3C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3A7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offspring?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419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Offspring are the young of living things, which grow into adults.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436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A62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12416D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9CA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269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materials, habitats and survival?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862D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1B3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A08E5" w14:textId="3D07BB87" w:rsidR="00F03C57" w:rsidRPr="002B09E8" w:rsidRDefault="007A0756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408D84FC" w14:textId="77777777" w:rsidR="00F03C57" w:rsidRPr="002B09E8" w:rsidRDefault="00F03C57">
      <w:pPr>
        <w:rPr>
          <w:rFonts w:ascii="Lexend Light" w:hAnsi="Lexend Light"/>
        </w:rPr>
      </w:pPr>
    </w:p>
    <w:p w14:paraId="10337E95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228BD519" w14:textId="7032C436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3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0C2A1BD5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AF8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8AC7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19ABE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4A8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34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BA385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A6C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E9E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AA0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B8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B1F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EDE3A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66F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7EF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seed?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E54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seed can grow into a new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887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8A9FD" w14:textId="295924D5" w:rsidR="00F03C57" w:rsidRPr="002B09E8" w:rsidRDefault="002257A5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Brain dump- a seed </w:t>
            </w:r>
            <w:r w:rsidR="00F17A9E">
              <w:rPr>
                <w:rFonts w:ascii="Lexend Light" w:hAnsi="Lexend Light"/>
                <w:sz w:val="14"/>
              </w:rPr>
              <w:t>growing</w:t>
            </w:r>
          </w:p>
        </w:tc>
      </w:tr>
      <w:tr w:rsidR="00F03C57" w:rsidRPr="002B09E8" w14:paraId="1D190B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7D20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527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mature plant?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DBC7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84E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981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47C1A1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AC1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F9E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E8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B3C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E46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habitat: definition, characteristics, examples and non-examples.</w:t>
            </w:r>
          </w:p>
        </w:tc>
      </w:tr>
      <w:tr w:rsidR="00F03C57" w:rsidRPr="002B09E8" w14:paraId="7F4344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160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F821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microhabitat?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391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microhabitat is a very small habitat, such as under a log, in soil or under a stone.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BF1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CEE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a microhabitat.</w:t>
            </w:r>
          </w:p>
        </w:tc>
      </w:tr>
      <w:tr w:rsidR="00F03C57" w:rsidRPr="002B09E8" w14:paraId="5C9511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9C95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006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B47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CF7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EE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do animals need to survive.</w:t>
            </w:r>
          </w:p>
        </w:tc>
      </w:tr>
      <w:tr w:rsidR="00F03C57" w:rsidRPr="002B09E8" w14:paraId="302572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FE5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A5A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11B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491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0B78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685A30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12E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767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EA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A2D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EA8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129284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09E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481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suitable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098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Suitable means right for a particular use because of its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941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4C4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“What does suitable mean” Ask pupils to qualify their answer.</w:t>
            </w:r>
          </w:p>
        </w:tc>
      </w:tr>
      <w:tr w:rsidR="00F03C57" w:rsidRPr="002B09E8" w14:paraId="0035C6F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EE7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279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 solid object be changed?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9FABF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3E9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F19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solid with a related idea from previous learning.</w:t>
            </w:r>
          </w:p>
        </w:tc>
      </w:tr>
      <w:tr w:rsidR="00F03C57" w:rsidRPr="002B09E8" w14:paraId="0059A9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FD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40C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15E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402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100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force: definition, characteristics, examples and non-examples.</w:t>
            </w:r>
          </w:p>
        </w:tc>
      </w:tr>
      <w:tr w:rsidR="00F03C57" w:rsidRPr="002B09E8" w14:paraId="566746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836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DB2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plants, animals and materials?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DF9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81E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9580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plants, animals and materials.</w:t>
            </w:r>
          </w:p>
        </w:tc>
      </w:tr>
    </w:tbl>
    <w:p w14:paraId="5312834D" w14:textId="77777777" w:rsidR="00F03C57" w:rsidRPr="002B09E8" w:rsidRDefault="00F03C57">
      <w:pPr>
        <w:rPr>
          <w:rFonts w:ascii="Lexend Light" w:hAnsi="Lexend Light"/>
        </w:rPr>
      </w:pPr>
    </w:p>
    <w:p w14:paraId="0844005C" w14:textId="28539442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3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584F11FD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E85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AA6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2D0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C03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B3E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8454C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1EC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56E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roots?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467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 from the soil.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334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30EE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14195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A49A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BA3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a stem?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E5A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stem supports the plant and transports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813A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0C20F" w14:textId="5BE6CF2D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3E054F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B2B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587A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leaves?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B42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Leaves help the plant make food using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C17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648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5A75E8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A63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835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pollination?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75F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Pollination is the transfer of pollen to allow seeds to form.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4CB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139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626D3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92B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EE0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seed dispersal?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0F4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Seed dispersal is the movement of seeds away from the parent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0A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37D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seed dispersal.</w:t>
            </w:r>
          </w:p>
        </w:tc>
      </w:tr>
      <w:tr w:rsidR="00F03C57" w:rsidRPr="002B09E8" w14:paraId="607793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E37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EEC9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rock?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A97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rock is a natural solid material made of minerals.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4C5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D105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rock.</w:t>
            </w:r>
          </w:p>
        </w:tc>
      </w:tr>
      <w:tr w:rsidR="00F03C57" w:rsidRPr="002B09E8" w14:paraId="2BBADC0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3DF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AF0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rocks be grouped?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A4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can be grouped by properties such as hardness, texture, permeability and appearance.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C68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01D8E" w14:textId="0A1DA83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rock</w:t>
            </w:r>
            <w:r w:rsidR="00A97436">
              <w:rPr>
                <w:rFonts w:ascii="Lexend Light" w:hAnsi="Lexend Light"/>
                <w:sz w:val="14"/>
              </w:rPr>
              <w:t>s</w:t>
            </w:r>
          </w:p>
        </w:tc>
      </w:tr>
      <w:tr w:rsidR="00F03C57" w:rsidRPr="002B09E8" w14:paraId="007CCF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7D3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A288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fossil?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C8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fossil is preserved evidence or remains of a living thing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48B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7E83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fossil; pupils justify.</w:t>
            </w:r>
          </w:p>
        </w:tc>
      </w:tr>
      <w:tr w:rsidR="00F03C57" w:rsidRPr="002B09E8" w14:paraId="2B946E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206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BAD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soil made from?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93A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Soil is made from tiny pieces of rock, dead plants and animals, air and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12B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CD356" w14:textId="3B067D7B" w:rsidR="00F03C57" w:rsidRPr="00B10484" w:rsidRDefault="00B10484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proofErr w:type="gramStart"/>
            <w:r w:rsidRPr="00B10484">
              <w:rPr>
                <w:rFonts w:ascii="Lexend Light" w:hAnsi="Lexend Light"/>
                <w:sz w:val="14"/>
                <w:szCs w:val="14"/>
              </w:rPr>
              <w:t>Sometime</w:t>
            </w:r>
            <w:r w:rsidR="00F50805">
              <w:rPr>
                <w:rFonts w:ascii="Lexend Light" w:hAnsi="Lexend Light"/>
                <w:sz w:val="14"/>
                <w:szCs w:val="14"/>
              </w:rPr>
              <w:t>s</w:t>
            </w:r>
            <w:r w:rsidRPr="00B10484">
              <w:rPr>
                <w:rFonts w:ascii="Lexend Light" w:hAnsi="Lexend Light"/>
                <w:sz w:val="14"/>
                <w:szCs w:val="14"/>
              </w:rPr>
              <w:t xml:space="preserve"> always</w:t>
            </w:r>
            <w:proofErr w:type="gramEnd"/>
            <w:r w:rsidRPr="00B10484">
              <w:rPr>
                <w:rFonts w:ascii="Lexend Light" w:hAnsi="Lexend Light"/>
                <w:sz w:val="14"/>
                <w:szCs w:val="14"/>
              </w:rPr>
              <w:t xml:space="preserve"> never-</w:t>
            </w:r>
            <w:r w:rsidR="00F50805">
              <w:rPr>
                <w:rFonts w:ascii="Lexend Light" w:hAnsi="Lexend Light"/>
                <w:sz w:val="14"/>
                <w:szCs w:val="14"/>
              </w:rPr>
              <w:t xml:space="preserve"> Soil is always the same </w:t>
            </w:r>
            <w:proofErr w:type="spellStart"/>
            <w:r w:rsidR="00F50805">
              <w:rPr>
                <w:rFonts w:ascii="Lexend Light" w:hAnsi="Lexend Light"/>
                <w:sz w:val="14"/>
                <w:szCs w:val="14"/>
              </w:rPr>
              <w:t>colour</w:t>
            </w:r>
            <w:proofErr w:type="spellEnd"/>
          </w:p>
        </w:tc>
      </w:tr>
      <w:tr w:rsidR="00F03C57" w:rsidRPr="002B09E8" w14:paraId="2031BD2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E9A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AA5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need light to see?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8432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We need light because light travels from a source or object into our eyes.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1A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27E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light with a related idea from previous learning.</w:t>
            </w:r>
          </w:p>
        </w:tc>
      </w:tr>
      <w:tr w:rsidR="00F03C57" w:rsidRPr="002B09E8" w14:paraId="73FD79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1B3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D2D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shadow?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7A9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shadow forms when an opaque object blocks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99E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981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shadow: definition, characteristics, examples and non-examples.</w:t>
            </w:r>
          </w:p>
        </w:tc>
      </w:tr>
      <w:tr w:rsidR="00F03C57" w:rsidRPr="002B09E8" w14:paraId="736E02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2C3C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DFD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plants, rocks and light?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831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rock is a natural solid material made of minerals.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D816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BDB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plants, rocks and light.</w:t>
            </w:r>
          </w:p>
        </w:tc>
      </w:tr>
    </w:tbl>
    <w:p w14:paraId="5E71C7E2" w14:textId="77777777" w:rsidR="00F03C57" w:rsidRPr="002B09E8" w:rsidRDefault="00F03C57">
      <w:pPr>
        <w:rPr>
          <w:rFonts w:ascii="Lexend Light" w:hAnsi="Lexend Light"/>
        </w:rPr>
      </w:pPr>
    </w:p>
    <w:p w14:paraId="4E0E0809" w14:textId="296B70F5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3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724D2C48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720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83E9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7E0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CE1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56F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B4E5F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8B8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C00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contact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22C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contact force needs objects to touch, such as pushing, pulling or friction.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8E7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6AC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force; pupils justify.</w:t>
            </w:r>
          </w:p>
        </w:tc>
      </w:tr>
      <w:tr w:rsidR="00F03C57" w:rsidRPr="002B09E8" w14:paraId="4D7FA5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C2CB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8ED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magnetic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A36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magnetic force can attract or repel and can act at a distance.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EAA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75EE1" w14:textId="3104D3AB" w:rsidR="00F03C57" w:rsidRPr="0042156F" w:rsidRDefault="002E61E7">
            <w:pPr>
              <w:spacing w:after="20"/>
              <w:rPr>
                <w:rFonts w:ascii="Lexend Light" w:hAnsi="Lexend Light"/>
                <w:sz w:val="14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42156F">
              <w:rPr>
                <w:rFonts w:ascii="Lexend Light" w:hAnsi="Lexend Light"/>
                <w:sz w:val="14"/>
              </w:rPr>
              <w:t xml:space="preserve">Magnets are attracted to </w:t>
            </w:r>
            <w:proofErr w:type="gramStart"/>
            <w:r w:rsidR="0042156F">
              <w:rPr>
                <w:rFonts w:ascii="Lexend Light" w:hAnsi="Lexend Light"/>
                <w:sz w:val="14"/>
              </w:rPr>
              <w:t xml:space="preserve">metals </w:t>
            </w:r>
            <w:r w:rsidRPr="002B09E8">
              <w:rPr>
                <w:rFonts w:ascii="Lexend Light" w:hAnsi="Lexend Light"/>
                <w:sz w:val="14"/>
              </w:rPr>
              <w:t>”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Ask pupils to qualify their answer.</w:t>
            </w:r>
          </w:p>
        </w:tc>
      </w:tr>
      <w:tr w:rsidR="00F03C57" w:rsidRPr="002B09E8" w14:paraId="6EE410A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099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CAE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materials are attracted to magnets?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840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Some metals, such as iron and steel, are attracted to magnets.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BD1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2D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material with a related idea from previous learning.</w:t>
            </w:r>
          </w:p>
        </w:tc>
      </w:tr>
      <w:tr w:rsidR="00F03C57" w:rsidRPr="002B09E8" w14:paraId="1C634E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ECB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EA9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the two poles of a magnet?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725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 has a north pole and a south pole.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03A1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46DB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magnet: definition, characteristics, examples and non-examples.</w:t>
            </w:r>
          </w:p>
        </w:tc>
      </w:tr>
      <w:tr w:rsidR="00F03C57" w:rsidRPr="002B09E8" w14:paraId="09BF34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D7CB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3C6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When do magnets attract?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D6F7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Opposite poles attract; some magnetic materials are attracted to magnets.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F2F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024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When do magnets attract.</w:t>
            </w:r>
          </w:p>
        </w:tc>
      </w:tr>
      <w:tr w:rsidR="00F03C57" w:rsidRPr="002B09E8" w14:paraId="02EF16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9D8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C83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When do magnets repel?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E08A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Like poles repel: north repels north and south repels south.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4D4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47C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When do magnets repel.</w:t>
            </w:r>
          </w:p>
        </w:tc>
      </w:tr>
      <w:tr w:rsidR="00F03C57" w:rsidRPr="002B09E8" w14:paraId="737D89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940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A63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nutrition?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A9D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Nutrition is getting the food and nutrients needed for growth, energy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4F7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59C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nutrition, evidence, and today’s new learning.</w:t>
            </w:r>
          </w:p>
        </w:tc>
      </w:tr>
      <w:tr w:rsidR="00F03C57" w:rsidRPr="002B09E8" w14:paraId="02CD3CF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5B1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961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animals need food?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C8D1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need food for energy, growth, repair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9F5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B9C04" w14:textId="758B90AF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424594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89E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02A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humans have skeletons?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501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Skeletons support the body, protect organs and help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DF6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785445" w14:textId="7116113D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5D26B4">
              <w:rPr>
                <w:rFonts w:ascii="Lexend Light" w:hAnsi="Lexend Light"/>
                <w:sz w:val="14"/>
              </w:rPr>
              <w:t>All animals have a spine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13085F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8D1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376BF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muscles help us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49D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Muscles help parts of the body move by contracting and relaxing.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D85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2CD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EC5BA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4B4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075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evidence help us answer a question?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C57A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helps scientists support or refute an idea and answer a question reliably.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7A8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E7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7B869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684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744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plants, rocks, light, forces and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A4F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25A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80BC5" w14:textId="023EE654" w:rsidR="00F03C57" w:rsidRPr="002B09E8" w:rsidRDefault="00180C7F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78A87AD4" w14:textId="77777777" w:rsidR="00F03C57" w:rsidRPr="002B09E8" w:rsidRDefault="00F03C57">
      <w:pPr>
        <w:rPr>
          <w:rFonts w:ascii="Lexend Light" w:hAnsi="Lexend Light"/>
        </w:rPr>
      </w:pPr>
    </w:p>
    <w:p w14:paraId="727D04EF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07E28F10" w14:textId="1997174E" w:rsidR="008E08BA" w:rsidRPr="002B09E8" w:rsidRDefault="002E61E7" w:rsidP="008E08BA">
      <w:pPr>
        <w:pStyle w:val="Heading1"/>
        <w:rPr>
          <w:rFonts w:ascii="Lexend Light" w:hAnsi="Lexend Light"/>
          <w:color w:val="548235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4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24E78ED3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E127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747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13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CF6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FC1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19663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F05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199B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nutrition?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3D5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Nutrition is getting the food and nutrients needed for growth, energy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57A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CB4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nutrition; pupils justify.</w:t>
            </w:r>
          </w:p>
        </w:tc>
      </w:tr>
      <w:tr w:rsidR="00F03C57" w:rsidRPr="002B09E8" w14:paraId="7F4EC5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D8F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EFA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humans need a skeleton?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85A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Skeletons support the body, protect organs and help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F354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BB4AB" w14:textId="11A7CD4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180C7F">
              <w:rPr>
                <w:rFonts w:ascii="Lexend Light" w:hAnsi="Lexend Light"/>
                <w:sz w:val="14"/>
              </w:rPr>
              <w:t>Skeltons protect your heart and lungs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258115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722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1C5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muscles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0BE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Muscles help parts of the body move by contracting and relaxing.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E61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700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271567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E43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4FE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roots?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E23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 from the soil.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C98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C32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A5180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35EC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FEF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flowers?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4CD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Flowers are involved in reproduction and can produce seeds.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CE5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38E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the function of flowers.</w:t>
            </w:r>
          </w:p>
        </w:tc>
      </w:tr>
      <w:tr w:rsidR="00F03C57" w:rsidRPr="002B09E8" w14:paraId="7157E4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8C5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B08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31C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2633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3E3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life cycle.</w:t>
            </w:r>
          </w:p>
        </w:tc>
      </w:tr>
      <w:tr w:rsidR="00F03C57" w:rsidRPr="002B09E8" w14:paraId="3FCB57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F56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26B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9D3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B91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CB0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habitat, evidence, and today’s new learning.</w:t>
            </w:r>
          </w:p>
        </w:tc>
      </w:tr>
      <w:tr w:rsidR="00F03C57" w:rsidRPr="002B09E8" w14:paraId="108DF9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909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47F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642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4AC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0DDE8" w14:textId="559EB5A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Odd one out: choose two related examples and one non-example for scientific 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word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>; pupils justify</w:t>
            </w:r>
            <w:r w:rsidR="00FE1BC0">
              <w:rPr>
                <w:rFonts w:ascii="Lexend Light" w:hAnsi="Lexend Light"/>
                <w:sz w:val="14"/>
              </w:rPr>
              <w:t>- hare, whale and goldfish</w:t>
            </w:r>
          </w:p>
        </w:tc>
      </w:tr>
      <w:tr w:rsidR="00F03C57" w:rsidRPr="002B09E8" w14:paraId="18ACF0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B141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87C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DA9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C1B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8817F" w14:textId="3CF6A7D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food chain</w:t>
            </w:r>
            <w:r w:rsidR="00FE1BC0">
              <w:rPr>
                <w:rFonts w:ascii="Lexend Light" w:hAnsi="Lexend Light"/>
                <w:sz w:val="14"/>
              </w:rPr>
              <w:t xml:space="preserve">s always </w:t>
            </w:r>
            <w:proofErr w:type="spellStart"/>
            <w:r w:rsidR="00FE1BC0">
              <w:rPr>
                <w:rFonts w:ascii="Lexend Light" w:hAnsi="Lexend Light"/>
                <w:sz w:val="14"/>
              </w:rPr>
              <w:t>strat</w:t>
            </w:r>
            <w:proofErr w:type="spellEnd"/>
            <w:r w:rsidR="00FE1BC0">
              <w:rPr>
                <w:rFonts w:ascii="Lexend Light" w:hAnsi="Lexend Light"/>
                <w:sz w:val="14"/>
              </w:rPr>
              <w:t xml:space="preserve"> with a green p</w:t>
            </w:r>
            <w:r w:rsidR="00A26D8D">
              <w:rPr>
                <w:rFonts w:ascii="Lexend Light" w:hAnsi="Lexend Light"/>
                <w:sz w:val="14"/>
              </w:rPr>
              <w:t>lant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FCDF7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638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13C4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producer?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C16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C0D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635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22D2BCD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8E9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5BA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predator?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C8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F4D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8CCB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5782A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327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3DC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plants, animals and habitats?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917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9FE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E70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plants, animals and habitats.</w:t>
            </w:r>
          </w:p>
        </w:tc>
      </w:tr>
    </w:tbl>
    <w:p w14:paraId="6E11A4E5" w14:textId="77777777" w:rsidR="00F03C57" w:rsidRPr="002B09E8" w:rsidRDefault="00F03C57">
      <w:pPr>
        <w:rPr>
          <w:rFonts w:ascii="Lexend Light" w:hAnsi="Lexend Light"/>
        </w:rPr>
      </w:pPr>
    </w:p>
    <w:p w14:paraId="35EFD702" w14:textId="5465D18B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4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7CF1A45B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83E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9AF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5CE1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502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E28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A1EDD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B38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794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digestion?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2B9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Digestion is the process of breaking food down so the body can use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EB5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3D63E" w14:textId="5E264570" w:rsidR="00F03C57" w:rsidRPr="002B09E8" w:rsidRDefault="00A26D8D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 digestion</w:t>
            </w:r>
          </w:p>
        </w:tc>
      </w:tr>
      <w:tr w:rsidR="00F03C57" w:rsidRPr="002B09E8" w14:paraId="7B5979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CA3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84B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part of the digestive system.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BE2EB" w14:textId="7D42C641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D3E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806CB" w14:textId="2C082556" w:rsidR="00F03C57" w:rsidRPr="002B09E8" w:rsidRDefault="00A26D8D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Odd one out and why- </w:t>
            </w:r>
            <w:r w:rsidR="00DE7F58">
              <w:rPr>
                <w:rFonts w:ascii="Lexend Light" w:hAnsi="Lexend Light"/>
                <w:sz w:val="14"/>
              </w:rPr>
              <w:t>bowel, heart and lungs</w:t>
            </w:r>
          </w:p>
        </w:tc>
      </w:tr>
      <w:tr w:rsidR="00F03C57" w:rsidRPr="002B09E8" w14:paraId="625DF2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868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13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teeth used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52E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Teeth are used for biting, cutting, tearing, crushing and grinding food.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AF2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2BD1D" w14:textId="78C46D29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</w:t>
            </w:r>
            <w:r w:rsidR="00DE7F58">
              <w:rPr>
                <w:rFonts w:ascii="Lexend Light" w:hAnsi="Lexend Light"/>
                <w:sz w:val="14"/>
              </w:rPr>
              <w:t>canine and incisor</w:t>
            </w:r>
          </w:p>
        </w:tc>
      </w:tr>
      <w:tr w:rsidR="00F03C57" w:rsidRPr="002B09E8" w14:paraId="191D6A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33BB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AC0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producers?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7C7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Producers are plants or algae that make their own food and start many food chains.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64C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783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6072A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A5F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540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predators?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2A6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Predators are animals that hunt and eat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71F1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FE3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are predators.</w:t>
            </w:r>
          </w:p>
        </w:tc>
      </w:tr>
      <w:tr w:rsidR="00F03C57" w:rsidRPr="002B09E8" w14:paraId="16E2344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553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0E8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326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Prey are animals that are hunted and eaten by predators.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BCA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7C3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are prey.</w:t>
            </w:r>
          </w:p>
        </w:tc>
      </w:tr>
      <w:tr w:rsidR="00F03C57" w:rsidRPr="002B09E8" w14:paraId="4F4B5BF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CFD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409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5B0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solid keeps its shape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97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905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solid, evidence, and today’s new learning.</w:t>
            </w:r>
          </w:p>
        </w:tc>
      </w:tr>
      <w:tr w:rsidR="00F03C57" w:rsidRPr="002B09E8" w14:paraId="18C921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2F1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420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liquid?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494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liquid flows, takes the shape of its container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7EC2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333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liquid; pupils justify.</w:t>
            </w:r>
          </w:p>
        </w:tc>
      </w:tr>
      <w:tr w:rsidR="00F03C57" w:rsidRPr="002B09E8" w14:paraId="0F84BA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1BC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36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gas?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ED1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gas spreads out to fill the space available.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82E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87C49" w14:textId="2F0AAED3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62D9BE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BA8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8825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1B0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FE4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387B2" w14:textId="68A0021B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compare evaporation with a </w:t>
            </w:r>
            <w:r w:rsidR="00566BB4">
              <w:rPr>
                <w:rFonts w:ascii="Lexend Light" w:hAnsi="Lexend Light"/>
                <w:sz w:val="14"/>
              </w:rPr>
              <w:t>condensation</w:t>
            </w:r>
            <w:r w:rsidRPr="002B09E8">
              <w:rPr>
                <w:rFonts w:ascii="Lexend Light" w:hAnsi="Lexend Light"/>
                <w:sz w:val="14"/>
              </w:rPr>
              <w:t xml:space="preserve"> </w:t>
            </w:r>
          </w:p>
        </w:tc>
      </w:tr>
      <w:tr w:rsidR="00F03C57" w:rsidRPr="002B09E8" w14:paraId="04B42A0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3E6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7F8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3E4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53F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A6C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493E9D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E2F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103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digestion, food chains and states of matter?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DD0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3F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074067" w14:textId="063D20F0" w:rsidR="00F03C57" w:rsidRPr="002B09E8" w:rsidRDefault="0025276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0238174B" w14:textId="77777777" w:rsidR="00F03C57" w:rsidRPr="002B09E8" w:rsidRDefault="00F03C57">
      <w:pPr>
        <w:rPr>
          <w:rFonts w:ascii="Lexend Light" w:hAnsi="Lexend Light"/>
        </w:rPr>
      </w:pPr>
    </w:p>
    <w:p w14:paraId="3CE2419B" w14:textId="66218F67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4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980AEB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FBBB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ED5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706B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AF9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CD1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5A3CF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C86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76BC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are sounds made?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29B1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Sounds are made when objects vibrate.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098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38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sound; pupils justify.</w:t>
            </w:r>
          </w:p>
        </w:tc>
      </w:tr>
      <w:tr w:rsidR="00F03C57" w:rsidRPr="002B09E8" w14:paraId="6100A4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AB0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FEF6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vibration?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8E49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vibration is a quick back-and-forth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54B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A7329" w14:textId="1ED6018F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5276B">
              <w:rPr>
                <w:rFonts w:ascii="Lexend Light" w:hAnsi="Lexend Light"/>
                <w:sz w:val="14"/>
              </w:rPr>
              <w:t>Vibrations can be felt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5D2912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F68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988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sound travel to the 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88E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 travels through a medium as vibrations to the ear.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E01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EC6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sound with a related idea from previous learning.</w:t>
            </w:r>
          </w:p>
        </w:tc>
      </w:tr>
      <w:tr w:rsidR="00F03C57" w:rsidRPr="002B09E8" w14:paraId="4FEF2F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5D3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E4B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pitch?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811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Pitch is how high or low a sound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042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B01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55696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164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2FE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volume?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2E3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Volume is how loud or quiet a sound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120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B37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volume.</w:t>
            </w:r>
          </w:p>
        </w:tc>
      </w:tr>
      <w:tr w:rsidR="00F03C57" w:rsidRPr="002B09E8" w14:paraId="24A956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629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DDD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to sound as distance increases?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590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Sounds usually get quieter as the distance from the source increases.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74E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153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happens to sound as distance increases.</w:t>
            </w:r>
          </w:p>
        </w:tc>
      </w:tr>
      <w:tr w:rsidR="00F03C57" w:rsidRPr="002B09E8" w14:paraId="633AAA0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031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15D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appliance that uses electricity.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F27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suitable appliance such as lamp, kettle, toaster, television or computer.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4A1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E3B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77875D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96A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5F4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FF6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is a complete loop that allows electricity to flow.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B6C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A41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circuit; pupils justify.</w:t>
            </w:r>
          </w:p>
        </w:tc>
      </w:tr>
      <w:tr w:rsidR="00F03C57" w:rsidRPr="002B09E8" w14:paraId="162264B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D99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4FB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switch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735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switch opens or closes a circuit.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C3B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B1ADC" w14:textId="7E36C2C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switch</w:t>
            </w:r>
            <w:r w:rsidR="000E7DB6">
              <w:rPr>
                <w:rFonts w:ascii="Lexend Light" w:hAnsi="Lexend Light"/>
                <w:sz w:val="14"/>
              </w:rPr>
              <w:t>es</w:t>
            </w:r>
            <w:proofErr w:type="gramEnd"/>
            <w:r w:rsidR="000E7DB6">
              <w:rPr>
                <w:rFonts w:ascii="Lexend Light" w:hAnsi="Lexend Light"/>
                <w:sz w:val="14"/>
              </w:rPr>
              <w:t xml:space="preserve"> cut the flow of electricity</w:t>
            </w:r>
            <w:r w:rsidRPr="002B09E8">
              <w:rPr>
                <w:rFonts w:ascii="Lexend Light" w:hAnsi="Lexend Light"/>
                <w:sz w:val="14"/>
              </w:rPr>
              <w:t xml:space="preserve"> do” Ask pupils to qualify their answer.</w:t>
            </w:r>
          </w:p>
        </w:tc>
      </w:tr>
      <w:tr w:rsidR="00F03C57" w:rsidRPr="002B09E8" w14:paraId="50335A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F28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5B7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conductor?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BBF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340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4E3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conductor with a related idea from previous learning.</w:t>
            </w:r>
          </w:p>
        </w:tc>
      </w:tr>
      <w:tr w:rsidR="00F03C57" w:rsidRPr="002B09E8" w14:paraId="2D482F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A36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BFD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insulator?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4BF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insulator does not allow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CC66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7338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4768D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33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173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living things, states of matter, sound and electricity?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973F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252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654F8" w14:textId="5C2540F6" w:rsidR="00F03C57" w:rsidRPr="002B09E8" w:rsidRDefault="009C4773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329E369" w14:textId="77777777" w:rsidR="00F03C57" w:rsidRPr="002B09E8" w:rsidRDefault="00F03C57">
      <w:pPr>
        <w:rPr>
          <w:rFonts w:ascii="Lexend Light" w:hAnsi="Lexend Light"/>
        </w:rPr>
      </w:pPr>
    </w:p>
    <w:p w14:paraId="1905FE00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15EE0B16" w14:textId="75E9B0A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5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69785358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C10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5B3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60A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2C5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FCD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7B788A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257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843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0F5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solid keeps its shape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130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539D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solid; pupils justify.</w:t>
            </w:r>
          </w:p>
        </w:tc>
      </w:tr>
      <w:tr w:rsidR="00F03C57" w:rsidRPr="002B09E8" w14:paraId="2BE40F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9CC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5F5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liquid?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CF9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liquid flows, takes the shape of its container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639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83633" w14:textId="76709439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liquid</w:t>
            </w:r>
            <w:r w:rsidR="009C4773">
              <w:rPr>
                <w:rFonts w:ascii="Lexend Light" w:hAnsi="Lexend Light"/>
                <w:sz w:val="14"/>
              </w:rPr>
              <w:t>s  can</w:t>
            </w:r>
            <w:proofErr w:type="gramEnd"/>
            <w:r w:rsidR="009C4773">
              <w:rPr>
                <w:rFonts w:ascii="Lexend Light" w:hAnsi="Lexend Light"/>
                <w:sz w:val="14"/>
              </w:rPr>
              <w:t xml:space="preserve"> </w:t>
            </w:r>
            <w:r w:rsidR="00DA4A88">
              <w:rPr>
                <w:rFonts w:ascii="Lexend Light" w:hAnsi="Lexend Light"/>
                <w:sz w:val="14"/>
              </w:rPr>
              <w:t>turn into solids when cooled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218793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3E9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98E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gas?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937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gas spreads out to fill the space available.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6DA2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3DD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gas with a related idea from previous learning.</w:t>
            </w:r>
          </w:p>
        </w:tc>
      </w:tr>
      <w:tr w:rsidR="00F03C57" w:rsidRPr="002B09E8" w14:paraId="03E452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D61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E0E9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when some materials are heated?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B67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470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7CC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material: definition, characteristics, examples and non-examples.</w:t>
            </w:r>
          </w:p>
        </w:tc>
      </w:tr>
      <w:tr w:rsidR="00F03C57" w:rsidRPr="002B09E8" w14:paraId="5A71D1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07F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7A3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EE6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782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A1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evaporation.</w:t>
            </w:r>
          </w:p>
        </w:tc>
      </w:tr>
      <w:tr w:rsidR="00F03C57" w:rsidRPr="002B09E8" w14:paraId="27564A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1CC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E17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B1F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79A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A21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condensation.</w:t>
            </w:r>
          </w:p>
        </w:tc>
      </w:tr>
      <w:tr w:rsidR="00F03C57" w:rsidRPr="002B09E8" w14:paraId="7C9E10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70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6DA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conductor?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10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12A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648D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conductor, evidence, and today’s new learning.</w:t>
            </w:r>
          </w:p>
        </w:tc>
      </w:tr>
      <w:tr w:rsidR="00F03C57" w:rsidRPr="002B09E8" w14:paraId="28292D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744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BDA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insulator?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7310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insulator does not allow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CCC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9B2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6B58E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81C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FAB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152D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3CA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7188D" w14:textId="78F6753D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D05A16">
              <w:rPr>
                <w:rFonts w:ascii="Lexend Light" w:hAnsi="Lexend Light"/>
                <w:sz w:val="14"/>
              </w:rPr>
              <w:t>Gravity pulls you to the ground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1A53B8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73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09E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friction?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8B76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Friction is a force between surfaces that can slow moving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756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9D5F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friction with a related idea from previous learning.</w:t>
            </w:r>
          </w:p>
        </w:tc>
      </w:tr>
      <w:tr w:rsidR="00F03C57" w:rsidRPr="002B09E8" w14:paraId="5CF317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A1D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551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fair test?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A1A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87B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96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80E22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EA7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C5C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materials and forces?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5D6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have properties and are chosen for uses because of those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733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905BE" w14:textId="06DE2148" w:rsidR="00F03C57" w:rsidRPr="002B09E8" w:rsidRDefault="00D05A16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114A9972" w14:textId="77777777" w:rsidR="00F03C57" w:rsidRPr="002B09E8" w:rsidRDefault="00F03C57">
      <w:pPr>
        <w:rPr>
          <w:rFonts w:ascii="Lexend Light" w:hAnsi="Lexend Light"/>
        </w:rPr>
      </w:pPr>
    </w:p>
    <w:p w14:paraId="75ED5D96" w14:textId="266BC140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5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0139F56B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C46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6F1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AAF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E28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CA5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636173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88AF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9A8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solubility?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3B0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Solubility is how well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9AD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A684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4B7193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658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B66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89A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solution forms when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C5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0491D" w14:textId="1C4EB55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solution</w:t>
            </w:r>
            <w:r w:rsidR="00D05A16">
              <w:rPr>
                <w:rFonts w:ascii="Lexend Light" w:hAnsi="Lexend Light"/>
                <w:sz w:val="14"/>
              </w:rPr>
              <w:t>s</w:t>
            </w:r>
            <w:proofErr w:type="gramEnd"/>
            <w:r w:rsidR="00D05A16">
              <w:rPr>
                <w:rFonts w:ascii="Lexend Light" w:hAnsi="Lexend Light"/>
                <w:sz w:val="14"/>
              </w:rPr>
              <w:t xml:space="preserve"> can be </w:t>
            </w:r>
            <w:proofErr w:type="spellStart"/>
            <w:r w:rsidR="00D05A16">
              <w:rPr>
                <w:rFonts w:ascii="Lexend Light" w:hAnsi="Lexend Light"/>
                <w:sz w:val="14"/>
              </w:rPr>
              <w:t>seperated</w:t>
            </w:r>
            <w:proofErr w:type="spellEnd"/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38BB51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50C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05C0F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separate a mixture by filtering?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8A0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Filtering separates an insoluble solid from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C4B6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E7A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078310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0A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73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separate a mixture by sieving?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5BE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Sieving separates solids of different sizes.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93D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F79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DE63E3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3F6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B80A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evaporation separate a mixture?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741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9B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7FC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can evaporation separate a mixture.</w:t>
            </w:r>
          </w:p>
        </w:tc>
      </w:tr>
      <w:tr w:rsidR="00F03C57" w:rsidRPr="002B09E8" w14:paraId="5B9A40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C85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C77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reversible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E06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reversible change can be undone, such as melting and freezing.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5C9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230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reversible change.</w:t>
            </w:r>
          </w:p>
        </w:tc>
      </w:tr>
      <w:tr w:rsidR="00F03C57" w:rsidRPr="002B09E8" w14:paraId="1C29462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B2F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7FD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irreversible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7EF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reversible change can be undone, such as melting and freezing.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9DE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6F5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04122E2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50F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EFBA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Earth orbit?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73A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Earth orbits the Sun.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9EF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5C7E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30F33AE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23E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874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Moon orbit?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757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Moon orbits the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D18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C7723" w14:textId="0779625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“ the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Moon orbit</w:t>
            </w:r>
            <w:r w:rsidR="00D05A16">
              <w:rPr>
                <w:rFonts w:ascii="Lexend Light" w:hAnsi="Lexend Light"/>
                <w:sz w:val="14"/>
              </w:rPr>
              <w:t xml:space="preserve">s the </w:t>
            </w:r>
            <w:r w:rsidR="00795D7C">
              <w:rPr>
                <w:rFonts w:ascii="Lexend Light" w:hAnsi="Lexend Light"/>
                <w:sz w:val="14"/>
              </w:rPr>
              <w:t>sun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0A949E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78A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E7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have day and night?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2BBA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and night happen because the Earth rotates.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4DF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49B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39B924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9A9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4609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rotation?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326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Rotation is spinning around an axis.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525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1DA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32BF23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AF5B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655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materials and Earth and space?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B8C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have properties and are chosen for uses because of those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4C48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78D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materials and Earth and space.</w:t>
            </w:r>
          </w:p>
        </w:tc>
      </w:tr>
    </w:tbl>
    <w:p w14:paraId="37F9231E" w14:textId="77777777" w:rsidR="00F03C57" w:rsidRPr="002B09E8" w:rsidRDefault="00F03C57">
      <w:pPr>
        <w:rPr>
          <w:rFonts w:ascii="Lexend Light" w:hAnsi="Lexend Light"/>
        </w:rPr>
      </w:pPr>
    </w:p>
    <w:p w14:paraId="6BC513A2" w14:textId="0BA159A8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5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63F5D4E7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F10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CF3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9F3C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3DC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A102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1B1CD5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59E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096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55A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975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4CD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15C31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C86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BAC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is a mammal life cycle different from an insect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92E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Mammals often give birth to live young, while many insects hatch from eggs and may go through metamorphosis.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659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47C2B" w14:textId="763A1A63" w:rsidR="00F03C57" w:rsidRPr="002B09E8" w:rsidRDefault="00795D7C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bubble- mammal and insect l</w:t>
            </w:r>
            <w:r w:rsidR="009376EA">
              <w:rPr>
                <w:rFonts w:ascii="Lexend Light" w:hAnsi="Lexend Light"/>
                <w:sz w:val="14"/>
              </w:rPr>
              <w:t>ife cycle</w:t>
            </w:r>
          </w:p>
        </w:tc>
      </w:tr>
      <w:tr w:rsidR="00F03C57" w:rsidRPr="002B09E8" w14:paraId="6008244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FDD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736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 in plants?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21F9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 reproduction can involve flowers, pollination, seeds and seed dispersal.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CD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AD0C7" w14:textId="08FAE35A" w:rsidR="00F03C57" w:rsidRPr="001869A2" w:rsidRDefault="009376EA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 w:rsidRPr="001869A2">
              <w:rPr>
                <w:rFonts w:ascii="Lexend Light" w:hAnsi="Lexend Light"/>
                <w:sz w:val="14"/>
                <w:szCs w:val="14"/>
              </w:rPr>
              <w:t>Plants pro</w:t>
            </w:r>
            <w:r w:rsidR="001869A2" w:rsidRPr="001869A2">
              <w:rPr>
                <w:rFonts w:ascii="Lexend Light" w:hAnsi="Lexend Light"/>
                <w:sz w:val="14"/>
                <w:szCs w:val="14"/>
              </w:rPr>
              <w:t>duce seeds to reproduce- sometimes always or never</w:t>
            </w:r>
          </w:p>
        </w:tc>
      </w:tr>
      <w:tr w:rsidR="00F03C57" w:rsidRPr="002B09E8" w14:paraId="2F5FD6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59F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754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 in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B57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 reproduction produces offspring, often from eggs or live birth.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B38D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97C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animal: definition, characteristics, examples and non-examples.</w:t>
            </w:r>
          </w:p>
        </w:tc>
      </w:tr>
      <w:tr w:rsidR="00F03C57" w:rsidRPr="002B09E8" w14:paraId="3E8F97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2CC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1D2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humans change as they develop?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5E2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Humans develop through stages including baby, child, adolescent, adult and old 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FAA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967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do humans change as they develop.</w:t>
            </w:r>
          </w:p>
        </w:tc>
      </w:tr>
      <w:tr w:rsidR="00F03C57" w:rsidRPr="002B09E8" w14:paraId="4792BB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644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A59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gravity?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419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Gravity is a force that pulls unsupported objects towards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280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492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gravity.</w:t>
            </w:r>
          </w:p>
        </w:tc>
      </w:tr>
      <w:tr w:rsidR="00F03C57" w:rsidRPr="002B09E8" w14:paraId="2EC1707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34E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FD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air resistance?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40A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Air resistance is a force that acts against objects moving through air.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693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55A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255D5D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C3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A9A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water resistance?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D46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Water resistance is a force that acts against objects moving through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915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8870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0AE9A4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A3F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19F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friction?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935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Friction is a force between surfaces that can slow moving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5AB2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B0131" w14:textId="2068A5BE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 </w:t>
            </w:r>
            <w:r w:rsidR="001869A2" w:rsidRPr="002B09E8">
              <w:rPr>
                <w:rFonts w:ascii="Lexend Light" w:hAnsi="Lexend Light"/>
                <w:sz w:val="14"/>
              </w:rPr>
              <w:t>F</w:t>
            </w:r>
            <w:r w:rsidRPr="002B09E8">
              <w:rPr>
                <w:rFonts w:ascii="Lexend Light" w:hAnsi="Lexend Light"/>
                <w:sz w:val="14"/>
              </w:rPr>
              <w:t>riction</w:t>
            </w:r>
            <w:r w:rsidR="001869A2">
              <w:rPr>
                <w:rFonts w:ascii="Lexend Light" w:hAnsi="Lexend Light"/>
                <w:sz w:val="14"/>
              </w:rPr>
              <w:t xml:space="preserve"> slows things down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2A7B23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C35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7D1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lever?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0F0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lever is a simple machine that can make it easier to move a load.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C3D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806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441E76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0E67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49C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pulley or gear?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435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Pulleys and gears are mechanisms that can change the effect of a force or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1F7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95D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A614B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8C2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7F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life cycles, materials, space and forces?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ED4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9C4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68C4E" w14:textId="6D0B9BDA" w:rsidR="00F03C57" w:rsidRPr="002B09E8" w:rsidRDefault="001869A2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1A8AB6A" w14:textId="77777777" w:rsidR="00F03C57" w:rsidRPr="002B09E8" w:rsidRDefault="00F03C57">
      <w:pPr>
        <w:rPr>
          <w:rFonts w:ascii="Lexend Light" w:hAnsi="Lexend Light"/>
        </w:rPr>
      </w:pPr>
    </w:p>
    <w:p w14:paraId="5EC4CF95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3F5C6B4F" w14:textId="195B02A4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6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03C57" w:rsidRPr="002B09E8" w14:paraId="213669B6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D89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0DC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481C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75A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DAB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EFF2B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241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F63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64D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BA2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40B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F0C50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4E3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306C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stage in a mammal life cycle.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E7D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EC25F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A4DEE" w14:textId="6D95FEA8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1869A2">
              <w:rPr>
                <w:rFonts w:ascii="Lexend Light" w:hAnsi="Lexend Light"/>
                <w:sz w:val="14"/>
              </w:rPr>
              <w:t xml:space="preserve">Mammals </w:t>
            </w:r>
            <w:r w:rsidR="00690162">
              <w:rPr>
                <w:rFonts w:ascii="Lexend Light" w:hAnsi="Lexend Light"/>
                <w:sz w:val="14"/>
              </w:rPr>
              <w:t>give birth</w:t>
            </w:r>
            <w:r w:rsidRPr="002B09E8">
              <w:rPr>
                <w:rFonts w:ascii="Lexend Light" w:hAnsi="Lexend Light"/>
                <w:sz w:val="14"/>
              </w:rPr>
              <w:t>.” Ask pupils to qualify their answer.</w:t>
            </w:r>
          </w:p>
        </w:tc>
      </w:tr>
      <w:tr w:rsidR="00F03C57" w:rsidRPr="002B09E8" w14:paraId="36A706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79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75FC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stage in an insect life cycle.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47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025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8E5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492CD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A979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0F3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3D2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703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0FC0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DEB22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654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35F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humans change as they develop?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13D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Humans develop through stages including baby, child, adolescent, adult and old 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EF2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6C5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do humans change as they develop.</w:t>
            </w:r>
          </w:p>
        </w:tc>
      </w:tr>
      <w:tr w:rsidR="00F03C57" w:rsidRPr="002B09E8" w14:paraId="7AE5A4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F6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1AE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diet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AE0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625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AA7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Why is diet important.</w:t>
            </w:r>
          </w:p>
        </w:tc>
      </w:tr>
      <w:tr w:rsidR="00F03C57" w:rsidRPr="002B09E8" w14:paraId="5DD6594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709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E57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exercise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F9D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Exercise helps keep the body healthy and strengthens muscles and the heart.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83B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D94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677377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BE0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4AB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classify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566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Classify means group living things using similarities, differences and observable characteristics.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11B4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531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8FB7D1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844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FFC0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characteristic?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F5A1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characteristic is a feature or property that can be used to describe or classify something.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45F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6C2C9" w14:textId="3085678A" w:rsidR="00F03C57" w:rsidRPr="002B09E8" w:rsidRDefault="00690162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Characteristic- </w:t>
            </w:r>
            <w:proofErr w:type="spellStart"/>
            <w:r>
              <w:rPr>
                <w:rFonts w:ascii="Lexend Light" w:hAnsi="Lexend Light"/>
                <w:sz w:val="14"/>
              </w:rPr>
              <w:t>freya</w:t>
            </w:r>
            <w:proofErr w:type="spellEnd"/>
            <w:r>
              <w:rPr>
                <w:rFonts w:ascii="Lexend Light" w:hAnsi="Lexend Light"/>
                <w:sz w:val="14"/>
              </w:rPr>
              <w:t xml:space="preserve"> model</w:t>
            </w:r>
          </w:p>
        </w:tc>
      </w:tr>
      <w:tr w:rsidR="00F03C57" w:rsidRPr="002B09E8" w14:paraId="041AD4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C01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0D2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classification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D45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classification key uses questions or features to identify and group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6D9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0A8DD" w14:textId="2CCE74A6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296AF25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607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A9B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evidence would help us classify an organism?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C77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helps scientists support or refute an idea and answer a question reliably.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6DC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5C5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7A728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DF2F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551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life cycles and classification?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4D6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9F2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3F2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life cycles and classification.</w:t>
            </w:r>
          </w:p>
        </w:tc>
      </w:tr>
    </w:tbl>
    <w:p w14:paraId="52B83252" w14:textId="77777777" w:rsidR="00F03C57" w:rsidRPr="002B09E8" w:rsidRDefault="00F03C57">
      <w:pPr>
        <w:rPr>
          <w:rFonts w:ascii="Lexend Light" w:hAnsi="Lexend Light"/>
        </w:rPr>
      </w:pPr>
    </w:p>
    <w:p w14:paraId="7F6F4515" w14:textId="0C1CFCA9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6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5E2BDB5C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A39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C35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6D0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E8E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D43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4105C8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B39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7F9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circulatory system?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F2F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stem supports the plant and transports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0A2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20FD3" w14:textId="1BFB8B0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</w:t>
            </w:r>
            <w:r w:rsidR="00BE4C5C">
              <w:rPr>
                <w:rFonts w:ascii="Lexend Light" w:hAnsi="Lexend Light"/>
                <w:sz w:val="14"/>
              </w:rPr>
              <w:t>- lungs, heart, brain</w:t>
            </w:r>
          </w:p>
        </w:tc>
      </w:tr>
      <w:tr w:rsidR="00F03C57" w:rsidRPr="002B09E8" w14:paraId="2BDC5E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86F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ED2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heart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F15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heart pumps blood around the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B55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79E1E8" w14:textId="1C104489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A6B2E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1E0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F98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blood vessels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254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Blood vessels carry blood around the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8A07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5B770" w14:textId="557324B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compare scientific </w:t>
            </w:r>
            <w:proofErr w:type="gramStart"/>
            <w:r w:rsidRPr="002B09E8">
              <w:rPr>
                <w:rFonts w:ascii="Lexend Light" w:hAnsi="Lexend Light"/>
                <w:sz w:val="14"/>
              </w:rPr>
              <w:t>word</w:t>
            </w:r>
            <w:proofErr w:type="gramEnd"/>
            <w:r w:rsidRPr="002B09E8">
              <w:rPr>
                <w:rFonts w:ascii="Lexend Light" w:hAnsi="Lexend Light"/>
                <w:sz w:val="14"/>
              </w:rPr>
              <w:t xml:space="preserve"> with a related idea from previous learning</w:t>
            </w:r>
            <w:r w:rsidR="00DA23EE">
              <w:rPr>
                <w:rFonts w:ascii="Lexend Light" w:hAnsi="Lexend Light"/>
                <w:sz w:val="14"/>
              </w:rPr>
              <w:t>- arteries and veins</w:t>
            </w:r>
          </w:p>
        </w:tc>
      </w:tr>
      <w:tr w:rsidR="00F03C57" w:rsidRPr="002B09E8" w14:paraId="394C7E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657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AC7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blood transport?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1046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Blood transports oxygen, nutrients, water and waste products.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CBF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A5430" w14:textId="24F7040B" w:rsidR="00F03C57" w:rsidRPr="002B09E8" w:rsidRDefault="00DA23EE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The heart </w:t>
            </w:r>
            <w:r w:rsidR="00D35D40">
              <w:rPr>
                <w:rFonts w:ascii="Lexend Light" w:hAnsi="Lexend Light"/>
                <w:sz w:val="14"/>
              </w:rPr>
              <w:t>transports</w:t>
            </w:r>
            <w:r>
              <w:rPr>
                <w:rFonts w:ascii="Lexend Light" w:hAnsi="Lexend Light"/>
                <w:sz w:val="14"/>
              </w:rPr>
              <w:t xml:space="preserve"> </w:t>
            </w:r>
            <w:r w:rsidR="00D35D40">
              <w:rPr>
                <w:rFonts w:ascii="Lexend Light" w:hAnsi="Lexend Light"/>
                <w:sz w:val="14"/>
              </w:rPr>
              <w:t>blood</w:t>
            </w:r>
            <w:r>
              <w:rPr>
                <w:rFonts w:ascii="Lexend Light" w:hAnsi="Lexend Light"/>
                <w:sz w:val="14"/>
              </w:rPr>
              <w:t xml:space="preserve"> around the body- true</w:t>
            </w:r>
            <w:r w:rsidR="00D35D40">
              <w:rPr>
                <w:rFonts w:ascii="Lexend Light" w:hAnsi="Lexend Light"/>
                <w:sz w:val="14"/>
              </w:rPr>
              <w:t>/ false</w:t>
            </w:r>
          </w:p>
        </w:tc>
      </w:tr>
      <w:tr w:rsidR="00F03C57" w:rsidRPr="002B09E8" w14:paraId="4A7193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D85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4CF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lifestyle affect the body?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A52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Diet, exercise, drugs and lifestyle choices can affect how the body functions.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E66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C32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can lifestyle affect the body.</w:t>
            </w:r>
          </w:p>
        </w:tc>
      </w:tr>
      <w:tr w:rsidR="00F03C57" w:rsidRPr="002B09E8" w14:paraId="788255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788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AB5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fossil?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C8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fossil is preserved evidence or remains of a living thing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4A99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AAE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fossil.</w:t>
            </w:r>
          </w:p>
        </w:tc>
      </w:tr>
      <w:tr w:rsidR="00F03C57" w:rsidRPr="002B09E8" w14:paraId="0633C2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CE8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065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inheritance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3E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Inheritance is when characteristics are passed from parents to offspring.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3C7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06C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7ACEEB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50B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988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are offspring not identical to parents?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8D5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Offspring are the young of living things, which grow into adults.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54B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E7D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79D8836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EBF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45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adaptation?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37B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adaptation is a feature that helps a living thing survive in its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172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E53FA" w14:textId="0D1066F9" w:rsidR="00F03C57" w:rsidRPr="002B09E8" w:rsidRDefault="00D35D40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Freya adaptation</w:t>
            </w:r>
          </w:p>
        </w:tc>
      </w:tr>
      <w:tr w:rsidR="00F03C57" w:rsidRPr="002B09E8" w14:paraId="7CFED29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6A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836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adaptation lead to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EA9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Helpful adaptations may become more common over generations, contributing to evolution.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D94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64D4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evolution with a related idea from previous learning.</w:t>
            </w:r>
          </w:p>
        </w:tc>
      </w:tr>
      <w:tr w:rsidR="00F03C57" w:rsidRPr="002B09E8" w14:paraId="418503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2B1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4D9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evidence supports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830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Fossils and similarities or differences between living things can provide evidence for evolution.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42E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9F6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evolution: definition, characteristics, examples and non-examples.</w:t>
            </w:r>
          </w:p>
        </w:tc>
      </w:tr>
      <w:tr w:rsidR="00F03C57" w:rsidRPr="002B09E8" w14:paraId="131695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D88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DADD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circulation and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DB2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38C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717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circulation and evolution.</w:t>
            </w:r>
          </w:p>
        </w:tc>
      </w:tr>
    </w:tbl>
    <w:p w14:paraId="6469F360" w14:textId="77777777" w:rsidR="00F03C57" w:rsidRPr="002B09E8" w:rsidRDefault="00F03C57">
      <w:pPr>
        <w:rPr>
          <w:rFonts w:ascii="Lexend Light" w:hAnsi="Lexend Light"/>
        </w:rPr>
      </w:pPr>
    </w:p>
    <w:p w14:paraId="4FAA8C41" w14:textId="23C85A6B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6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0FCF26BA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D386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83A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97D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860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E14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A085C4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D75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757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light travel?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35B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FA8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3B8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light; pupils justify.</w:t>
            </w:r>
          </w:p>
        </w:tc>
      </w:tr>
      <w:tr w:rsidR="00F03C57" w:rsidRPr="002B09E8" w14:paraId="15F7C5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816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EE9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we see objects?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E9E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CC1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BD99B" w14:textId="6DE85DAB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27664">
              <w:rPr>
                <w:rFonts w:ascii="Lexend Light" w:hAnsi="Lexend Light"/>
                <w:sz w:val="14"/>
              </w:rPr>
              <w:t xml:space="preserve">We </w:t>
            </w:r>
            <w:proofErr w:type="spellStart"/>
            <w:r w:rsidR="00227664">
              <w:rPr>
                <w:rFonts w:ascii="Lexend Light" w:hAnsi="Lexend Light"/>
                <w:sz w:val="14"/>
              </w:rPr>
              <w:t>can not</w:t>
            </w:r>
            <w:proofErr w:type="spellEnd"/>
            <w:r w:rsidR="00227664">
              <w:rPr>
                <w:rFonts w:ascii="Lexend Light" w:hAnsi="Lexend Light"/>
                <w:sz w:val="14"/>
              </w:rPr>
              <w:t xml:space="preserve"> </w:t>
            </w:r>
            <w:proofErr w:type="spellStart"/>
            <w:r w:rsidR="00227664">
              <w:rPr>
                <w:rFonts w:ascii="Lexend Light" w:hAnsi="Lexend Light"/>
                <w:sz w:val="14"/>
              </w:rPr>
              <w:t>seein</w:t>
            </w:r>
            <w:proofErr w:type="spellEnd"/>
            <w:r w:rsidR="00227664">
              <w:rPr>
                <w:rFonts w:ascii="Lexend Light" w:hAnsi="Lexend Light"/>
                <w:sz w:val="14"/>
              </w:rPr>
              <w:t xml:space="preserve"> the dark</w:t>
            </w:r>
            <w:r w:rsidRPr="002B09E8">
              <w:rPr>
                <w:rFonts w:ascii="Lexend Light" w:hAnsi="Lexend Light"/>
                <w:sz w:val="14"/>
              </w:rPr>
              <w:t>s” Ask pupils to qualify their answer.</w:t>
            </w:r>
          </w:p>
        </w:tc>
      </w:tr>
      <w:tr w:rsidR="00F03C57" w:rsidRPr="002B09E8" w14:paraId="49A88CD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746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588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shadows form?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B268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shadow forms when an opaque object blocks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4F7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664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shadow with a related idea from previous learning.</w:t>
            </w:r>
          </w:p>
        </w:tc>
      </w:tr>
      <w:tr w:rsidR="00F03C57" w:rsidRPr="002B09E8" w14:paraId="0DC4FCF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0C9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153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shadows have the same shape as the object?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DE67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233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3BDC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shadow: definition, characteristics, examples and non-examples.</w:t>
            </w:r>
          </w:p>
        </w:tc>
      </w:tr>
      <w:tr w:rsidR="00F03C57" w:rsidRPr="002B09E8" w14:paraId="516652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9A9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5209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reflection?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493B7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Reflection is when light bounces off a surface.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AF8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92B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reflection.</w:t>
            </w:r>
          </w:p>
        </w:tc>
      </w:tr>
      <w:tr w:rsidR="00F03C57" w:rsidRPr="002B09E8" w14:paraId="26C1DC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9BA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5B9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simple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B3F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simple circuit is a complete loop with components such as a cell, wires and a lamp or buzzer.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449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60D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simple circuit.</w:t>
            </w:r>
          </w:p>
        </w:tc>
      </w:tr>
      <w:tr w:rsidR="00F03C57" w:rsidRPr="002B09E8" w14:paraId="5EF82D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2F1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917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cell number affect a bulb?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804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bulb is a plant structure that stores food and can grow into a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5F19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5C8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2C1DF85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487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EE7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voltage affect a buzzer?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4112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Higher voltage can make a buzzer louder if the component is suitable.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820C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7AC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3244FA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BF0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3A2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components work differently in a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36C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is a complete loop that allows electricity to flow.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283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A09C0" w14:textId="5BD6BBCC" w:rsidR="00F03C57" w:rsidRPr="002B09E8" w:rsidRDefault="00886C21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 circuits</w:t>
            </w:r>
          </w:p>
        </w:tc>
      </w:tr>
      <w:tr w:rsidR="00F03C57" w:rsidRPr="002B09E8" w14:paraId="123CB7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3E1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C76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circuit symbol?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385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symbol is a recognised drawing used to represent an electrical component.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1FA7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C43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circuit with a related idea from previous learning.</w:t>
            </w:r>
          </w:p>
        </w:tc>
      </w:tr>
      <w:tr w:rsidR="00F03C57" w:rsidRPr="002B09E8" w14:paraId="6A1D1C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636A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940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improve trust in results?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63C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Trust can improve by controlling variables, repeating readings and using accurate measurements.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335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A40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67402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C052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EF6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humans, classification, evolution, light and electricity?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0AD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E3E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81E02" w14:textId="74E1B821" w:rsidR="00F03C57" w:rsidRPr="002B09E8" w:rsidRDefault="00886C21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B7D9A96" w14:textId="77777777" w:rsidR="00F03C57" w:rsidRPr="002B09E8" w:rsidRDefault="00F03C57">
      <w:pPr>
        <w:rPr>
          <w:rFonts w:ascii="Lexend Light" w:hAnsi="Lexend Light"/>
        </w:rPr>
      </w:pPr>
    </w:p>
    <w:p w14:paraId="0CA02524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37C089ED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6BD95D7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How to use this additional bank</w:t>
            </w:r>
          </w:p>
          <w:p w14:paraId="622A490C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Use these questions when pupils need more practice, when misconceptions arise, or when teachers want an alternative retrieval question.</w:t>
            </w:r>
          </w:p>
          <w:p w14:paraId="0B41399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 core fact gives teachers the knowledge pupils should retrieve quickly and accurately.</w:t>
            </w:r>
          </w:p>
          <w:p w14:paraId="604AFC5E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 meta-learning prompt is optional and should be used when it helps pupils justify, compare, define or explain.</w:t>
            </w:r>
          </w:p>
        </w:tc>
      </w:tr>
    </w:tbl>
    <w:p w14:paraId="70781286" w14:textId="77777777" w:rsidR="00F03C57" w:rsidRPr="002B09E8" w:rsidRDefault="00F03C57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6"/>
        <w:gridCol w:w="3107"/>
      </w:tblGrid>
      <w:tr w:rsidR="00F03C57" w:rsidRPr="002B09E8" w14:paraId="6681E739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B9F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Year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695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5BAD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590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DA0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471951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06F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247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and seasons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40E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 well?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F80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 and a suitable temperature.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203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plants always grow well anywhere.</w:t>
            </w:r>
          </w:p>
        </w:tc>
      </w:tr>
      <w:tr w:rsidR="00F03C57" w:rsidRPr="002B09E8" w14:paraId="20C899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CCF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C6B6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and humans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AB4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smell?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D59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nose helps us smell.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EE1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sense.</w:t>
            </w:r>
          </w:p>
        </w:tc>
      </w:tr>
      <w:tr w:rsidR="00F03C57" w:rsidRPr="002B09E8" w14:paraId="01D7D05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6FB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A6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23C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glass useful for windows?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E49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transparent, so we can see through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4317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Because/but/so: Glass is useful because...</w:t>
            </w:r>
          </w:p>
        </w:tc>
      </w:tr>
      <w:tr w:rsidR="00F03C57" w:rsidRPr="002B09E8" w14:paraId="1A0E5F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0A7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77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Habitats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1EC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habitat provide?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6C2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provides the basic things a plant or animal needs.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F1A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habitat, survival, food.</w:t>
            </w:r>
          </w:p>
        </w:tc>
      </w:tr>
      <w:tr w:rsidR="00F03C57" w:rsidRPr="002B09E8" w14:paraId="6925925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CE0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A85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Growth and survival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3DC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CE1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need water, food and air.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4611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all animals need water.</w:t>
            </w:r>
          </w:p>
        </w:tc>
      </w:tr>
      <w:tr w:rsidR="00F03C57" w:rsidRPr="002B09E8" w14:paraId="47E15A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C7F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DA4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47E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metal suitable for a spoon?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5E9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Metal is hard and strong and can be shaped.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002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metal and plastic.</w:t>
            </w:r>
          </w:p>
        </w:tc>
      </w:tr>
      <w:tr w:rsidR="00F03C57" w:rsidRPr="002B09E8" w14:paraId="27F87B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545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8FF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D01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roots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F16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0DF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roots.</w:t>
            </w:r>
          </w:p>
        </w:tc>
      </w:tr>
      <w:tr w:rsidR="00F03C57" w:rsidRPr="002B09E8" w14:paraId="03864D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0C3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7FE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and fossils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601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rocks?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28F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can be grouped by properties such as hardness, texture and permeability.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618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hard, permeable, hungry.</w:t>
            </w:r>
          </w:p>
        </w:tc>
      </w:tr>
      <w:tr w:rsidR="00F03C57" w:rsidRPr="002B09E8" w14:paraId="28DB51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F84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21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Forces and magnets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B94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magnetic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3021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magnetic force can act at a distance to attract or repel.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874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magnets attract all metals.</w:t>
            </w:r>
          </w:p>
        </w:tc>
      </w:tr>
      <w:tr w:rsidR="00F03C57" w:rsidRPr="002B09E8" w14:paraId="499C57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3DA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35D6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Digestion and food chains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A6F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producer?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4D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producer makes its own food and starts many food chains.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FCC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producer, plant, food chain.</w:t>
            </w:r>
          </w:p>
        </w:tc>
      </w:tr>
      <w:tr w:rsidR="00F03C57" w:rsidRPr="002B09E8" w14:paraId="0B32DC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B61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128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States of matter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7358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E6F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40A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condensation is a change of state.</w:t>
            </w:r>
          </w:p>
        </w:tc>
      </w:tr>
      <w:tr w:rsidR="00F03C57" w:rsidRPr="002B09E8" w14:paraId="639558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382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E0F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Electricity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656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conductor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A0F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89E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copper wire, plastic ruler, metal spoon.</w:t>
            </w:r>
          </w:p>
        </w:tc>
      </w:tr>
      <w:tr w:rsidR="00F03C57" w:rsidRPr="002B09E8" w14:paraId="1A9C2F9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F5A2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2D1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0D5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572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solution forms when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BEC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solution.</w:t>
            </w:r>
          </w:p>
        </w:tc>
      </w:tr>
      <w:tr w:rsidR="00F03C57" w:rsidRPr="002B09E8" w14:paraId="775481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A0D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D14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Earth and space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0DBA8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have day and night?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9B5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and night happen because the Earth rotates.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7646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Because/but/so: Earth rotates because...</w:t>
            </w:r>
          </w:p>
        </w:tc>
      </w:tr>
      <w:tr w:rsidR="00F03C57" w:rsidRPr="002B09E8" w14:paraId="3504D8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735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C33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F06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gravity?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A74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Gravity pulls unsupported objects towards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690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gravity only acts when objects are falling.</w:t>
            </w:r>
          </w:p>
        </w:tc>
      </w:tr>
      <w:tr w:rsidR="00F03C57" w:rsidRPr="002B09E8" w14:paraId="02AD3B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E645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AF7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78D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classification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EDC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classification key uses questions or features to identify and group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E77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classification key and branching database.</w:t>
            </w:r>
          </w:p>
        </w:tc>
      </w:tr>
      <w:tr w:rsidR="00F03C57" w:rsidRPr="002B09E8" w14:paraId="0695CD2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C50A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88EE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Evolution and inheritance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F12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adaptation?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4B5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adaptation helps a living thing survive in its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50A3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adaptation, environment, evolution.</w:t>
            </w:r>
          </w:p>
        </w:tc>
      </w:tr>
      <w:tr w:rsidR="00F03C57" w:rsidRPr="002B09E8" w14:paraId="22C08E5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C98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CA0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and electricity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E49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light travel?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6BA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CA8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shadows form because light travels in straight lines.</w:t>
            </w:r>
          </w:p>
        </w:tc>
      </w:tr>
    </w:tbl>
    <w:p w14:paraId="5021FCCB" w14:textId="77777777" w:rsidR="00F03C57" w:rsidRPr="002B09E8" w:rsidRDefault="00F03C57">
      <w:pPr>
        <w:rPr>
          <w:rFonts w:ascii="Lexend Light" w:hAnsi="Lexend Light"/>
        </w:rPr>
      </w:pPr>
    </w:p>
    <w:p w14:paraId="42EBD961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615CBD08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CFF2BB6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Purpose of schema links</w:t>
            </w:r>
          </w:p>
          <w:p w14:paraId="143CDE4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These links make explicit how each Science unit builds on prior knowledge and prepares pupils for future learning.</w:t>
            </w:r>
          </w:p>
          <w:p w14:paraId="7E2818B0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Teachers can use the schema links before retrieval to make connections clear.</w:t>
            </w:r>
          </w:p>
          <w:p w14:paraId="6348226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Subject leaders can use this section to check whether pupils are building coherent scientific knowledge rather than isolated facts.</w:t>
            </w:r>
          </w:p>
        </w:tc>
      </w:tr>
    </w:tbl>
    <w:p w14:paraId="3DCCC029" w14:textId="77777777" w:rsidR="00F03C57" w:rsidRPr="002B09E8" w:rsidRDefault="00F03C57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7"/>
        <w:gridCol w:w="2588"/>
        <w:gridCol w:w="2588"/>
        <w:gridCol w:w="2589"/>
        <w:gridCol w:w="2588"/>
        <w:gridCol w:w="2588"/>
      </w:tblGrid>
      <w:tr w:rsidR="00F03C57" w:rsidRPr="002B09E8" w14:paraId="4FD3EB62" w14:textId="77777777">
        <w:trPr>
          <w:jc w:val="center"/>
        </w:trPr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4C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lastRenderedPageBreak/>
              <w:t>Year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9C1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Term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068C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978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Schema being built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0CE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Connects back to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B4D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Prepares for</w:t>
            </w:r>
          </w:p>
        </w:tc>
      </w:tr>
      <w:tr w:rsidR="00F03C57" w:rsidRPr="002B09E8" w14:paraId="2BC2BAD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9FF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C60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DE0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 and seasonal change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A8C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living things, growth, observing, weather,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3A7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EYFS observations of the world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1A0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animals, humans and senses</w:t>
            </w:r>
          </w:p>
        </w:tc>
      </w:tr>
      <w:tr w:rsidR="00F03C57" w:rsidRPr="002B09E8" w14:paraId="65FF3F5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72A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5A5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B58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 including humans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24A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 groups, body parts, senses, comparing structures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86B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 and living things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B46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simple properties</w:t>
            </w:r>
          </w:p>
        </w:tc>
      </w:tr>
      <w:tr w:rsidR="00F03C57" w:rsidRPr="002B09E8" w14:paraId="65605B9C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E6A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BCD9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9CC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Everyday materials and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398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objects, materials, properties, grouping, day length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E71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 and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2B04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habitats, plant growth and material suitability</w:t>
            </w:r>
          </w:p>
        </w:tc>
      </w:tr>
      <w:tr w:rsidR="00F03C57" w:rsidRPr="002B09E8" w14:paraId="31F8F555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750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88B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AEE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 and habitats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C07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needs, animal groups, diet, habitat, microhabitat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E51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 plants, animals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D17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growth, survival and food chains</w:t>
            </w:r>
          </w:p>
        </w:tc>
      </w:tr>
      <w:tr w:rsidR="00F03C57" w:rsidRPr="002B09E8" w14:paraId="266C0B71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881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BE65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414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Growth and survival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B36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seeds, bulbs, living/dead/never alive, survival, health,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A2E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habitats, plant needs and animal groups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E2E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 suitability and forces on objects</w:t>
            </w:r>
          </w:p>
        </w:tc>
      </w:tr>
      <w:tr w:rsidR="00F03C57" w:rsidRPr="002B09E8" w14:paraId="046E673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FFC0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675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664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offspring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55D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properties, suitability, changing shape, offspring,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1AE6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survival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CE1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rocks, forces, nutrition and skeletons</w:t>
            </w:r>
          </w:p>
        </w:tc>
      </w:tr>
      <w:tr w:rsidR="00F03C57" w:rsidRPr="002B09E8" w14:paraId="2CD8BB3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952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5A71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BDB3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animals, materials and force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EF1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growth, habitat, survival, food chains, material properties, force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175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 growth, habitats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5688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flowering plants, rocks, fossils and light</w:t>
            </w:r>
          </w:p>
        </w:tc>
      </w:tr>
      <w:tr w:rsidR="00F03C57" w:rsidRPr="002B09E8" w14:paraId="3A7C30C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923C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715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0A5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rocks, fossils and light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EA9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functions, pollination, seed dispersal, rock properties, fossils, soil, light and shadows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6D9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growth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8449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forces, magnets, nutrition and skeletons</w:t>
            </w:r>
          </w:p>
        </w:tc>
      </w:tr>
      <w:tr w:rsidR="00F03C57" w:rsidRPr="002B09E8" w14:paraId="09459999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8B0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035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3FA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Forces, magnets, nutrition, skeletons and muscles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79A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contact force, magnetism, poles, nutrition, skeletons, muscles,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939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rocks and light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33C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digestion, states of matter, sound and electricity</w:t>
            </w:r>
          </w:p>
        </w:tc>
      </w:tr>
      <w:tr w:rsidR="00F03C57" w:rsidRPr="002B09E8" w14:paraId="68D225B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248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3CF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4D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Animals, plants and habitats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613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nutrition, skeletons, plant parts, life cycles, grouping, habitats,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16E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 plants, animals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14F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digestion, teeth, states of matter</w:t>
            </w:r>
          </w:p>
        </w:tc>
      </w:tr>
      <w:tr w:rsidR="00F03C57" w:rsidRPr="002B09E8" w14:paraId="05803D9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FD68C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A1D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4D88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Digestion, food chains and states of matter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878B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digestive system, teeth, producers, predators, prey, solids, liquids, gases, evaporation, condensation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A2B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food chains and material properties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F6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sound and electricity</w:t>
            </w:r>
          </w:p>
        </w:tc>
      </w:tr>
      <w:tr w:rsidR="00F03C57" w:rsidRPr="002B09E8" w14:paraId="2C8B44DE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7753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985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409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Sound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A40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vibration, sound travel, pitch, volume, circuits, switches, conductors, insulators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3F83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states of matter and measuring changes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72E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materials, forces and variables in Year 5</w:t>
            </w:r>
          </w:p>
        </w:tc>
      </w:tr>
      <w:tr w:rsidR="00F03C57" w:rsidRPr="002B09E8" w14:paraId="7E7D90D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DBC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C5C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DBB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EB4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states, heating/cooling, evaporation, condensation, conductors, insulators, friction, fair testing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F0B4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 states of matter, sound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FE1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solubility, separating mixtures, Earth and space</w:t>
            </w:r>
          </w:p>
        </w:tc>
      </w:tr>
      <w:tr w:rsidR="00F03C57" w:rsidRPr="002B09E8" w14:paraId="5AF5BDA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BB6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626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352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Properties of materials and Earth and space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ED3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solubility, solutions, filtering, sieving, evaporating, reversible/irreversible change, orbit, rotation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3F3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materials, forces and fair testing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373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 and forces</w:t>
            </w:r>
          </w:p>
        </w:tc>
      </w:tr>
      <w:tr w:rsidR="00F03C57" w:rsidRPr="002B09E8" w14:paraId="4C7C55E3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881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1196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07AB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910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reproduction, human development, gravity, air/water resistance, levers, pulleys, gears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DDE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Earth and space, materials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33D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circulation and evolution</w:t>
            </w:r>
          </w:p>
        </w:tc>
      </w:tr>
      <w:tr w:rsidR="00F03C57" w:rsidRPr="002B09E8" w14:paraId="7DD5FCB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7D1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325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BAE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health and classification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BA9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reproduction, diet, exercise, classification, characteristics, keys,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DFC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 life cycles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760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circulation, inheritance and evolution</w:t>
            </w:r>
          </w:p>
        </w:tc>
      </w:tr>
      <w:tr w:rsidR="00F03C57" w:rsidRPr="002B09E8" w14:paraId="0ABB285A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C6E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9D1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49E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Circulation, inheritance and evolution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264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circulatory system, transport, lifestyle, fossils, inheritance, adaptation, evolution,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BC6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life cycles and reproduction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D2C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light, electricity and end-of-primary working scientifically</w:t>
            </w:r>
          </w:p>
        </w:tc>
      </w:tr>
      <w:tr w:rsidR="00F03C57" w:rsidRPr="002B09E8" w14:paraId="2BCCEDF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7CC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lastRenderedPageBreak/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39E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77E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Light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E2A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straight-line light, seeing, shadows, reflection, circuits, voltage, symbols, trust in results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CD5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 sound/electricity and Year 6 evolution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7D0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end-of-primary scientific schema</w:t>
            </w:r>
          </w:p>
        </w:tc>
      </w:tr>
    </w:tbl>
    <w:p w14:paraId="6FD0E468" w14:textId="77777777" w:rsidR="00F03C57" w:rsidRDefault="00F03C57"/>
    <w:p w14:paraId="44F03E9A" w14:textId="77777777" w:rsidR="00F03C57" w:rsidRDefault="00F03C57"/>
    <w:p w14:paraId="6474B87F" w14:textId="77777777" w:rsidR="008E08BA" w:rsidRPr="008E08BA" w:rsidRDefault="008E08BA" w:rsidP="008E08BA"/>
    <w:p w14:paraId="0977C625" w14:textId="77777777" w:rsidR="008E08BA" w:rsidRDefault="008E08BA" w:rsidP="008E08BA"/>
    <w:p w14:paraId="3C540402" w14:textId="7E2A9F82" w:rsidR="008E08BA" w:rsidRPr="008E08BA" w:rsidRDefault="008E08BA" w:rsidP="008E08BA">
      <w:pPr>
        <w:tabs>
          <w:tab w:val="left" w:pos="6530"/>
        </w:tabs>
      </w:pPr>
      <w:r>
        <w:tab/>
      </w:r>
    </w:p>
    <w:sectPr w:rsidR="008E08BA" w:rsidRPr="008E08BA" w:rsidSect="00034616">
      <w:footerReference w:type="default" r:id="rId9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F04E8" w14:textId="77777777" w:rsidR="007F0E64" w:rsidRDefault="007F0E64">
      <w:pPr>
        <w:spacing w:after="0" w:line="240" w:lineRule="auto"/>
      </w:pPr>
      <w:r>
        <w:separator/>
      </w:r>
    </w:p>
  </w:endnote>
  <w:endnote w:type="continuationSeparator" w:id="0">
    <w:p w14:paraId="1609FABB" w14:textId="77777777" w:rsidR="007F0E64" w:rsidRDefault="007F0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9113D" w14:textId="08248577" w:rsidR="00F03C57" w:rsidRDefault="002E61E7">
    <w:pPr>
      <w:pStyle w:val="Footer"/>
      <w:jc w:val="center"/>
    </w:pPr>
    <w:r>
      <w:rPr>
        <w:color w:val="777777"/>
        <w:sz w:val="16"/>
      </w:rPr>
      <w:t xml:space="preserve">Science Retrieval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3AF20" w14:textId="77777777" w:rsidR="007F0E64" w:rsidRDefault="007F0E64">
      <w:pPr>
        <w:spacing w:after="0" w:line="240" w:lineRule="auto"/>
      </w:pPr>
      <w:r>
        <w:separator/>
      </w:r>
    </w:p>
  </w:footnote>
  <w:footnote w:type="continuationSeparator" w:id="0">
    <w:p w14:paraId="03FB488B" w14:textId="77777777" w:rsidR="007F0E64" w:rsidRDefault="007F0E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8873835">
    <w:abstractNumId w:val="8"/>
  </w:num>
  <w:num w:numId="2" w16cid:durableId="1618024230">
    <w:abstractNumId w:val="6"/>
  </w:num>
  <w:num w:numId="3" w16cid:durableId="170879755">
    <w:abstractNumId w:val="5"/>
  </w:num>
  <w:num w:numId="4" w16cid:durableId="2058700610">
    <w:abstractNumId w:val="4"/>
  </w:num>
  <w:num w:numId="5" w16cid:durableId="2005622670">
    <w:abstractNumId w:val="7"/>
  </w:num>
  <w:num w:numId="6" w16cid:durableId="32774710">
    <w:abstractNumId w:val="3"/>
  </w:num>
  <w:num w:numId="7" w16cid:durableId="1056128992">
    <w:abstractNumId w:val="2"/>
  </w:num>
  <w:num w:numId="8" w16cid:durableId="715468744">
    <w:abstractNumId w:val="1"/>
  </w:num>
  <w:num w:numId="9" w16cid:durableId="202855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79B"/>
    <w:rsid w:val="00034616"/>
    <w:rsid w:val="00053867"/>
    <w:rsid w:val="0006063C"/>
    <w:rsid w:val="000B5DF7"/>
    <w:rsid w:val="000E7DB6"/>
    <w:rsid w:val="000F0912"/>
    <w:rsid w:val="0015074B"/>
    <w:rsid w:val="00180C7F"/>
    <w:rsid w:val="001869A2"/>
    <w:rsid w:val="001D2783"/>
    <w:rsid w:val="002257A5"/>
    <w:rsid w:val="00227664"/>
    <w:rsid w:val="0025276B"/>
    <w:rsid w:val="0028098B"/>
    <w:rsid w:val="0029639D"/>
    <w:rsid w:val="002B09E8"/>
    <w:rsid w:val="002E61E7"/>
    <w:rsid w:val="00326F90"/>
    <w:rsid w:val="00340F40"/>
    <w:rsid w:val="0042156F"/>
    <w:rsid w:val="004407F5"/>
    <w:rsid w:val="0046334D"/>
    <w:rsid w:val="005629F9"/>
    <w:rsid w:val="00566BB4"/>
    <w:rsid w:val="005936B9"/>
    <w:rsid w:val="00596648"/>
    <w:rsid w:val="005D2641"/>
    <w:rsid w:val="005D26B4"/>
    <w:rsid w:val="005D780C"/>
    <w:rsid w:val="005E0C4B"/>
    <w:rsid w:val="00690162"/>
    <w:rsid w:val="006E4E21"/>
    <w:rsid w:val="006F0343"/>
    <w:rsid w:val="00795D7C"/>
    <w:rsid w:val="007A0756"/>
    <w:rsid w:val="007F0E64"/>
    <w:rsid w:val="00834401"/>
    <w:rsid w:val="00842302"/>
    <w:rsid w:val="008628F4"/>
    <w:rsid w:val="00886C21"/>
    <w:rsid w:val="008E08BA"/>
    <w:rsid w:val="009376EA"/>
    <w:rsid w:val="009C4773"/>
    <w:rsid w:val="00A20049"/>
    <w:rsid w:val="00A26D8D"/>
    <w:rsid w:val="00A97436"/>
    <w:rsid w:val="00AA1D8D"/>
    <w:rsid w:val="00AB6013"/>
    <w:rsid w:val="00AF5429"/>
    <w:rsid w:val="00B10484"/>
    <w:rsid w:val="00B17F58"/>
    <w:rsid w:val="00B47730"/>
    <w:rsid w:val="00BD0187"/>
    <w:rsid w:val="00BE4C5C"/>
    <w:rsid w:val="00BF29F5"/>
    <w:rsid w:val="00CB0664"/>
    <w:rsid w:val="00CE4749"/>
    <w:rsid w:val="00D02BAE"/>
    <w:rsid w:val="00D05A16"/>
    <w:rsid w:val="00D35D40"/>
    <w:rsid w:val="00D91C5C"/>
    <w:rsid w:val="00DA23EE"/>
    <w:rsid w:val="00DA4A88"/>
    <w:rsid w:val="00DE7F58"/>
    <w:rsid w:val="00E05678"/>
    <w:rsid w:val="00E561F3"/>
    <w:rsid w:val="00F03C57"/>
    <w:rsid w:val="00F17A9E"/>
    <w:rsid w:val="00F50805"/>
    <w:rsid w:val="00FC693F"/>
    <w:rsid w:val="00FD31A5"/>
    <w:rsid w:val="00FE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61C235"/>
  <w14:defaultImageDpi w14:val="300"/>
  <w15:docId w15:val="{B6C00C3B-016F-4A0A-8EED-F106CE0A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8244</Words>
  <Characters>46995</Characters>
  <Application>Microsoft Office Word</Application>
  <DocSecurity>0</DocSecurity>
  <Lines>391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3</cp:revision>
  <dcterms:created xsi:type="dcterms:W3CDTF">2026-08-14T21:13:00Z</dcterms:created>
  <dcterms:modified xsi:type="dcterms:W3CDTF">2026-08-14T21:15:00Z</dcterms:modified>
  <cp:category/>
</cp:coreProperties>
</file>